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Culture Finds This Week: Madonna, Coffee and Viral Moments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the week’s buzziest queer culture picks: from Madonna’s Confessions II party to small-batch queer coffee and the viral clips that had everyone talking , who showed up, what to try, and why it mattered to LGBTQ+ fans.</w:t>
      </w:r>
      <w:r/>
      <w:r/>
    </w:p>
    <w:p>
      <w:pPr>
        <w:pStyle w:val="ListBullet"/>
        <w:spacing w:line="240" w:lineRule="auto"/>
        <w:ind w:left="720"/>
      </w:pPr>
      <w:r/>
      <w:r>
        <w:rPr>
          <w:b/>
        </w:rPr>
        <w:t>Madonna’s comeback energy:</w:t>
      </w:r>
      <w:r>
        <w:t xml:space="preserve"> Confessions II spawned a celebratory NYC party packed with themed cocktails, sold-out merch and a set that dared the crowd to lose their inhibitions.</w:t>
      </w:r>
      <w:r/>
    </w:p>
    <w:p>
      <w:pPr>
        <w:pStyle w:val="ListBullet"/>
        <w:spacing w:line="240" w:lineRule="auto"/>
        <w:ind w:left="720"/>
      </w:pPr>
      <w:r/>
      <w:r>
        <w:rPr>
          <w:b/>
        </w:rPr>
        <w:t>Tasty, charitable coffee:</w:t>
      </w:r>
      <w:r>
        <w:t xml:space="preserve"> Happy Bear Coffee mixes bold flavours with purpose , expect nutty Kona beans, dark Italian blends and a cold‑brew that hits rich and smooth.</w:t>
      </w:r>
      <w:r/>
    </w:p>
    <w:p>
      <w:pPr>
        <w:pStyle w:val="ListBullet"/>
        <w:spacing w:line="240" w:lineRule="auto"/>
        <w:ind w:left="720"/>
      </w:pPr>
      <w:r/>
      <w:r>
        <w:rPr>
          <w:b/>
        </w:rPr>
        <w:t>Viral, silly and sweet:</w:t>
      </w:r>
      <w:r>
        <w:t xml:space="preserve"> Clips of Kit Connor and TikTok “jiggle” trends drove big engagement and reminded fans why pop culture still lives in short video.</w:t>
      </w:r>
      <w:r/>
    </w:p>
    <w:p>
      <w:pPr>
        <w:pStyle w:val="ListBullet"/>
        <w:spacing w:line="240" w:lineRule="auto"/>
        <w:ind w:left="720"/>
      </w:pPr>
      <w:r/>
      <w:r>
        <w:rPr>
          <w:b/>
        </w:rPr>
        <w:t>Wear the vibe:</w:t>
      </w:r>
      <w:r>
        <w:t xml:space="preserve"> From Tom of Finland muscle tanks to Wordle-inspired caps, queer-branded merch is leaning into playful, wearable community signals.</w:t>
      </w:r>
      <w:r/>
    </w:p>
    <w:p>
      <w:pPr>
        <w:pStyle w:val="ListBullet"/>
        <w:spacing w:line="240" w:lineRule="auto"/>
        <w:ind w:left="720"/>
      </w:pPr>
      <w:r/>
      <w:r>
        <w:rPr>
          <w:b/>
        </w:rPr>
        <w:t>Energy you’ll actually enjoy:</w:t>
      </w:r>
      <w:r>
        <w:t xml:space="preserve"> Bloom Crisp Apple energy drink delivers apple-jelly notes with zero sugar and prebiotic perks, making it a gentler pick-me-up.</w:t>
      </w:r>
      <w:r/>
      <w:r/>
    </w:p>
    <w:p>
      <w:pPr>
        <w:pStyle w:val="Heading2"/>
      </w:pPr>
      <w:r>
        <w:t>Madonna threw a celebration that felt like summer club euphoria</w:t>
      </w:r>
      <w:r/>
    </w:p>
    <w:p>
      <w:r/>
      <w:r>
        <w:t>Madonna’s Confessions II rollout got the kind of late-night send-off only she can stage, and it looked loud, sweaty and unmistakably celebratory. According to the album page and coverage, the New York event fused DJ work with a greatest‑hits energy that had the crowd singing along and buying out merch in minutes. Fans say the setlist and theatrical moments , think singalongs and cheeky crowd banter , made it feel like a true victory lap. If you love immersive pop spectacles, this is a reminder that superstar shows can still double as queer rituals. Tip: if you get invited to one of these parties, wear something you can dance in all night.</w:t>
      </w:r>
      <w:r/>
    </w:p>
    <w:p>
      <w:pPr>
        <w:pStyle w:val="Heading2"/>
      </w:pPr>
      <w:r>
        <w:t>Small‑batch coffee with a community heart</w:t>
      </w:r>
      <w:r/>
    </w:p>
    <w:p>
      <w:r/>
      <w:r>
        <w:t>Queer-owned Happy Bear Coffee pairs rich roasts with a clear charitable angle: each bag supports causes and comes with a sticker that tells you 5% goes to charity. The range covers whole beans, espresso grinds, French‑press and pour‑over, so there’s something for ritualists and quick-brewers alike. Fans praise the Kona Bear for a slight nuttiness, the Italian Apennine for chocolatey depth, and the cold brew for being robust without bitterness. Practical note: buy the grind that matches your brewer , whole bean for pour‑over fans, coarser for French press , and enjoy knowing a portion supports community work.</w:t>
      </w:r>
      <w:r/>
    </w:p>
    <w:p>
      <w:pPr>
        <w:pStyle w:val="Heading2"/>
      </w:pPr>
      <w:r>
        <w:t>Merch that reads as both cute and declarative</w:t>
      </w:r>
      <w:r/>
    </w:p>
    <w:p>
      <w:r/>
      <w:r>
        <w:t>This week’s capsule of queer merch ran from Wordle‑style wedding caps to muscle tanks made for Bear Week. The New York Times’ Groom and Groom caps lean playful and handmade, ideal for couples who live for puzzle nights and subtle pride cues. Meanwhile, the Tom of Finland x Sniffies tank serves the Provincetown crowd with a sturdy, boxy fit that’s meant to be noticed. The takeaway: if you want to signal community allegiance without shouting, there’s a lid, tee or tank for that. Buying tip: check sizing and fabric notes , boxy cuts photograph differently, and a snug fit reads very different on camera.</w:t>
      </w:r>
      <w:r/>
    </w:p>
    <w:p>
      <w:pPr>
        <w:pStyle w:val="Heading2"/>
      </w:pPr>
      <w:r>
        <w:t>Viral culture: why short clips still rule our feeds</w:t>
      </w:r>
      <w:r/>
    </w:p>
    <w:p>
      <w:r/>
      <w:r>
        <w:t>From Kit Connor’s humorous viral moment to TikTok’s “jiggle” phenomenon, bite‑sized clips drove conversation this week. Short videos amplify personality fast , they’re shareable, repeatable and unpredictable, which is why they keep dominating queer pop discourse. The upside? New stars and micro trends get uplifted quickly. The downside? Context gets lost, and things can be misunderstood. If you’re sharing, add a caption so your followers know whether it’s a gag, a fashion flex or a fandom moment.</w:t>
      </w:r>
      <w:r/>
    </w:p>
    <w:p>
      <w:pPr>
        <w:pStyle w:val="Heading2"/>
      </w:pPr>
      <w:r>
        <w:t>Snacks, sips and the little pleasures worth trying</w:t>
      </w:r>
      <w:r/>
    </w:p>
    <w:p>
      <w:r/>
      <w:r>
        <w:t>On the beverage front, Bloom’s Crisp Apple energy drink made a surprising number of converts thanks to an apple‑juice taste, zero sugar and added prebiotics. It’s pitched as a cleaner alternative to syrupy drinks, with claims about mood and focus that may appeal to busy creatives. For those who like their pick‑me‑ups light and familiar, it’s worth sampling. And for a finishing touch to your week: try a new roast, wear something that makes you grin, and let the viral clips be the laugh you needed.</w:t>
      </w:r>
      <w:r/>
    </w:p>
    <w:p>
      <w:r/>
      <w:r>
        <w:t>It's a small mix of culture, comfort and community , pick what fits your vibe.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[4]</w:t>
        </w:r>
      </w:hyperlink>
      <w:r>
        <w:t xml:space="preserve">- Paragraph 3: </w:t>
      </w:r>
      <w:hyperlink r:id="rId11">
        <w:r>
          <w:rPr>
            <w:color w:val="0000EE"/>
            <w:u w:val="single"/>
          </w:rPr>
          <w:t>[4]</w:t>
        </w:r>
      </w:hyperlink>
      <w:r>
        <w:t xml:space="preserve">, </w:t>
      </w:r>
      <w:hyperlink r:id="rId12">
        <w:r>
          <w:rPr>
            <w:color w:val="0000EE"/>
            <w:u w:val="single"/>
          </w:rPr>
          <w:t>[6]</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[7]</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https://www.queerty.com/kit-connor-jiggle-corsets-coffee-for-happy-bears-10-things-were-obsessed-with-this-week-20260718/</w:t>
        </w:r>
      </w:hyperlink>
      <w:r>
        <w:t xml:space="preserve"> - Please view link - unable to able to access data</w:t>
      </w:r>
      <w:r/>
    </w:p>
    <w:p>
      <w:pPr>
        <w:pStyle w:val="ListNumber"/>
        <w:spacing w:line="240" w:lineRule="auto"/>
        <w:ind w:left="720"/>
      </w:pPr>
      <w:r/>
      <w:hyperlink r:id="rId9">
        <w:r>
          <w:rPr>
            <w:color w:val="0000EE"/>
            <w:u w:val="single"/>
          </w:rPr>
          <w:t>https://www.queerty.com/kit-connor-jiggle-corsets-coffee-for-happy-bears-10-things-were-obsessed-with-this-week-20260718/</w:t>
        </w:r>
      </w:hyperlink>
      <w:r>
        <w:t xml:space="preserve"> - Queerty's article highlights ten trending topics in LGBTQ+ culture, including Kit Connor's viral TikTok video, Madonna's 'Confessions II' album release, and Happy Bear Coffee's charitable initiatives. The piece also touches on Jordy's new album, Mona Lisa's engagement with online content, and the community's response to the term 'making love'. Additionally, it features Evan Mulrooney's appearance on 'RuPaul’s Drag Race All Stars', the Sniffies x Tom of Finland Foundation collaboration, Jennifer Garner's promotion of 'The Five-Star Weekend', Bloom Crisp Apple energy drink, Brettney Spears' TikTok sensation, and John Early's 'Maddie’s Secret' merchandise.</w:t>
      </w:r>
      <w:r/>
    </w:p>
    <w:p>
      <w:pPr>
        <w:pStyle w:val="ListNumber"/>
        <w:spacing w:line="240" w:lineRule="auto"/>
        <w:ind w:left="720"/>
      </w:pPr>
      <w:r/>
      <w:hyperlink r:id="rId13">
        <w:r>
          <w:rPr>
            <w:color w:val="0000EE"/>
            <w:u w:val="single"/>
          </w:rPr>
          <w:t>https://www.madonna.com/products/confessions-ii</w:t>
        </w:r>
      </w:hyperlink>
      <w:r>
        <w:t xml:space="preserve"> - Madonna's official website presents 'Confessions II', her fifteenth studio album released on July 3, 2026. The album, a sequel to 'Confessions on a Dance Floor', features 16 tracks including 'I Feel So Free' and 'Good For The Soul'. It is available in various formats such as standard vinyl, CD, deluxe editions, and digital downloads. The album showcases collaborations with producer Stuart Price and includes a music video for 'Bring Your Love'.</w:t>
      </w:r>
      <w:r/>
    </w:p>
    <w:p>
      <w:pPr>
        <w:pStyle w:val="ListNumber"/>
        <w:spacing w:line="240" w:lineRule="auto"/>
        <w:ind w:left="720"/>
      </w:pPr>
      <w:r/>
      <w:hyperlink r:id="rId11">
        <w:r>
          <w:rPr>
            <w:color w:val="0000EE"/>
            <w:u w:val="single"/>
          </w:rPr>
          <w:t>https://www.lgbtqoutpost.com/collections/happy-bear-coffee</w:t>
        </w:r>
      </w:hyperlink>
      <w:r>
        <w:t xml:space="preserve"> - LGBTQ Outpost offers a selection of Happy Bear Coffee, a queer-owned small-batch roaster known for its rich and thoughtful flavours. Each purchase includes a donation supporting charitable organisations. The collection features various blends like Colombian Cloud Roast, Italian Apennine, Sumatran Trail, and Smokey Bear's Cold Brew, available in multiple sizes and grinds, including whole bean, espresso, French press, and pour over.</w:t>
      </w:r>
      <w:r/>
    </w:p>
    <w:p>
      <w:pPr>
        <w:pStyle w:val="ListNumber"/>
        <w:spacing w:line="240" w:lineRule="auto"/>
        <w:ind w:left="720"/>
      </w:pPr>
      <w:r/>
      <w:hyperlink r:id="rId14">
        <w:r>
          <w:rPr>
            <w:color w:val="0000EE"/>
            <w:u w:val="single"/>
          </w:rPr>
          <w:t>https://www.officialcharts.com/albums/madonna-confessions-ii/</w:t>
        </w:r>
      </w:hyperlink>
      <w:r>
        <w:t xml:space="preserve"> - The Official Charts Company details Madonna's 'Confessions II', her fifteenth studio album released on July 3, 2026. The album, a sequel to 'Confessions on a Dance Floor', blends euphoric dance-pop with sleek electronic production. It includes 16 tracks such as 'I Feel So Free', 'Bring Your Love' featuring Sabrina Carpenter, and 'Danceteria'. The album debuted at number one on the UK Albums Chart, marking Madonna's tenth number one in the UK.</w:t>
      </w:r>
      <w:r/>
    </w:p>
    <w:p>
      <w:pPr>
        <w:pStyle w:val="ListNumber"/>
        <w:spacing w:line="240" w:lineRule="auto"/>
        <w:ind w:left="720"/>
      </w:pPr>
      <w:r/>
      <w:hyperlink r:id="rId12">
        <w:r>
          <w:rPr>
            <w:color w:val="0000EE"/>
            <w:u w:val="single"/>
          </w:rPr>
          <w:t>https://www.youtube.com/watch?v=1R84AdL3U6Q</w:t>
        </w:r>
      </w:hyperlink>
      <w:r>
        <w:t xml:space="preserve"> - A YouTube video titled 'Madonna Returns to Warner Records for New Dance Album: "Confessions Part 2" Set for 2026' discusses Madonna's return to Warner Records for her fifteenth studio album, a sequel to 'Confessions on a Dance Floor'. The video covers the album's anticipated release in 2026, the reunion with producer Stuart Price, and the excitement surrounding the project among fans and industry professionals.</w:t>
      </w:r>
      <w:r/>
    </w:p>
    <w:p>
      <w:pPr>
        <w:pStyle w:val="ListNumber"/>
        <w:spacing w:line="240" w:lineRule="auto"/>
        <w:ind w:left="720"/>
      </w:pPr>
      <w:r/>
      <w:hyperlink r:id="rId10">
        <w:r>
          <w:rPr>
            <w:color w:val="0000EE"/>
            <w:u w:val="single"/>
          </w:rPr>
          <w:t>https://www.theatlantic.com/culture/2026/07/madonna-new-album-confessions-ii-review/687857/?utm_source=apple_news</w:t>
        </w:r>
      </w:hyperlink>
      <w:r>
        <w:t xml:space="preserve"> - The Atlantic's review of Madonna's 'Confessions II' album, released on July 3, 2026, notes a departure from her usual audacious style, embracing a more restrained and introspective tone. The album offers refined production from longtime collaborator Stuart Price, showcasing diverse electronic genres. However, its emotional and lyrical content favors caution and spiritual musings over the provocative edge Madonna is known for.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kit-connor-jiggle-corsets-coffee-for-happy-bears-10-things-were-obsessed-with-this-week-20260718/" TargetMode="External"/><Relationship Id="rId10" Type="http://schemas.openxmlformats.org/officeDocument/2006/relationships/hyperlink" Target="https://www.theatlantic.com/culture/2026/07/madonna-new-album-confessions-ii-review/687857/?utm_source=apple_news" TargetMode="External"/><Relationship Id="rId11" Type="http://schemas.openxmlformats.org/officeDocument/2006/relationships/hyperlink" Target="https://www.lgbtqoutpost.com/collections/happy-bear-coffee" TargetMode="External"/><Relationship Id="rId12" Type="http://schemas.openxmlformats.org/officeDocument/2006/relationships/hyperlink" Target="https://www.youtube.com/watch?v=1R84AdL3U6Q" TargetMode="External"/><Relationship Id="rId13" Type="http://schemas.openxmlformats.org/officeDocument/2006/relationships/hyperlink" Target="https://www.madonna.com/products/confessions-ii" TargetMode="External"/><Relationship Id="rId14" Type="http://schemas.openxmlformats.org/officeDocument/2006/relationships/hyperlink" Target="https://www.officialcharts.com/albums/madonna-confessions-i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