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Books Out in 2026 So Far — A Reader’s Guide to New LGBTQ+ Releases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fresh queer voices is a joy this year, and readers are curating stacks from a lively collection of more than 100 new LGBTQ+ titles; this guide highlights what to expect, how to pick what to read next, and where to keep track of releases so your TBR never runs dry.</w:t>
      </w:r>
      <w:r/>
    </w:p>
    <w:p>
      <w:r/>
      <w:r>
        <w:t>Essential Takeaways</w:t>
      </w:r>
      <w:r/>
      <w:r/>
    </w:p>
    <w:p>
      <w:pPr>
        <w:pStyle w:val="ListBullet"/>
        <w:spacing w:line="240" w:lineRule="auto"/>
        <w:ind w:left="720"/>
      </w:pPr>
      <w:r/>
      <w:r>
        <w:rPr>
          <w:b/>
        </w:rPr>
        <w:t>Huge selection:</w:t>
      </w:r>
      <w:r>
        <w:t xml:space="preserve"> Over 100 new queer titles collected so far, spanning fiction, memoir, rom-com, and romfantasy.</w:t>
      </w:r>
      <w:r/>
    </w:p>
    <w:p>
      <w:pPr>
        <w:pStyle w:val="ListBullet"/>
        <w:spacing w:line="240" w:lineRule="auto"/>
        <w:ind w:left="720"/>
      </w:pPr>
      <w:r/>
      <w:r>
        <w:rPr>
          <w:b/>
        </w:rPr>
        <w:t>Monthly curation:</w:t>
      </w:r>
      <w:r>
        <w:t xml:space="preserve"> Our Queerest Shelves picks the best each month, making it easy to spot standouts.</w:t>
      </w:r>
      <w:r/>
    </w:p>
    <w:p>
      <w:pPr>
        <w:pStyle w:val="ListBullet"/>
        <w:spacing w:line="240" w:lineRule="auto"/>
        <w:ind w:left="720"/>
      </w:pPr>
      <w:r/>
      <w:r>
        <w:rPr>
          <w:b/>
        </w:rPr>
        <w:t>Easy browsing:</w:t>
      </w:r>
      <w:r>
        <w:t xml:space="preserve"> Clickable covers link to publisher blurbs, Book Riot recommendations, and buying options.</w:t>
      </w:r>
      <w:r/>
    </w:p>
    <w:p>
      <w:pPr>
        <w:pStyle w:val="ListBullet"/>
        <w:spacing w:line="240" w:lineRule="auto"/>
        <w:ind w:left="720"/>
      </w:pPr>
      <w:r/>
      <w:r>
        <w:rPr>
          <w:b/>
        </w:rPr>
        <w:t>Members get more:</w:t>
      </w:r>
      <w:r>
        <w:t xml:space="preserve"> All Access subscribers can create private or public collections and access a New Release Index.</w:t>
      </w:r>
      <w:r/>
    </w:p>
    <w:p>
      <w:pPr>
        <w:pStyle w:val="ListBullet"/>
        <w:spacing w:line="240" w:lineRule="auto"/>
        <w:ind w:left="720"/>
      </w:pPr>
      <w:r/>
      <w:r>
        <w:rPr>
          <w:b/>
        </w:rPr>
        <w:t>Practical for readers:</w:t>
      </w:r>
      <w:r>
        <w:t xml:space="preserve"> Use collections to build a personalised TBR and track under-the-radar launches.</w:t>
      </w:r>
      <w:r/>
      <w:r/>
    </w:p>
    <w:p>
      <w:pPr>
        <w:pStyle w:val="Heading2"/>
      </w:pPr>
      <w:r>
        <w:t>Why there are so many great queer books this year</w:t>
      </w:r>
      <w:r/>
    </w:p>
    <w:p>
      <w:r/>
      <w:r>
        <w:t>There’s a bright, buzzy energy to queer publishing in 2026, with authors and publishers embracing range and risk. You’ll find intimate memoirs sitting next to sweeping historicals and genre-bending romcoms that subvert familiar beats. Book Riot’s monthly Our Queerest Shelves roundups have distilled that energy into manageable picks, so rather than feeling swamped you can follow editors’ selections and discover things that match your mood. If you’re new to the list, start with a category you love , contemporary romance, spec fic, or nonfiction , and let momentum carry you through.</w:t>
      </w:r>
      <w:r/>
    </w:p>
    <w:p>
      <w:pPr>
        <w:pStyle w:val="Heading2"/>
      </w:pPr>
      <w:r>
        <w:t>How to use the collection to build a TBR that actually gets read</w:t>
      </w:r>
      <w:r/>
    </w:p>
    <w:p>
      <w:r/>
      <w:r>
        <w:t>The collection is more than a catalogue; it’s a tool. Click a cover to read the publisher description and Book Riot’s take, then add it to your personal list. All Access members can create private or public collections, which is handy if you’re organising books by read-window (holiday, summer, autumn) or mood (comfort reads, heavy-hitters). If you’re on a budget, scan for library-eligible titles or indie bookshop links in the purchase options. Small habit tip: pick two new releases each month , one light, one serious , and you’ll never feel behind.</w:t>
      </w:r>
      <w:r/>
    </w:p>
    <w:p>
      <w:pPr>
        <w:pStyle w:val="Heading2"/>
      </w:pPr>
      <w:r>
        <w:t>Where to find hidden gems and under-the-radar queer reads</w:t>
      </w:r>
      <w:r/>
    </w:p>
    <w:p>
      <w:r/>
      <w:r>
        <w:t>Beyond the high-profile launches, there’s a steady trickle of quieter delights: debut novels, experimental short-fiction collections, niche nonfiction. Book Riot’s under-the-radar roundups and month-by-month lists are the perfect places to spot those. If you love surprises, follow the monthly Our Queerest Shelves posts and check the “under-the-radar” lists; you’ll often find stories that linger with you in a way big marketing campaigns can’t force. Also, keep an eye on romfantasy and hybrid-genre slots , some of the most inventive queer storytelling is happening there.</w:t>
      </w:r>
      <w:r/>
    </w:p>
    <w:p>
      <w:pPr>
        <w:pStyle w:val="Heading2"/>
      </w:pPr>
      <w:r>
        <w:t>Which kinds of queer books are trending in 2026</w:t>
      </w:r>
      <w:r/>
    </w:p>
    <w:p>
      <w:r/>
      <w:r>
        <w:t>Romcoms and romfantasy remain crowd-pleasers, but there’s a noticeable appetite for nuance: books that treat queer relationships with both warmth and complexity, or that pair brisk plots with thoughtful exploration of identity. Memoirs are strong too, offering fresh perspectives on coming-of-age and found family. Publishers are experimenting with format and voice, so expect novels that fold in essays, lists, or speculative leaps. If you want a safe bet, choose a Book Riot-recommended title from the monthly collection , their picks often balance literary merit with sheer readability.</w:t>
      </w:r>
      <w:r/>
    </w:p>
    <w:p>
      <w:pPr>
        <w:pStyle w:val="Heading2"/>
      </w:pPr>
      <w:r>
        <w:t>Practical tips for buying, borrowing and keeping track of new releases</w:t>
      </w:r>
      <w:r/>
    </w:p>
    <w:p>
      <w:r/>
      <w:r>
        <w:t>Use the clickable covers in the Book Riot collection to compare prices and formats quickly; that saves time when a title is available in paperback, ebook or audiobook. If you’re a frequent buyer, consider supporting an indie shop through available links. For library users, add expected release dates to your library’s wishlist or place holds early. And if you’re serious about tracking new queer books, All Access membership is useful: you can build and share lists, and tap into the New Release Index for calendar-style oversight. Finally, don’t be shy about swapping recommendations with friends , queer book clubs are a perfect way to celebrate new voices together.</w:t>
      </w:r>
      <w:r/>
    </w:p>
    <w:p>
      <w:r/>
      <w:r>
        <w:t>It’s a small change that can make your TBR both more joyful and easier to manage.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1">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https://bookriot.com/new-lgbtq-books-of-2026-so-far/</w:t>
        </w:r>
      </w:hyperlink>
      <w:r>
        <w:t xml:space="preserve"> - Please view link - unable to able to access data</w:t>
      </w:r>
      <w:r/>
    </w:p>
    <w:p>
      <w:pPr>
        <w:pStyle w:val="ListNumber"/>
        <w:spacing w:line="240" w:lineRule="auto"/>
        <w:ind w:left="720"/>
      </w:pPr>
      <w:r/>
      <w:hyperlink r:id="rId10">
        <w:r>
          <w:rPr>
            <w:color w:val="0000EE"/>
            <w:u w:val="single"/>
          </w:rPr>
          <w:t>https://bookriot.com/new-queer-books-out-in-2026-so-far/</w:t>
        </w:r>
      </w:hyperlink>
      <w:r>
        <w:t xml:space="preserve"> - This article from Book Riot provides a comprehensive list of over 650 LGBTQ+ books released in the first half of 2026, sortable by genre and representation. It serves as a valuable resource for readers seeking diverse queer literature. (</w:t>
      </w:r>
      <w:hyperlink r:id="rId16">
        <w:r>
          <w:rPr>
            <w:color w:val="0000EE"/>
            <w:u w:val="single"/>
          </w:rPr>
          <w:t>bookriot.com</w:t>
        </w:r>
      </w:hyperlink>
      <w:r>
        <w:t>)</w:t>
      </w:r>
      <w:r/>
    </w:p>
    <w:p>
      <w:pPr>
        <w:pStyle w:val="ListNumber"/>
        <w:spacing w:line="240" w:lineRule="auto"/>
        <w:ind w:left="720"/>
      </w:pPr>
      <w:r/>
      <w:hyperlink r:id="rId12">
        <w:r>
          <w:rPr>
            <w:color w:val="0000EE"/>
            <w:u w:val="single"/>
          </w:rPr>
          <w:t>https://bookriot.com/your-most-anticipated-queer-books-of-2026/</w:t>
        </w:r>
      </w:hyperlink>
      <w:r>
        <w:t xml:space="preserve"> - In this piece, Book Riot shares the results of a survey revealing readers' most anticipated queer books of 2026, spanning genres from romance to literary fiction to sci-fi. The article highlights upcoming titles that have garnered significant interest. (</w:t>
      </w:r>
      <w:hyperlink r:id="rId17">
        <w:r>
          <w:rPr>
            <w:color w:val="0000EE"/>
            <w:u w:val="single"/>
          </w:rPr>
          <w:t>bookriot.com</w:t>
        </w:r>
      </w:hyperlink>
      <w:r>
        <w:t>)</w:t>
      </w:r>
      <w:r/>
    </w:p>
    <w:p>
      <w:pPr>
        <w:pStyle w:val="ListNumber"/>
        <w:spacing w:line="240" w:lineRule="auto"/>
        <w:ind w:left="720"/>
      </w:pPr>
      <w:r/>
      <w:hyperlink r:id="rId13">
        <w:r>
          <w:rPr>
            <w:color w:val="0000EE"/>
            <w:u w:val="single"/>
          </w:rPr>
          <w:t>https://bookriot.com/under-the-radar-lgbtq-reads-2026/</w:t>
        </w:r>
      </w:hyperlink>
      <w:r>
        <w:t xml:space="preserve"> - This article presents a curated selection of LGBTQ+ books from 2026 that may have been overlooked, offering readers fresh and diverse narratives to explore. (</w:t>
      </w:r>
      <w:hyperlink r:id="rId18">
        <w:r>
          <w:rPr>
            <w:color w:val="0000EE"/>
            <w:u w:val="single"/>
          </w:rPr>
          <w:t>bookriot.com</w:t>
        </w:r>
      </w:hyperlink>
      <w:r>
        <w:t>)</w:t>
      </w:r>
      <w:r/>
    </w:p>
    <w:p>
      <w:pPr>
        <w:pStyle w:val="ListNumber"/>
        <w:spacing w:line="240" w:lineRule="auto"/>
        <w:ind w:left="720"/>
      </w:pPr>
      <w:r/>
      <w:hyperlink r:id="rId14">
        <w:r>
          <w:rPr>
            <w:color w:val="0000EE"/>
            <w:u w:val="single"/>
          </w:rPr>
          <w:t>https://bookriot.com/most-anticipated-queer-books-of-2026/</w:t>
        </w:r>
      </w:hyperlink>
      <w:r>
        <w:t xml:space="preserve"> - Book Riot highlights 15 of the most anticipated queer books of 2026, including sequels to popular series and new releases across various genres, providing readers with a glimpse into upcoming queer literature. (</w:t>
      </w:r>
      <w:hyperlink r:id="rId19">
        <w:r>
          <w:rPr>
            <w:color w:val="0000EE"/>
            <w:u w:val="single"/>
          </w:rPr>
          <w:t>bookriot.com</w:t>
        </w:r>
      </w:hyperlink>
      <w:r>
        <w:t>)</w:t>
      </w:r>
      <w:r/>
    </w:p>
    <w:p>
      <w:pPr>
        <w:pStyle w:val="ListNumber"/>
        <w:spacing w:line="240" w:lineRule="auto"/>
        <w:ind w:left="720"/>
      </w:pPr>
      <w:r/>
      <w:hyperlink r:id="rId15">
        <w:r>
          <w:rPr>
            <w:color w:val="0000EE"/>
            <w:u w:val="single"/>
          </w:rPr>
          <w:t>https://bookriot.com/new-romantasy-books-2026</w:t>
        </w:r>
      </w:hyperlink>
      <w:r>
        <w:t xml:space="preserve"> - This article showcases new romantasy books of 2026, featuring titles that blend romance and fantasy elements, offering readers enchanting and imaginative stories. (</w:t>
      </w:r>
      <w:hyperlink r:id="rId20">
        <w:r>
          <w:rPr>
            <w:color w:val="0000EE"/>
            <w:u w:val="single"/>
          </w:rPr>
          <w:t>bookriot.com</w:t>
        </w:r>
      </w:hyperlink>
      <w:r>
        <w:t>)</w:t>
      </w:r>
      <w:r/>
    </w:p>
    <w:p>
      <w:pPr>
        <w:pStyle w:val="ListNumber"/>
        <w:spacing w:line="240" w:lineRule="auto"/>
        <w:ind w:left="720"/>
      </w:pPr>
      <w:r/>
      <w:hyperlink r:id="rId11">
        <w:r>
          <w:rPr>
            <w:color w:val="0000EE"/>
            <w:u w:val="single"/>
          </w:rPr>
          <w:t>https://bookriot.com/new-queer-books-may-2026/</w:t>
        </w:r>
      </w:hyperlink>
      <w:r>
        <w:t xml:space="preserve"> - Book Riot presents 20 of the best new queer books released in May 2026, including a nonbinary epic, a gay secret society mystery, and a trans romantasy, catering to a wide range of reader interests. (</w:t>
      </w:r>
      <w:hyperlink r:id="rId21">
        <w:r>
          <w:rPr>
            <w:color w:val="0000EE"/>
            <w:u w:val="single"/>
          </w:rPr>
          <w:t>bookriot.com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new-lgbtq-books-of-2026-so-far/" TargetMode="External"/><Relationship Id="rId10" Type="http://schemas.openxmlformats.org/officeDocument/2006/relationships/hyperlink" Target="https://bookriot.com/new-queer-books-out-in-2026-so-far/" TargetMode="External"/><Relationship Id="rId11" Type="http://schemas.openxmlformats.org/officeDocument/2006/relationships/hyperlink" Target="https://bookriot.com/new-queer-books-may-2026/" TargetMode="External"/><Relationship Id="rId12" Type="http://schemas.openxmlformats.org/officeDocument/2006/relationships/hyperlink" Target="https://bookriot.com/your-most-anticipated-queer-books-of-2026/" TargetMode="External"/><Relationship Id="rId13" Type="http://schemas.openxmlformats.org/officeDocument/2006/relationships/hyperlink" Target="https://bookriot.com/under-the-radar-lgbtq-reads-2026/" TargetMode="External"/><Relationship Id="rId14" Type="http://schemas.openxmlformats.org/officeDocument/2006/relationships/hyperlink" Target="https://bookriot.com/most-anticipated-queer-books-of-2026/" TargetMode="External"/><Relationship Id="rId15" Type="http://schemas.openxmlformats.org/officeDocument/2006/relationships/hyperlink" Target="https://bookriot.com/new-romantasy-books-2026" TargetMode="External"/><Relationship Id="rId16" Type="http://schemas.openxmlformats.org/officeDocument/2006/relationships/hyperlink" Target="https://bookriot.com/new-queer-books-out-in-2026-so-far/?utm_source=openai" TargetMode="External"/><Relationship Id="rId17" Type="http://schemas.openxmlformats.org/officeDocument/2006/relationships/hyperlink" Target="https://bookriot.com/your-most-anticipated-queer-books-of-2026/?utm_source=openai" TargetMode="External"/><Relationship Id="rId18" Type="http://schemas.openxmlformats.org/officeDocument/2006/relationships/hyperlink" Target="https://bookriot.com/under-the-radar-lgbtq-reads-2026/?utm_source=openai" TargetMode="External"/><Relationship Id="rId19" Type="http://schemas.openxmlformats.org/officeDocument/2006/relationships/hyperlink" Target="https://bookriot.com/most-anticipated-queer-books-of-2026/?utm_source=openai" TargetMode="External"/><Relationship Id="rId20" Type="http://schemas.openxmlformats.org/officeDocument/2006/relationships/hyperlink" Target="https://bookriot.com/new-romantasy-books-2026?utm_source=openai" TargetMode="External"/><Relationship Id="rId21" Type="http://schemas.openxmlformats.org/officeDocument/2006/relationships/hyperlink" Target="https://bookriot.com/new-queer-books-may-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