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on the Bay Recap — How Erie’s Waterfront Pulled Off a Massive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festival-goers turned out in force as Pride on the Bay packed Presque Isle with colour and music on June 27; organisers say roughly 3,000 people, dozens of vendors and a stacked drag and DJ lineup made the day one of the largest local Pride gatherings yet, and it mattered for community visibility and local charity support.</w:t>
      </w:r>
      <w:r/>
    </w:p>
    <w:p>
      <w:r/>
      <w:r>
        <w:t>Essential Takeaways</w:t>
      </w:r>
      <w:r/>
      <w:r/>
    </w:p>
    <w:p>
      <w:pPr>
        <w:pStyle w:val="ListBullet"/>
        <w:spacing w:line="240" w:lineRule="auto"/>
        <w:ind w:left="720"/>
      </w:pPr>
      <w:r/>
      <w:r>
        <w:rPr>
          <w:b/>
        </w:rPr>
        <w:t>Huge turnout:</w:t>
      </w:r>
      <w:r>
        <w:t xml:space="preserve"> Organisers estimate about 3,000 attendees, creating a lively, waterfront atmosphere.</w:t>
      </w:r>
      <w:r/>
    </w:p>
    <w:p>
      <w:pPr>
        <w:pStyle w:val="ListBullet"/>
        <w:spacing w:line="240" w:lineRule="auto"/>
        <w:ind w:left="720"/>
      </w:pPr>
      <w:r/>
      <w:r>
        <w:rPr>
          <w:b/>
        </w:rPr>
        <w:t>Big-name support:</w:t>
      </w:r>
      <w:r>
        <w:t xml:space="preserve"> Erie Insurance led presenting sponsors, with backing from Wegmans, PNC Bank, Macy’s and local partners.</w:t>
      </w:r>
      <w:r/>
    </w:p>
    <w:p>
      <w:pPr>
        <w:pStyle w:val="ListBullet"/>
        <w:spacing w:line="240" w:lineRule="auto"/>
        <w:ind w:left="720"/>
      </w:pPr>
      <w:r/>
      <w:r>
        <w:rPr>
          <w:b/>
        </w:rPr>
        <w:t>Standout entertainment:</w:t>
      </w:r>
      <w:r>
        <w:t xml:space="preserve"> Local drag stars plus headliner Alaska 5000 and DJs kept the crowd dancing; hosts Misty Michaels Kall and Debbie Does Drag anchored the show.</w:t>
      </w:r>
      <w:r/>
    </w:p>
    <w:p>
      <w:pPr>
        <w:pStyle w:val="ListBullet"/>
        <w:spacing w:line="240" w:lineRule="auto"/>
        <w:ind w:left="720"/>
      </w:pPr>
      <w:r/>
      <w:r>
        <w:rPr>
          <w:b/>
        </w:rPr>
        <w:t>Volunteer-run:</w:t>
      </w:r>
      <w:r>
        <w:t xml:space="preserve"> NWPA Pride Alliance organises year-round as an entirely volunteer-led group; events depend on community donors and volunteers.</w:t>
      </w:r>
      <w:r/>
    </w:p>
    <w:p>
      <w:pPr>
        <w:pStyle w:val="ListBullet"/>
        <w:spacing w:line="240" w:lineRule="auto"/>
        <w:ind w:left="720"/>
      </w:pPr>
      <w:r/>
      <w:r>
        <w:rPr>
          <w:b/>
        </w:rPr>
        <w:t>More to come:</w:t>
      </w:r>
      <w:r>
        <w:t xml:space="preserve"> Pride on the Diamond in Meadville is scheduled for July 25; nwpapride.org has photos and details.</w:t>
      </w:r>
      <w:r/>
      <w:r/>
    </w:p>
    <w:p>
      <w:pPr>
        <w:pStyle w:val="Heading2"/>
      </w:pPr>
      <w:r>
        <w:t>A sunlit surge: why this year’s Pride on the Bay felt bigger</w:t>
      </w:r>
      <w:r/>
    </w:p>
    <w:p>
      <w:r/>
      <w:r>
        <w:t>The opening beat here is simple , the crowd looked, sounded and felt celebratory, with families, friends and festival stalwarts filling the shoreline. Organisers’ estimate of about 3,000 people signals a clear uptick in local engagement, and there was a tangible buzz as DJs Jaden and Nequia5 layered danceable rhythms under a string of drag acts. According to NWPA Pride’s publicity, the event blended music, food trucks and community tables into a single, easygoing afternoon that felt inclusive and buoyant.</w:t>
      </w:r>
      <w:r/>
    </w:p>
    <w:p>
      <w:r/>
      <w:r>
        <w:t>This growth didn’t happen by accident. The festival has been building traction across the region, and local partners helped scale the production. For residents who’d never seen a waterfront Pride before, the combination of sun, sound and showmanship made for vivid memories , the kind that keep people talking until the next event.</w:t>
      </w:r>
      <w:r/>
    </w:p>
    <w:p>
      <w:pPr>
        <w:pStyle w:val="Heading2"/>
      </w:pPr>
      <w:r>
        <w:t>Sponsors and neighbours: how funding and partnerships kept things flowing</w:t>
      </w:r>
      <w:r/>
    </w:p>
    <w:p>
      <w:r/>
      <w:r>
        <w:t>Local corporate and nonprofit support played a starring role. Erie Insurance was the presenting sponsor, while Wegmans, PNC Bank, Macy’s, Central Outreach and Community Health Net were among the named backers. That mix of national-brand muscle and grassroots organisations meant the event could cover sound, staging and artist fees without charging entry, which kept access open to more people.</w:t>
      </w:r>
      <w:r/>
    </w:p>
    <w:p>
      <w:r/>
      <w:r>
        <w:t>NWPA Pride also thanked PACA and Whee Studios for operational help, showing how municipal, creative and community networks can combine to make a festival run smoothly. If you’re thinking of producing a community event, this model , pairing a headline sponsor with a constellation of smaller donors and volunteers , is a practical blueprint.</w:t>
      </w:r>
      <w:r/>
    </w:p>
    <w:p>
      <w:pPr>
        <w:pStyle w:val="Heading2"/>
      </w:pPr>
      <w:r>
        <w:t>The show that kept people watching: drag, DJs and a hometown headliner</w:t>
      </w:r>
      <w:r/>
    </w:p>
    <w:p>
      <w:r/>
      <w:r>
        <w:t>A big part of the afternoon’s momentum came from the entertainment curation. Local drag performers such as Alysin Wonderland, Katrina Twerk Island and reigning Miss Erie Alejandra J-love brought showmanship and humour, while Misty Michaels Kall and Debbie Does Drag hosted with polish and warmth. DJs kept the tempo shifting so the crowd never thinned.</w:t>
      </w:r>
      <w:r/>
    </w:p>
    <w:p>
      <w:r/>
      <w:r>
        <w:t>Then there was Alaska 5000, an Erie native with global recognition, whose headlining set doubled as a homecoming. Seeing a hometown talent return to perform adds a sentimental layer to community Pride events , it’s a reminder that local celebrations can have national resonance and that performers often carry hometown pride back into their acts.</w:t>
      </w:r>
      <w:r/>
    </w:p>
    <w:p>
      <w:pPr>
        <w:pStyle w:val="Heading2"/>
      </w:pPr>
      <w:r>
        <w:t>Volunteers on the front line: the work behind the scenes</w:t>
      </w:r>
      <w:r/>
    </w:p>
    <w:p>
      <w:r/>
      <w:r>
        <w:t>NWPA Pride Alliance is a volunteer-run organisation, and that volunteerism was visible in every element of the day, from vendor coordination to logistics and hospitality. Volunteers say the payoff is worth the late nights and planning chaos; for many, the reward is seeing friends and families come together in public, safe space.</w:t>
      </w:r>
      <w:r/>
    </w:p>
    <w:p>
      <w:r/>
      <w:r>
        <w:t>If you want to help at future events, the group’s support pages explain donation tiers and volunteer roles. A small shift in time or a modest financial contribution can make a big difference to an event that relies on goodwill and community labour.</w:t>
      </w:r>
      <w:r/>
    </w:p>
    <w:p>
      <w:pPr>
        <w:pStyle w:val="Heading2"/>
      </w:pPr>
      <w:r>
        <w:t>What’s next: Meadville’s Pride on the Diamond and how to stay involved</w:t>
      </w:r>
      <w:r/>
    </w:p>
    <w:p>
      <w:r/>
      <w:r>
        <w:t>The calendar rolls on: Pride on the Diamond in Meadville is slated for Saturday, July 25. NWPA Pride encourages attendees to check nwpapride.org for photos from the Bay event and details for upcoming gatherings. For people who missed the June date, these smaller, regional events are an easy way to plug into the community and experience a friendlier, more intimate Pride.</w:t>
      </w:r>
      <w:r/>
    </w:p>
    <w:p>
      <w:r/>
      <w:r>
        <w:t>For those deciding whether to attend or support future events, think about what matters most: accessibility, vibe and the mix of performers. If you want a family-friendly afternoon by the water, Pride on the Bay set a good example; if you prefer smaller town energy, the Diamond event will likely suit.</w:t>
      </w:r>
      <w:r/>
    </w:p>
    <w:p>
      <w:r/>
      <w:r>
        <w:t>It's a small change that can make every Pride gathering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[7]</w:t>
        </w:r>
      </w:hyperlink>
      <w:r>
        <w:t xml:space="preserve">, </w:t>
      </w:r>
      <w:hyperlink r:id="rId9">
        <w:r>
          <w:rPr>
            <w:color w:val="0000EE"/>
            <w:u w:val="single"/>
          </w:rPr>
          <w:t>[2]</w:t>
        </w:r>
      </w:hyperlink>
      <w:r>
        <w:t xml:space="preserve">- Paragraph 3: </w:t>
      </w:r>
      <w:hyperlink r:id="rId12">
        <w:r>
          <w:rPr>
            <w:color w:val="0000EE"/>
            <w:u w:val="single"/>
          </w:rPr>
          <w:t>[5]</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[7]</w:t>
        </w:r>
      </w:hyperlink>
      <w:r>
        <w:t xml:space="preserve">- Paragraph 5: </w:t>
      </w:r>
      <w:hyperlink r:id="rId13">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https://www.eriegaynews.com/news/article.php?recordid=202608prideonthebayrecap&amp;sourceid=4&amp;sourcereason=RSSFeed</w:t>
        </w:r>
      </w:hyperlink>
      <w:r>
        <w:t xml:space="preserve"> - Please view link - unable to able to access data</w:t>
      </w:r>
      <w:r/>
    </w:p>
    <w:p>
      <w:pPr>
        <w:pStyle w:val="ListNumber"/>
        <w:spacing w:line="240" w:lineRule="auto"/>
        <w:ind w:left="720"/>
      </w:pPr>
      <w:r/>
      <w:hyperlink r:id="rId9">
        <w:r>
          <w:rPr>
            <w:color w:val="0000EE"/>
            <w:u w:val="single"/>
          </w:rPr>
          <w:t>https://www.eriegaynews.com/news/article.php?recordid=202608prideonthebayrecap&amp;sourceid=4&amp;sourcereason=RSSFeed</w:t>
        </w:r>
      </w:hyperlink>
      <w:r>
        <w:t xml:space="preserve"> - The NWPA Pride Alliance expresses gratitude for the success of Pride on the Bay held on June 27, 2026, with over 3,000 attendees. Sponsors included Erie Insurance, Wegmans, PNC Bank, Macy's, Central Outreach, Community Health Net, Whee Studios, and Erie Gay News. The event featured performances by DJ Jaden, Nequia5, and a drag lineup hosted by Misty Michaels Kall and Debbie Does Drag, with headliner Alaska 5000. The next event, Pride on the Diamond, is scheduled for July 25, 2026, in Meadville. Photos and details are available at nwpapride.org.</w:t>
      </w:r>
      <w:r/>
    </w:p>
    <w:p>
      <w:pPr>
        <w:pStyle w:val="ListNumber"/>
        <w:spacing w:line="240" w:lineRule="auto"/>
        <w:ind w:left="720"/>
      </w:pPr>
      <w:r/>
      <w:hyperlink r:id="rId13">
        <w:r>
          <w:rPr>
            <w:color w:val="0000EE"/>
            <w:u w:val="single"/>
          </w:rPr>
          <w:t>https://nwpapride.org/</w:t>
        </w:r>
      </w:hyperlink>
      <w:r>
        <w:t xml:space="preserve"> - The NWPA Pride Alliance is a volunteer-run organisation dedicated to fostering an inclusive LGBTQIA+ community in Northwest Pennsylvania. They organise events like Pride on the Bay and Pride on the Diamond, with the next event scheduled for July 25, 2026, in Meadville. Their mission includes improving visibility, facilitating communication, and collaborating within the LGBTQIA+ community and the broader region.</w:t>
      </w:r>
      <w:r/>
    </w:p>
    <w:p>
      <w:pPr>
        <w:pStyle w:val="ListNumber"/>
        <w:spacing w:line="240" w:lineRule="auto"/>
        <w:ind w:left="720"/>
      </w:pPr>
      <w:r/>
      <w:hyperlink r:id="rId10">
        <w:r>
          <w:rPr>
            <w:color w:val="0000EE"/>
            <w:u w:val="single"/>
          </w:rPr>
          <w:t>https://nwpapride.org/pride-on-the-bay</w:t>
        </w:r>
      </w:hyperlink>
      <w:r>
        <w:t xml:space="preserve"> - Pride on the Bay is an annual event hosted by the NWPA Pride Alliance at Liberty Park in Erie, Pennsylvania. The 2026 event, themed 'Make Waves,' featured live music, drag performances, a variety of vendors, and food trucks. The main stage lineup included DJ Jaden2Waavy, Nequia⁵, and headliner Alaska 5000. The event aimed to celebrate and support the LGBTQIA+ community in the region.</w:t>
      </w:r>
      <w:r/>
    </w:p>
    <w:p>
      <w:pPr>
        <w:pStyle w:val="ListNumber"/>
        <w:spacing w:line="240" w:lineRule="auto"/>
        <w:ind w:left="720"/>
      </w:pPr>
      <w:r/>
      <w:hyperlink r:id="rId12">
        <w:r>
          <w:rPr>
            <w:color w:val="0000EE"/>
            <w:u w:val="single"/>
          </w:rPr>
          <w:t>https://nwpapride.org/article/pride-on-the-bay-line-up</w:t>
        </w:r>
      </w:hyperlink>
      <w:r>
        <w:t xml:space="preserve"> - The NWPA Pride Alliance announced the lineup for Pride on the Bay 2026, featuring DJ Jaden2Waavy, Nequia⁵, and a drag performance hosted by Misty Michaels Kall and Debbie Does Drag. The event also included performances by local drag artists such as Alejandra J-Love, Katrina Twerk Island, Shea D’Heaux, Alysin Wonderland, Snarebear, Ann Ziety, and Leona Fantasy. The headliner for the event was Alaska 5000, a global drag superstar and Erie native.</w:t>
      </w:r>
      <w:r/>
    </w:p>
    <w:p>
      <w:pPr>
        <w:pStyle w:val="ListNumber"/>
        <w:spacing w:line="240" w:lineRule="auto"/>
        <w:ind w:left="720"/>
      </w:pPr>
      <w:r/>
      <w:hyperlink r:id="rId14">
        <w:r>
          <w:rPr>
            <w:color w:val="0000EE"/>
            <w:u w:val="single"/>
          </w:rPr>
          <w:t>https://eriegaypride.com/</w:t>
        </w:r>
      </w:hyperlink>
      <w:r>
        <w:t xml:space="preserve"> - Erie Gay Pride is an organisation dedicated to supporting and celebrating the LGBTQIA+ community in Erie, Pennsylvania. They organise events like Pride on the Bay and Pride on the Diamond, with the next event scheduled for July 25, 2026, in Meadville. Their mission includes fostering inclusivity, visibility, and community engagement within the LGBTQIA+ community and the broader region.</w:t>
      </w:r>
      <w:r/>
    </w:p>
    <w:p>
      <w:pPr>
        <w:pStyle w:val="ListNumber"/>
        <w:spacing w:line="240" w:lineRule="auto"/>
        <w:ind w:left="720"/>
      </w:pPr>
      <w:r/>
      <w:hyperlink r:id="rId11">
        <w:r>
          <w:rPr>
            <w:color w:val="0000EE"/>
            <w:u w:val="single"/>
          </w:rPr>
          <w:t>https://nwpapride.org/support</w:t>
        </w:r>
      </w:hyperlink>
      <w:r>
        <w:t xml:space="preserve"> - The NWPA Pride Alliance acknowledges and thanks its sponsors and donors for their support in fostering an inclusive LGBTQIA+ community in Northwest Pennsylvania. Sponsors include Macy's, PNC Bank, Wegmans, Erie Gay News, Whee! Studios, and Community Health Net. The organisation offers various donation levels, each with specific benefits, and encourages community involvement and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8prideonthebayrecap&amp;sourceid=4&amp;sourcereason=RSSFeed" TargetMode="External"/><Relationship Id="rId10" Type="http://schemas.openxmlformats.org/officeDocument/2006/relationships/hyperlink" Target="https://nwpapride.org/pride-on-the-bay" TargetMode="External"/><Relationship Id="rId11" Type="http://schemas.openxmlformats.org/officeDocument/2006/relationships/hyperlink" Target="https://nwpapride.org/support" TargetMode="External"/><Relationship Id="rId12" Type="http://schemas.openxmlformats.org/officeDocument/2006/relationships/hyperlink" Target="https://nwpapride.org/article/pride-on-the-bay-line-up" TargetMode="External"/><Relationship Id="rId13" Type="http://schemas.openxmlformats.org/officeDocument/2006/relationships/hyperlink" Target="https://nwpapride.org/" TargetMode="External"/><Relationship Id="rId14" Type="http://schemas.openxmlformats.org/officeDocument/2006/relationships/hyperlink" Target="https://eriegay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