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Moments from San Francisco: Highlights, Stars and Where to Watch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music, San Francisco’s Pride season returned bigger and bolder , locals, performers and activists filled stages, clubs and parade routes, and the city felt like one long celebration. Here’s a lively roundup of the standout nights, notable performances and what to look for next.</w:t>
      </w:r>
      <w:r/>
    </w:p>
    <w:p>
      <w:r/>
      <w:r>
        <w:t>Essential Takeaways</w:t>
      </w:r>
      <w:r/>
      <w:r/>
    </w:p>
    <w:p>
      <w:pPr>
        <w:pStyle w:val="ListBullet"/>
        <w:spacing w:line="240" w:lineRule="auto"/>
        <w:ind w:left="720"/>
      </w:pPr>
      <w:r/>
      <w:r>
        <w:rPr>
          <w:b/>
        </w:rPr>
        <w:t>Packed calendar:</w:t>
      </w:r>
      <w:r>
        <w:t xml:space="preserve"> Dozens of events across venues from the Castro to Yerba Buena drew diverse crowds and energetic atmospheres. </w:t>
      </w:r>
      <w:r/>
    </w:p>
    <w:p>
      <w:pPr>
        <w:pStyle w:val="ListBullet"/>
        <w:spacing w:line="240" w:lineRule="auto"/>
        <w:ind w:left="720"/>
      </w:pPr>
      <w:r/>
      <w:r>
        <w:rPr>
          <w:b/>
        </w:rPr>
        <w:t>Show-stopping performances:</w:t>
      </w:r>
      <w:r>
        <w:t xml:space="preserve"> Local institutions and visiting stars gave slick, emotional sets , think chorus salutes, runway glitz and surprise vocal moments. </w:t>
      </w:r>
      <w:r/>
    </w:p>
    <w:p>
      <w:pPr>
        <w:pStyle w:val="ListBullet"/>
        <w:spacing w:line="240" w:lineRule="auto"/>
        <w:ind w:left="720"/>
      </w:pPr>
      <w:r/>
      <w:r>
        <w:rPr>
          <w:b/>
        </w:rPr>
        <w:t>Community-first vibe:</w:t>
      </w:r>
      <w:r>
        <w:t xml:space="preserve"> Fundraisers, advocacy organisations and small gatherings shared space with big-ticket productions, keeping care and celebration side by side. </w:t>
      </w:r>
      <w:r/>
    </w:p>
    <w:p>
      <w:pPr>
        <w:pStyle w:val="ListBullet"/>
        <w:spacing w:line="240" w:lineRule="auto"/>
        <w:ind w:left="720"/>
      </w:pPr>
      <w:r/>
      <w:r>
        <w:rPr>
          <w:b/>
        </w:rPr>
        <w:t>Memorable fashion:</w:t>
      </w:r>
      <w:r>
        <w:t xml:space="preserve"> Threads of Pride and Runway of Pride showcased local designers and civic figures in theatrical looks, with sequins, ruffles and bold statements. </w:t>
      </w:r>
      <w:r/>
    </w:p>
    <w:p>
      <w:pPr>
        <w:pStyle w:val="ListBullet"/>
        <w:spacing w:line="240" w:lineRule="auto"/>
        <w:ind w:left="720"/>
      </w:pPr>
      <w:r/>
      <w:r>
        <w:rPr>
          <w:b/>
        </w:rPr>
        <w:t>Easy next steps:</w:t>
      </w:r>
      <w:r>
        <w:t xml:space="preserve"> Want to relive it? Look for recordings, upcoming concerts and returning annual events across arts and charity calendars.</w:t>
      </w:r>
      <w:r/>
      <w:r/>
    </w:p>
    <w:p>
      <w:pPr>
        <w:pStyle w:val="Heading2"/>
      </w:pPr>
      <w:r>
        <w:t>A chorus that felt like home , Dolly, joy and a Curran-stage crowd</w:t>
      </w:r>
      <w:r/>
    </w:p>
    <w:p>
      <w:r/>
      <w:r>
        <w:t>The San Francisco Gay Men’s Chorus delivered a tribute-heavy Pride concert that landed with warmth and polish, filling the Curran with singalong energy and theatrical staging. According to the chorus’ promotional notes, the programme leaned into crowd-pleasing favourites and showcased the ensemble’s usual high standards. Backstage moments mattered too , leadership changes and community thank-yous made the night feel like both a party and a passing of torches. If you like musical theatre with a civic heart, keep an eye on their season page for repeat performances and touring dates.</w:t>
      </w:r>
      <w:r/>
    </w:p>
    <w:p>
      <w:pPr>
        <w:pStyle w:val="Heading2"/>
      </w:pPr>
      <w:r>
        <w:t>Broadway Bares and REAF: spectacle with a purpose</w:t>
      </w:r>
      <w:r/>
    </w:p>
    <w:p>
      <w:r/>
      <w:r>
        <w:t>Broadway Bares returned to the Castro Theatre as a full-throttle fundraiser, blending choreography, costume theatre and audience interaction to raise money for AIDS-related causes. The show’s blend of humour, athleticism and often-revealing costumes keeps the tradition fresh and rowdy, while REAF’s own One Night Only at the Marines’ Memorial brought touring West End-style voices into an intimate benefit setting. In short, Pride nights that glitter also paid bills , and tipped performers , while reminding audiences why arts fundraising still matters.</w:t>
      </w:r>
      <w:r/>
    </w:p>
    <w:p>
      <w:pPr>
        <w:pStyle w:val="Heading2"/>
      </w:pPr>
      <w:r>
        <w:t>Threads of Pride: when politics, fashion and celebrity meet the runway</w:t>
      </w:r>
      <w:r/>
    </w:p>
    <w:p>
      <w:r/>
      <w:r>
        <w:t>Runway events during Pride moved beyond club drag to staged fashion moments at Yerba Buena and Glide Memorial, marrying local designers with civic figures as models. The result was a polished, visually arresting show that surprised many with its professionalism and emotional lift. Highlights included elected officials in full runway mode and a surprise appearance from an international-model-turned-performing-guest, which elevated the evening into must-see territory. For anyone scouting bold local designers, these shows are now a live portfolio and a place to discover makers before mainstream buzz.</w:t>
      </w:r>
      <w:r/>
    </w:p>
    <w:p>
      <w:pPr>
        <w:pStyle w:val="Heading2"/>
      </w:pPr>
      <w:r>
        <w:t>Small gatherings, big warmth , garden parties, VIP nights and kickoff energy</w:t>
      </w:r>
      <w:r/>
    </w:p>
    <w:p>
      <w:r/>
      <w:r>
        <w:t>Not every Pride night was about spectacle. Garden parties, VIP mixers and community kickoffs offered quieter, convivial spaces to reconnect. Groups like ALRP hosted intimate garden events with auctions, hat contests and strong fundraising results, while coalition-led kickoff parties brought activists and artists together to talk strategy and celebrate. These smaller moments are often where long-term support and friendships are renewed , a reminder that Pride’s party side supports a year-round backbone of advocacy.</w:t>
      </w:r>
      <w:r/>
    </w:p>
    <w:p>
      <w:pPr>
        <w:pStyle w:val="Heading2"/>
      </w:pPr>
      <w:r>
        <w:t>Parade day and the final shimmer: floats, buses and finally, a sit-down</w:t>
      </w:r>
      <w:r/>
    </w:p>
    <w:p>
      <w:r/>
      <w:r>
        <w:t>After weeks of events, the Pride Parade still managed to be the emotional high point for many: marching, doubled-decker buses and the cumulative cheer of the month rolled down the route amid an exhausted but ecstatic crowd. For participants and volunteers, the parade is where the season’s energy concentrates and then, mercifully, dissipates into the city’s quieter summer rhythm. If you missed this year, plan early for the next , both to secure a parade slot and to pace your Pride calendar so you don’t burn out.</w:t>
      </w:r>
      <w:r/>
    </w:p>
    <w:p>
      <w:r/>
      <w:r>
        <w:t>It's a small change that can make every Pride experience more meaningful , pick a mix of spectacle and small-scale events next year and you'll get both dazzling moments and real community connection.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[7]</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https://sfbaytimes.com/donnas-chronicles-weve-just-emerged-from-one-of-the-busiest-and-most-satisfying-pride-months/?utm_source=rss&amp;utm_medium=rss&amp;utm_campaign=donnas-chronicles-weve-just-emerged-from-one-of-the-busiest-and-most-satisfying-pride-months</w:t>
        </w:r>
      </w:hyperlink>
      <w:r>
        <w:t xml:space="preserve"> - Please view link - unable to able to access data</w:t>
      </w:r>
      <w:r/>
    </w:p>
    <w:p>
      <w:pPr>
        <w:pStyle w:val="ListNumber"/>
        <w:spacing w:line="240" w:lineRule="auto"/>
        <w:ind w:left="720"/>
      </w:pPr>
      <w:r/>
      <w:hyperlink r:id="rId9">
        <w:r>
          <w:rPr>
            <w:color w:val="0000EE"/>
            <w:u w:val="single"/>
          </w:rPr>
          <w:t>https://sfbaytimes.com/donnas-chronicles-weve-just-emerged-from-one-of-the-busiest-and-most-satisfying-pride-months/?utm_source=rss&amp;utm_medium=rss&amp;utm_campaign=donnas-chronicles-weve-just-emerged-from-one-of-the-busiest-and-most-satisfying-pride-months</w:t>
        </w:r>
      </w:hyperlink>
      <w:r>
        <w:t xml:space="preserve"> - In this article, Donna Sachet reflects on a particularly busy and fulfilling Pride Month in San Francisco, highlighting various events such as Rikki's anniversary, the Gay Men's Chorus' Pride Concert, Nas Mohamed's 'Love Is You' at the Old Mint, Broadway Bares at the Castro Theatre, REAF's 'One Night Only' with the cast of 'Phantom of the Opera', ALRP's Garden Party at Hot Johnnie's, Mark Rhoades' VIP Pride Party, Pride Fashion Runway at Glide Memorial, Transgender VIP Party at the Hilton, the San Francisco Bay Times' Pride Kickoff at The Academy SF, San Francisco Opera's Pride Concert, and the San Francisco Pride Parade. She also mentions upcoming events like Studio 456, San Francisco AIDS Walk, Roll for Charisma, and An Evening with Ms. Imperial Leather.</w:t>
      </w:r>
      <w:r/>
    </w:p>
    <w:p>
      <w:pPr>
        <w:pStyle w:val="ListNumber"/>
        <w:spacing w:line="240" w:lineRule="auto"/>
        <w:ind w:left="720"/>
      </w:pPr>
      <w:r/>
      <w:hyperlink r:id="rId11">
        <w:r>
          <w:rPr>
            <w:color w:val="0000EE"/>
            <w:u w:val="single"/>
          </w:rPr>
          <w:t>https://www.sfgmc.org/press-releases-1/bsh4l37mfpjakmap76cmmyp4xcyhc5</w:t>
        </w:r>
      </w:hyperlink>
      <w:r>
        <w:t xml:space="preserve"> - The San Francisco Gay Men's Chorus (SFGMC) announced its 2026 Winter/Spring Season, featuring a 'Totally '80s' concert on March 21 and 'Dolly! A Pride Show' on June 13. The season is themed 'SHINE', focusing on authenticity, resilience, pride, and the transformative power of music. SFGMC continues its legacy of using choral excellence as a platform for visibility, advocacy, and community connection.</w:t>
      </w:r>
      <w:r/>
    </w:p>
    <w:p>
      <w:pPr>
        <w:pStyle w:val="ListNumber"/>
        <w:spacing w:line="240" w:lineRule="auto"/>
        <w:ind w:left="720"/>
      </w:pPr>
      <w:r/>
      <w:hyperlink r:id="rId10">
        <w:r>
          <w:rPr>
            <w:color w:val="0000EE"/>
            <w:u w:val="single"/>
          </w:rPr>
          <w:t>https://sfbaytimes.com/dolly-a-pride-show-presented-by-the-san-francisco-gay-mens-chorus/</w:t>
        </w:r>
      </w:hyperlink>
      <w:r>
        <w:t xml:space="preserve"> - 'Dolly! A Pride Show' was a joyful tribute to Dolly Parton, presented by the San Francisco Gay Men's Chorus on June 13, 2026, at the Curran Theatre. The concert featured choral arrangements of Parton's greatest hits, blending glitz, rhinestones, and powerful vocals. The event also included a 'Dolly look-alike contest'. Parton remains a popular queer icon, with her life story set to be told in 'Dolly: A True Original Musical' on Broadway in December.</w:t>
      </w:r>
      <w:r/>
    </w:p>
    <w:p>
      <w:pPr>
        <w:pStyle w:val="ListNumber"/>
        <w:spacing w:line="240" w:lineRule="auto"/>
        <w:ind w:left="720"/>
      </w:pPr>
      <w:r/>
      <w:hyperlink r:id="rId14">
        <w:r>
          <w:rPr>
            <w:color w:val="0000EE"/>
            <w:u w:val="single"/>
          </w:rPr>
          <w:t>https://www.sfarts.org/event/-dolly-a-pride-show--4uFePv2ifHuygbIsHVd5E1/</w:t>
        </w:r>
      </w:hyperlink>
      <w:r>
        <w:t xml:space="preserve"> - 'Dolly! A Pride Show' was a joyful, unapologetic celebration of queer love, resilience, and chosen family, set to the music and spirit of Dolly Parton. Presented by the San Francisco Gay Men's Chorus on June 13, 2026, at the Curran Theatre, the concert explored themes of living boldly, loving fiercely, and leading with kindness. The program included choral arrangements of Parton's iconic songs, with singer stories woven throughout to ground the music in lived queer experience.</w:t>
      </w:r>
      <w:r/>
    </w:p>
    <w:p>
      <w:pPr>
        <w:pStyle w:val="ListNumber"/>
        <w:spacing w:line="240" w:lineRule="auto"/>
        <w:ind w:left="720"/>
      </w:pPr>
      <w:r/>
      <w:hyperlink r:id="rId12">
        <w:r>
          <w:rPr>
            <w:color w:val="0000EE"/>
            <w:u w:val="single"/>
          </w:rPr>
          <w:t>https://us.atgtickets.com/events/sfgmc-dolly/curran-theater/</w:t>
        </w:r>
      </w:hyperlink>
      <w:r>
        <w:t xml:space="preserve"> - The San Francisco Gay Men's Chorus presented 'Dolly!' at the Curran Theatre on June 13, 2026. The concert celebrated Dolly Parton's legacy, featuring rhinestones, wigs, and heart, and taught the audience to be unapologetically themselves, lead with kindness, and play guitar while rocking acrylics. The event included a 'Dolly look-alike contest' and affirmed the Chorus's commitment to progress, inclusivity, and love.</w:t>
      </w:r>
      <w:r/>
    </w:p>
    <w:p>
      <w:pPr>
        <w:pStyle w:val="ListNumber"/>
        <w:spacing w:line="240" w:lineRule="auto"/>
        <w:ind w:left="720"/>
      </w:pPr>
      <w:r/>
      <w:hyperlink r:id="rId13">
        <w:r>
          <w:rPr>
            <w:color w:val="0000EE"/>
            <w:u w:val="single"/>
          </w:rPr>
          <w:t>https://gathryapp.com/san-francisco/san-francisco-pride/26-06-10/built-this-city-an-sf-pride-variety-spectacular</w:t>
        </w:r>
      </w:hyperlink>
      <w:r>
        <w:t xml:space="preserve"> - 'Built This City: An SF Pride Variety Spectacular' was held at the Castro Theatre on June 10, 2026. Hosted by Peaches Christ and Honey Mahogany, the event brought together the San Francisco Gay Men's Chorus, the Sisters of Perpetual Indulgence, the Cockettes Nouveau, Pansy Division, and dozens more. The variety show celebrated the activists, artists, and icons who contributed to building San Francisco's queer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donnas-chronicles-weve-just-emerged-from-one-of-the-busiest-and-most-satisfying-pride-months/?utm_source=rss&amp;utm_medium=rss&amp;utm_campaign=donnas-chronicles-weve-just-emerged-from-one-of-the-busiest-and-most-satisfying-pride-months" TargetMode="External"/><Relationship Id="rId10" Type="http://schemas.openxmlformats.org/officeDocument/2006/relationships/hyperlink" Target="https://sfbaytimes.com/dolly-a-pride-show-presented-by-the-san-francisco-gay-mens-chorus/" TargetMode="External"/><Relationship Id="rId11" Type="http://schemas.openxmlformats.org/officeDocument/2006/relationships/hyperlink" Target="https://www.sfgmc.org/press-releases-1/bsh4l37mfpjakmap76cmmyp4xcyhc5" TargetMode="External"/><Relationship Id="rId12" Type="http://schemas.openxmlformats.org/officeDocument/2006/relationships/hyperlink" Target="https://us.atgtickets.com/events/sfgmc-dolly/curran-theater/" TargetMode="External"/><Relationship Id="rId13" Type="http://schemas.openxmlformats.org/officeDocument/2006/relationships/hyperlink" Target="https://gathryapp.com/san-francisco/san-francisco-pride/26-06-10/built-this-city-an-sf-pride-variety-spectacular" TargetMode="External"/><Relationship Id="rId14" Type="http://schemas.openxmlformats.org/officeDocument/2006/relationships/hyperlink" Target="https://www.sfarts.org/event/-dolly-a-pride-show--4uFePv2ifHuygbIsHVd5E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