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in Protest Coverage: Why Omaha Turned Out for Heartland Pride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Braving the heat, Omaha residents and visitors turned out in force for the Heartland Pride Parade, a colourful, defiant celebration that mixed joy with a clear message: visibility matters amid national debates over LGBTQ+ rights. The parade routed through downtown with water stations, earlier start times, and a palpable sense of togetherness.</w:t>
      </w:r>
      <w:r/>
    </w:p>
    <w:p>
      <w:r/>
      <w:r>
        <w:t>Essential Takeaways</w:t>
      </w:r>
      <w:r/>
      <w:r/>
    </w:p>
    <w:p>
      <w:pPr>
        <w:pStyle w:val="ListBullet"/>
        <w:spacing w:line="240" w:lineRule="auto"/>
        <w:ind w:left="720"/>
      </w:pPr>
      <w:r/>
      <w:r>
        <w:rPr>
          <w:b/>
        </w:rPr>
        <w:t>Strong turnout:</w:t>
      </w:r>
      <w:r>
        <w:t xml:space="preserve"> Hundreds marched or watched despite sweltering temperatures, showing community resilience.</w:t>
      </w:r>
      <w:r/>
    </w:p>
    <w:p>
      <w:pPr>
        <w:pStyle w:val="ListBullet"/>
        <w:spacing w:line="240" w:lineRule="auto"/>
        <w:ind w:left="720"/>
      </w:pPr>
      <w:r/>
      <w:r>
        <w:rPr>
          <w:b/>
        </w:rPr>
        <w:t>Theme explained:</w:t>
      </w:r>
      <w:r>
        <w:t xml:space="preserve"> "Pride in Protest" reflected reaction to national anti-LGBTQ+ rhetoric and policy debates.</w:t>
      </w:r>
      <w:r/>
    </w:p>
    <w:p>
      <w:pPr>
        <w:pStyle w:val="ListBullet"/>
        <w:spacing w:line="240" w:lineRule="auto"/>
        <w:ind w:left="720"/>
      </w:pPr>
      <w:r/>
      <w:r>
        <w:rPr>
          <w:b/>
        </w:rPr>
        <w:t>Route changes:</w:t>
      </w:r>
      <w:r>
        <w:t xml:space="preserve"> Ongoing downtown streetcar construction forced organisers to adapt the parade course.</w:t>
      </w:r>
      <w:r/>
    </w:p>
    <w:p>
      <w:pPr>
        <w:pStyle w:val="ListBullet"/>
        <w:spacing w:line="240" w:lineRule="auto"/>
        <w:ind w:left="720"/>
      </w:pPr>
      <w:r/>
      <w:r>
        <w:rPr>
          <w:b/>
        </w:rPr>
        <w:t>Heat mitigations:</w:t>
      </w:r>
      <w:r>
        <w:t xml:space="preserve"> Organisers moved the start time earlier, supplied bottled water at corners and used MUD’s water truck.</w:t>
      </w:r>
      <w:r/>
    </w:p>
    <w:p>
      <w:pPr>
        <w:pStyle w:val="ListBullet"/>
        <w:spacing w:line="240" w:lineRule="auto"/>
        <w:ind w:left="720"/>
      </w:pPr>
      <w:r/>
      <w:r>
        <w:rPr>
          <w:b/>
        </w:rPr>
        <w:t>Simple motivation:</w:t>
      </w:r>
      <w:r>
        <w:t xml:space="preserve"> Many attendees said they came to be seen, feel safe and celebrate with others.</w:t>
      </w:r>
      <w:r/>
      <w:r/>
    </w:p>
    <w:p>
      <w:pPr>
        <w:pStyle w:val="Heading2"/>
      </w:pPr>
      <w:r>
        <w:t>A blazing day, but spirits stayed cool</w:t>
      </w:r>
      <w:r/>
    </w:p>
    <w:p>
      <w:r/>
      <w:r>
        <w:t>Omaha’s Pride felt hot in the literal sense , temperatures pushed people early onto the route , yet the mood was cool and determined. Parade-goers wore bright colours and waved flags under a sun that could have kept anyone home, but it mostly made the rainbow banners pop that much more. Organisers and volunteers hustled to keep everyone hydrated and moving, which helped the day stay celebratory rather than stressful.</w:t>
      </w:r>
      <w:r/>
    </w:p>
    <w:p>
      <w:pPr>
        <w:pStyle w:val="Heading2"/>
      </w:pPr>
      <w:r>
        <w:t>Why “Pride in Protest” , a local answer to national noise</w:t>
      </w:r>
      <w:r/>
    </w:p>
    <w:p>
      <w:r/>
      <w:r>
        <w:t>The parade’s theme, Pride in Protest, wasn’t chosen for drama alone. Organisers said it responds to growing national conversations and policies targeting LGBTQ+ people. As Amy Ferris, the event chair, put it, the aim was to push back against fearmongering and show that ordinary people just want to live their lives. That mix of celebration and civic statement is part of a wider trend where Pride events also function as community advocacy.</w:t>
      </w:r>
      <w:r/>
    </w:p>
    <w:p>
      <w:pPr>
        <w:pStyle w:val="Heading2"/>
      </w:pPr>
      <w:r>
        <w:t>Streetcar works forced a rethink , and organisers delivered</w:t>
      </w:r>
      <w:r/>
    </w:p>
    <w:p>
      <w:r/>
      <w:r>
        <w:t>Like lots of downtown events this year, construction interfered with the usual parade path. The detours meant last-minute logistics: new staging spots, altered spectator areas and extra marshals. But the team adapted, and attendees didn’t seem to mind. If anything, the workaround underscored how local groups and city services can cooperate when plans change , a reminder that a parade’s atmosphere is shaped more by people than by precise routes.</w:t>
      </w:r>
      <w:r/>
    </w:p>
    <w:p>
      <w:pPr>
        <w:pStyle w:val="Heading2"/>
      </w:pPr>
      <w:r>
        <w:t>Practical planning: how organisers handled the heat</w:t>
      </w:r>
      <w:r/>
    </w:p>
    <w:p>
      <w:r/>
      <w:r>
        <w:t>Organisers moved the start time earlier in the day, positioned bottled water on nearly every corner and even secured a utility water truck to top up stations. Those small, practical moves made a big difference for families, seniors and anyone in costume. If you’re heading to summer outdoor events, a hat, suncream and a refillable bottle are sensible basics, but the parade showed that good planning on the organiser’s side makes participation accessible for more people.</w:t>
      </w:r>
      <w:r/>
    </w:p>
    <w:p>
      <w:pPr>
        <w:pStyle w:val="Heading2"/>
      </w:pPr>
      <w:r>
        <w:t>Why people showed up , simple, human answers</w:t>
      </w:r>
      <w:r/>
    </w:p>
    <w:p>
      <w:r/>
      <w:r>
        <w:t>Many attendees gave plain answers: to be seen, to feel comforted and to celebrate identity with others. That personal, emotional pull drove turnout more than any slogan. For people who feel marginalised, a parade like this is a public place to belong; for allies it’s an opportunity to demonstrate support. The result was a civic show of solidarity that felt both joyful and necessary.</w:t>
      </w:r>
      <w:r/>
    </w:p>
    <w:p>
      <w:r/>
      <w:r>
        <w:t>It's a small change , an earlier start, a few extra water stations , that can help make Pride both safer and more inclusive, and it’s clear Omaha’s community will keep showing up.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https://www.ketv.com/article/omaha-community-celebrates-heartland-pride-parade/73176456</w:t>
        </w:r>
      </w:hyperlink>
      <w:r>
        <w:t xml:space="preserve"> - Please view link - unable to able to access data</w:t>
      </w:r>
      <w:r/>
    </w:p>
    <w:p>
      <w:pPr>
        <w:pStyle w:val="ListNumber"/>
        <w:spacing w:line="240" w:lineRule="auto"/>
        <w:ind w:left="720"/>
      </w:pPr>
      <w:r/>
      <w:hyperlink r:id="rId10">
        <w:r>
          <w:rPr>
            <w:color w:val="0000EE"/>
            <w:u w:val="single"/>
          </w:rPr>
          <w:t>https://heartlandpride.org/event/2023-heartland-pride-parade/</w:t>
        </w:r>
      </w:hyperlink>
      <w:r>
        <w:t xml:space="preserve"> - The 2023 Heartland Pride Parade took place on July 15, 2023, in Omaha's Capitol District. Organised by Heartland Pride, the event featured lavish floats and showcased numerous LGBTQIA+-friendly organisations. The parade aimed to bring together thousands of attendees to celebrate Pride and Love Out Loud. The organisers anticipated a record-breaking number of entries, building upon the success of previous years. The parade route began at the corner of 16th and Capitol Avenue, proceeding east toward the CHI Health Center Arena. The event was part of the broader Heartland Pride Festival, which included vendors, food, drinks, and a full lineup of entertainment. The festival was held at the CHI Health Center Arena shortly after the parade, offering a vibrant atmosphere for attendees to continue the celebration. The organisers encouraged the community to stay updated through their social media channels for more details and future events. The Heartland Pride Parade and Festival aimed to foster inclusivity, support, and visibility for the LGBTQIA+ community in Omaha.</w:t>
      </w:r>
      <w:r/>
    </w:p>
    <w:p>
      <w:pPr>
        <w:pStyle w:val="ListNumber"/>
        <w:spacing w:line="240" w:lineRule="auto"/>
        <w:ind w:left="720"/>
      </w:pPr>
      <w:r/>
      <w:hyperlink r:id="rId11">
        <w:r>
          <w:rPr>
            <w:color w:val="0000EE"/>
            <w:u w:val="single"/>
          </w:rPr>
          <w:t>https://www.ketv.com/article/2023-heartland-pride-parade-takes-over-omahas-capitol-district/44550817</w:t>
        </w:r>
      </w:hyperlink>
      <w:r>
        <w:t xml:space="preserve"> - The 2023 Heartland Pride Parade, themed 'Love Out Loud,' took place on July 15, 2023, in Omaha's Capitol District. The parade began at the corner of 16th and Capitol Avenue, proceeding east toward the CHI Health Center Arena. Organised by Heartland Pride, the event featured a diverse range of organisations, including small companies, schools, and individuals. The parade broke the record for the number of entries, marking consecutive years of record-breaking participation. Leanne Ball, representing Carson Group, emphasised the importance of supporting all walks of life in Omaha and the surrounding area. Nikkie Trahan from Heartland Pride highlighted the deeper meaning of the parade, stating, 'It shows that we are human and that's all we're asking for, human rights.' The parade was part of the broader Heartland Pride Festival, which included vendors, food, drinks, and a full lineup of entertainment at the CHI Health Center Arena. The organisers encouraged the community to stay updated through their social media channels for more details and future events.</w:t>
      </w:r>
      <w:r/>
    </w:p>
    <w:p>
      <w:pPr>
        <w:pStyle w:val="ListNumber"/>
        <w:spacing w:line="240" w:lineRule="auto"/>
        <w:ind w:left="720"/>
      </w:pPr>
      <w:r/>
      <w:hyperlink r:id="rId12">
        <w:r>
          <w:rPr>
            <w:color w:val="0000EE"/>
            <w:u w:val="single"/>
          </w:rPr>
          <w:t>https://www.3newsnow.com/news/local-news/photos-2023-heartland-pride-parade</w:t>
        </w:r>
      </w:hyperlink>
      <w:r>
        <w:t xml:space="preserve"> - The 2023 Heartland Pride Parade, held on July 15, 2023, in downtown Omaha, featured 190 groups and companies participating in the event. The parade adopted a new route to accommodate safety and size, moving from the Old Market to the wider streets and open space of downtown. The event was marked by excitement, joy, and vibrant displays of rainbows, with scenes capturing the enthusiasm of parade-goers. The photos showcased the diverse participation and the festive atmosphere of the parade, highlighting the community's support and celebration of the LGBTQIA+ community. The event was sponsored by KMTV, reflecting the media's support for the Pride celebrations in Omaha. The organisers and participants expressed their commitment to inclusivity and support for the LGBTQIA+ community, making the parade a significant event in Omaha's cultural calendar.</w:t>
      </w:r>
      <w:r/>
    </w:p>
    <w:p>
      <w:pPr>
        <w:pStyle w:val="ListNumber"/>
        <w:spacing w:line="240" w:lineRule="auto"/>
        <w:ind w:left="720"/>
      </w:pPr>
      <w:r/>
      <w:hyperlink r:id="rId13">
        <w:r>
          <w:rPr>
            <w:color w:val="0000EE"/>
            <w:u w:val="single"/>
          </w:rPr>
          <w:t>https://www.omahacorgicrew.com/events/pride-2023</w:t>
        </w:r>
      </w:hyperlink>
      <w:r>
        <w:t xml:space="preserve"> - The Omaha Corgi Crew participated in the 2023 Heartland Pride Festival on July 15, 2023, at the CHI Health Center in Omaha. The event was scheduled from 12:30 PM to 5:00 PM, offering attendees the opportunity to enjoy corgi kisses and engage with fellow dog lovers. The Omaha Corgi Crew's participation added a unique and heartwarming element to the festival, contributing to the diverse range of activities and attractions available to festival-goers. The event aimed to foster community engagement and support for the LGBTQIA+ community, aligning with the inclusive and celebratory spirit of the Heartland Pride Festival.</w:t>
      </w:r>
      <w:r/>
    </w:p>
    <w:p>
      <w:pPr>
        <w:pStyle w:val="ListNumber"/>
        <w:spacing w:line="240" w:lineRule="auto"/>
        <w:ind w:left="720"/>
      </w:pPr>
      <w:r/>
      <w:hyperlink r:id="rId14">
        <w:r>
          <w:rPr>
            <w:color w:val="0000EE"/>
            <w:u w:val="single"/>
          </w:rPr>
          <w:t>https://www.jewishomaha.org/events/</w:t>
        </w:r>
      </w:hyperlink>
      <w:r>
        <w:t xml:space="preserve"> - The Jewish Federation of Omaha, in collaboration with the Jewish Community Relations Council, participated in the Heartland Pride Parade on July 18, 2026. The event was scheduled from 8:30 AM to 1:00 PM, with the theme 'ahava' (love). The participation reflected a deep, ongoing commitment to inclusion, allyship, and building bridges between the Jewish and LGBTQIA+ communities. The organisers aimed to continue the tradition of marching in solidarity, highlighting the importance of support and unity within diverse communities. The event underscored the Jewish community's dedication to fostering inclusivity and allyship in Omaha.</w:t>
      </w:r>
      <w:r/>
    </w:p>
    <w:p>
      <w:pPr>
        <w:pStyle w:val="ListNumber"/>
        <w:spacing w:line="240" w:lineRule="auto"/>
        <w:ind w:left="720"/>
      </w:pPr>
      <w:r/>
      <w:hyperlink r:id="rId15">
        <w:r>
          <w:rPr>
            <w:color w:val="0000EE"/>
            <w:u w:val="single"/>
          </w:rPr>
          <w:t>https://www.unionomaha.com/news/2023/06/01/pride-month-2023/</w:t>
        </w:r>
      </w:hyperlink>
      <w:r>
        <w:t xml:space="preserve"> - Union Omaha, a North American soccer club, demonstrated its commitment to inclusivity during Pride Month 2023. As one of eight clubs participating in the Common Goal Play Proud project, Union Omaha engaged in 100 hours of education and organisational improvement. The club also financed the completion of 100 additional learning hours by their supporters group representative, Hunter Fangmeyer. Union Omaha collaborated with Football for the World, a Play Proud-affiliated nonprofit and local partner, to feature in their team talks series. Joe Marinkovich, director of programming, shared his story as a member of the LGBTQIA+ community in Omaha and a Division I college soccer player. The club contributed team-signed merchandise to auctions benefiting the You Can Play project, continuing a multi-year partnership that included LGBTQIA+ education and training sessions for all members of the front office staff. The initiatives aimed to support the LGBTQIA+ community in meaningful ways, both during Pride Month and throughout the year.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etv.com/article/omaha-community-celebrates-heartland-pride-parade/73176456" TargetMode="External"/><Relationship Id="rId10" Type="http://schemas.openxmlformats.org/officeDocument/2006/relationships/hyperlink" Target="https://heartlandpride.org/event/2023-heartland-pride-parade/" TargetMode="External"/><Relationship Id="rId11" Type="http://schemas.openxmlformats.org/officeDocument/2006/relationships/hyperlink" Target="https://www.ketv.com/article/2023-heartland-pride-parade-takes-over-omahas-capitol-district/44550817" TargetMode="External"/><Relationship Id="rId12" Type="http://schemas.openxmlformats.org/officeDocument/2006/relationships/hyperlink" Target="https://www.3newsnow.com/news/local-news/photos-2023-heartland-pride-parade" TargetMode="External"/><Relationship Id="rId13" Type="http://schemas.openxmlformats.org/officeDocument/2006/relationships/hyperlink" Target="https://www.omahacorgicrew.com/events/pride-2023" TargetMode="External"/><Relationship Id="rId14" Type="http://schemas.openxmlformats.org/officeDocument/2006/relationships/hyperlink" Target="https://www.jewishomaha.org/events/" TargetMode="External"/><Relationship Id="rId15" Type="http://schemas.openxmlformats.org/officeDocument/2006/relationships/hyperlink" Target="https://www.unionomaha.com/news/2023/06/01/pride-month-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