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Events in Michigan This Summer: Where to Celebrate Community and Joy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Dive into summer with local Pride energy , from Detroit’s long-running Hotter Than July to Ann Arbor’s bustling street festival, gospel-meets-glam drag shows and a gala that pairs finery with fundraising. Here’s what to know, where to go, and how to make the most of each moment.</w:t>
      </w:r>
      <w:r/>
    </w:p>
    <w:p>
      <w:r/>
      <w:r>
        <w:t>Essential Takeaways</w:t>
      </w:r>
      <w:r/>
      <w:r/>
    </w:p>
    <w:p>
      <w:pPr>
        <w:pStyle w:val="ListBullet"/>
        <w:spacing w:line="240" w:lineRule="auto"/>
        <w:ind w:left="720"/>
      </w:pPr>
      <w:r/>
      <w:r>
        <w:rPr>
          <w:b/>
        </w:rPr>
        <w:t>Hotter Than July:</w:t>
      </w:r>
      <w:r>
        <w:t xml:space="preserve"> A week-long celebration in Detroit focused on Black LGBTQ+ visibility, with a candlelight vigil, forums, an art and film festival and the big Palmer Park Picnic , loud, proud and full of joy.</w:t>
      </w:r>
      <w:r/>
    </w:p>
    <w:p>
      <w:pPr>
        <w:pStyle w:val="ListBullet"/>
        <w:spacing w:line="240" w:lineRule="auto"/>
        <w:ind w:left="720"/>
      </w:pPr>
      <w:r/>
      <w:r>
        <w:rPr>
          <w:b/>
        </w:rPr>
        <w:t>Ann Arbor Pride:</w:t>
      </w:r>
      <w:r>
        <w:t xml:space="preserve"> Street festival with three stages, 200+ vendors, a Kids Zone and headline drag acts; draws crowds around 20,000 while keeping a hometown vibe.</w:t>
      </w:r>
      <w:r/>
    </w:p>
    <w:p>
      <w:pPr>
        <w:pStyle w:val="ListBullet"/>
        <w:spacing w:line="240" w:lineRule="auto"/>
        <w:ind w:left="720"/>
      </w:pPr>
      <w:r/>
      <w:r>
        <w:rPr>
          <w:b/>
        </w:rPr>
        <w:t>Flamy Grant tour:</w:t>
      </w:r>
      <w:r>
        <w:t xml:space="preserve"> Drag artist blending gospel, folk and country for healing, joyful performances across multiple Michigan towns.</w:t>
      </w:r>
      <w:r/>
    </w:p>
    <w:p>
      <w:pPr>
        <w:pStyle w:val="ListBullet"/>
        <w:spacing w:line="240" w:lineRule="auto"/>
        <w:ind w:left="720"/>
      </w:pPr>
      <w:r/>
      <w:r>
        <w:rPr>
          <w:b/>
        </w:rPr>
        <w:t>Wear Your Truth gala:</w:t>
      </w:r>
      <w:r>
        <w:t xml:space="preserve"> Equality Michigan’s dress-up fundraiser mixes dancing, DJs and cocktails with advocacy support , perfect for that saved-for-a-special-night outfit.</w:t>
      </w:r>
      <w:r/>
    </w:p>
    <w:p>
      <w:pPr>
        <w:pStyle w:val="ListBullet"/>
        <w:spacing w:line="240" w:lineRule="auto"/>
        <w:ind w:left="720"/>
      </w:pPr>
      <w:r/>
      <w:r>
        <w:rPr>
          <w:b/>
        </w:rPr>
        <w:t>Be welcoming:</w:t>
      </w:r>
      <w:r>
        <w:t xml:space="preserve"> One simple hello at an event can change someone’s whole experience , and help grow community.</w:t>
      </w:r>
      <w:r/>
      <w:r/>
    </w:p>
    <w:p>
      <w:pPr>
        <w:pStyle w:val="Heading2"/>
      </w:pPr>
      <w:r>
        <w:t>Hotter Than July: Detroit’s celebration that’s both historic and heartwarming</w:t>
      </w:r>
      <w:r/>
    </w:p>
    <w:p>
      <w:r/>
      <w:r>
        <w:t>Start here if you want something that feels like a landmark festival with an intimate pulse. Hotter Than July marks decades of Black LGBTQ+ pride in Detroit, and the Palmer Park Picnic is the kind of afternoon that smells like summer , grills, sunscreen and a soundtrack of community playlists. According to LGBT Detroit, the week includes a candlelight vigil, candidate forum, Avenue of Fashion bar crawl, an art and film festival and the big picnic that draws thousands. Expect resource tables, family-friendly activities and moments that feel both political and joyful. If you’re planning to go, pack a picnic blanket, sun hat and an open schedule , events run over several days so you can pick the parts that matter most. It’s the kind of reunion where old friends bump into each other and new friendships spark, and organisers emphasise visibility and safe spaces for Black queer people.</w:t>
      </w:r>
      <w:r/>
    </w:p>
    <w:p>
      <w:pPr>
        <w:pStyle w:val="Heading2"/>
      </w:pPr>
      <w:r>
        <w:t>Ann Arbor Pride: Big crowds, small-town friendliness</w:t>
      </w:r>
      <w:r/>
    </w:p>
    <w:p>
      <w:r/>
      <w:r>
        <w:t>Ann Arbor’s Pride somehow manages to be both large and familiar, a rare trick that makes it great for first-timers and veterans alike. The festival spans Liberty and Main Streets, with three stages of entertainment curated by a long-time director, a Kids Zone, food trucks and more than 200 vendors, says Ann Arbor Pride’s FAQ. Drag headliners have included national names, and the atmosphere is festival-bright: colourful, noisy and full of options. Practical tip , arrive early if you want a front-row spot for a stage performer, and wear comfortable shoes; the event covers a lot of pavement. For families or anyone easing into Pride, the mix of performance, community booths and food makes it easy to tailor your day.</w:t>
      </w:r>
      <w:r/>
    </w:p>
    <w:p>
      <w:pPr>
        <w:pStyle w:val="Heading2"/>
      </w:pPr>
      <w:r>
        <w:t>Flamy Grant: When gospel gets sequins and real talk</w:t>
      </w:r>
      <w:r/>
    </w:p>
    <w:p>
      <w:r/>
      <w:r>
        <w:t>If you’ve ever wanted a church service with better eyeliner, Flamy Grant’s shows might be your cup of tea. The drag artist blends gospel, folk and country into concerts that feel like revival plus cabaret, and the Michigan run hits multiple towns. Visit flamygrant.com for dates and venues. Fans note the shows are uplifting and tender, a space where queer identity and faith can coexist without compromise. For those navigating complicated relationships with religion, the concerts offer both catharsis and a good night out. Book ahead , these performances can sell out in smaller venues , and arrive ready for a mix of heartfelt lyrics and playful theatricality.</w:t>
      </w:r>
      <w:r/>
    </w:p>
    <w:p>
      <w:pPr>
        <w:pStyle w:val="Heading2"/>
      </w:pPr>
      <w:r>
        <w:t>Wear Your Truth gala: Dress up, dance, do good</w:t>
      </w:r>
      <w:r/>
    </w:p>
    <w:p>
      <w:r/>
      <w:r>
        <w:t>Want an excuse to finally wear that outfit you’ve been saving? Equality Michigan’s Wear Your Truth gala is the event: formal-ish, music-forward and purpose-driven. The organisation frames the evening as celebration plus fundraising , tickets support state-wide advocacy work protecting LGBTQ+ Michiganders. Expect DJs, signature cocktails and raffle prizes, alongside speeches and community recognition. My tip: treat it like a night out with intent , mix glamour with comfort (heels optional) and come ready to chat; galas are often where funders and activists meet in the same room. Buying a ticket is a way to look and feel fabulous while backing legal and policy work that matters.</w:t>
      </w:r>
      <w:r/>
    </w:p>
    <w:p>
      <w:pPr>
        <w:pStyle w:val="Heading2"/>
      </w:pPr>
      <w:r>
        <w:t>Be someone’s welcome: The small act that matters most</w:t>
      </w:r>
      <w:r/>
    </w:p>
    <w:p>
      <w:r/>
      <w:r>
        <w:t>All of these events are easier to enjoy when someone invites you in. Think back to your first Pride moment and how nervous or thrilled you felt , now imagine offering that simple hello to someone who’s standing alone. organisers and attendees across events say communities thrive when people actually meet one another, not just turn up. So if you’re at Palmer Park, the Ann Arbor street fair, a Flamy show or the gala, look for lone faces and introduce yourself. One short conversation can shift a weekend , and maybe a life.</w:t>
      </w:r>
      <w:r/>
    </w:p>
    <w:p>
      <w:r/>
      <w:r>
        <w:t>It’s a small change that can make every Pride event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[7]</w:t>
        </w:r>
      </w:hyperlink>
      <w:r>
        <w:t xml:space="preserve">- Paragraph 3: </w:t>
      </w:r>
      <w:hyperlink r:id="rId12">
        <w:r>
          <w:rPr>
            <w:color w:val="0000EE"/>
            <w:u w:val="single"/>
          </w:rPr>
          <w:t>[4]</w:t>
        </w:r>
      </w:hyperlink>
      <w:r>
        <w:t xml:space="preserve">- Paragraph 4: </w:t>
      </w:r>
      <w:hyperlink r:id="rId13">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https://pridesource.com/article/get-hotter-than-july-go-to-ann-arbor-pride-see-flamy-grant-reserve-equality-michigan-gala-tix-welcome-new-community-members</w:t>
        </w:r>
      </w:hyperlink>
      <w:r>
        <w:t xml:space="preserve"> - Please view link - unable to able to access data</w:t>
      </w:r>
      <w:r/>
    </w:p>
    <w:p>
      <w:pPr>
        <w:pStyle w:val="ListNumber"/>
        <w:spacing w:line="240" w:lineRule="auto"/>
        <w:ind w:left="720"/>
      </w:pPr>
      <w:r/>
      <w:hyperlink r:id="rId10">
        <w:r>
          <w:rPr>
            <w:color w:val="0000EE"/>
            <w:u w:val="single"/>
          </w:rPr>
          <w:t>https://www.lgbtdetroit.org/hotterthanjuly</w:t>
        </w:r>
      </w:hyperlink>
      <w:r>
        <w:t xml:space="preserve"> - LGBT Detroit's Hotter Than July is a week-long celebration marking the 31st anniversary of one of the country's longest-running Black LGBTQ+ Pride events. The event features a candlelight vigil, candidate forum, Avenue of Fashion bar crawl, art and film festival, and the Palmer Park Picnic, where thousands gather for food, music, community resources, family activities, and an afternoon of Black queer joy. The weekend also includes the Hot Like Fire 2 dance party, a brunch, and the annual worship service. The event is scheduled for July 23-26, with the Palmer Park Picnic on July 25 at noon in Palmer Park, Detroit. More details are available on the official website.</w:t>
      </w:r>
      <w:r/>
    </w:p>
    <w:p>
      <w:pPr>
        <w:pStyle w:val="ListNumber"/>
        <w:spacing w:line="240" w:lineRule="auto"/>
        <w:ind w:left="720"/>
      </w:pPr>
      <w:r/>
      <w:hyperlink r:id="rId11">
        <w:r>
          <w:rPr>
            <w:color w:val="0000EE"/>
            <w:u w:val="single"/>
          </w:rPr>
          <w:t>https://www.annarborpride.com/faq</w:t>
        </w:r>
      </w:hyperlink>
      <w:r>
        <w:t xml:space="preserve"> - Ann Arbor Pride is a family-friendly event that has grown significantly over the years. In 2025, it attracted over 20,000 attendees, featuring two stages of entertainment, more than 200 vendors, a Kids Zone, food trucks, and drag headliners Latrice Royale and Dominique Jackson. The event is scheduled for August 1, from noon to 9 p.m., in downtown Ann Arbor. The FAQ section provides information on expected attendance, family-friendly activities, safety measures, ticketing, and parking options.</w:t>
      </w:r>
      <w:r/>
    </w:p>
    <w:p>
      <w:pPr>
        <w:pStyle w:val="ListNumber"/>
        <w:spacing w:line="240" w:lineRule="auto"/>
        <w:ind w:left="720"/>
      </w:pPr>
      <w:r/>
      <w:hyperlink r:id="rId12">
        <w:r>
          <w:rPr>
            <w:color w:val="0000EE"/>
            <w:u w:val="single"/>
          </w:rPr>
          <w:t>https://www.flamygrant.com</w:t>
        </w:r>
      </w:hyperlink>
      <w:r>
        <w:t xml:space="preserve"> - Flamy Grant is a Billboard-charting drag artist known for blending gospel, folk, country, and roots music into performances that feel like a revival, healing circle, and a night out. With a joyful wink to Christian music superstar Amy Grant, Flamy creates spaces where authenticity is celebrated. Michigan is set to host a five-show run of Flamy Grant's 'Try Drag In A Small Town Tour' in Marquette, Traverse City, Sawyer, Kalamazoo, Ann Arbor, and Oakland Township, from August 4-9. More details are available on the official website.</w:t>
      </w:r>
      <w:r/>
    </w:p>
    <w:p>
      <w:pPr>
        <w:pStyle w:val="ListNumber"/>
        <w:spacing w:line="240" w:lineRule="auto"/>
        <w:ind w:left="720"/>
      </w:pPr>
      <w:r/>
      <w:hyperlink r:id="rId13">
        <w:r>
          <w:rPr>
            <w:color w:val="0000EE"/>
            <w:u w:val="single"/>
          </w:rPr>
          <w:t>https://equalitymi.org/events/wearyourtruth</w:t>
        </w:r>
      </w:hyperlink>
      <w:r>
        <w:t xml:space="preserve"> - Equality Michigan's Wear Your Truth gala is an event that combines dancing, DJs, signature cocktails and mocktails, raffle prizes, late-night snacks, and opportunities to celebrate and look amazing. Every ticket purchased helps fund Equality Michigan's advocacy work protecting LGBTQ+ individuals across the state. The gala is scheduled for September 12 at 8 p.m., at 215 West (215 W. Nine Mile Road, Ferndale). More information and ticket reservations are available on the official website.</w:t>
      </w:r>
      <w:r/>
    </w:p>
    <w:p>
      <w:pPr>
        <w:pStyle w:val="ListNumber"/>
        <w:spacing w:line="240" w:lineRule="auto"/>
        <w:ind w:left="720"/>
      </w:pPr>
      <w:r/>
      <w:hyperlink r:id="rId11">
        <w:r>
          <w:rPr>
            <w:color w:val="0000EE"/>
            <w:u w:val="single"/>
          </w:rPr>
          <w:t>https://www.annarborpride.com/faq</w:t>
        </w:r>
      </w:hyperlink>
      <w:r>
        <w:t xml:space="preserve"> - Ann Arbor Pride is a family-friendly event that has grown significantly over the years. In 2025, it attracted over 20,000 attendees, featuring two stages of entertainment, more than 200 vendors, a Kids Zone, food trucks, and drag headliners Latrice Royale and Dominique Jackson. The event is scheduled for August 1, from noon to 9 p.m., in downtown Ann Arbor. The FAQ section provides information on expected attendance, family-friendly activities, safety measures, ticketing, and parking options.</w:t>
      </w:r>
      <w:r/>
    </w:p>
    <w:p>
      <w:pPr>
        <w:pStyle w:val="ListNumber"/>
        <w:spacing w:line="240" w:lineRule="auto"/>
        <w:ind w:left="720"/>
      </w:pPr>
      <w:r/>
      <w:hyperlink r:id="rId10">
        <w:r>
          <w:rPr>
            <w:color w:val="0000EE"/>
            <w:u w:val="single"/>
          </w:rPr>
          <w:t>https://www.lgbtdetroit.org/hotterthanjuly</w:t>
        </w:r>
      </w:hyperlink>
      <w:r>
        <w:t xml:space="preserve"> - LGBT Detroit's Hotter Than July is a week-long celebration marking the 31st anniversary of one of the country's longest-running Black LGBTQ+ Pride events. The event features a candlelight vigil, candidate forum, Avenue of Fashion bar crawl, art and film festival, and the Palmer Park Picnic, where thousands gather for food, music, community resources, family activities, and an afternoon of Black queer joy. The weekend also includes the Hot Like Fire 2 dance party, a brunch, and the annual worship service. The event is scheduled for July 23-26, with the Palmer Park Picnic on July 25 at noon in Palmer Park, Detroit. More details are available on the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ridesource.com/article/get-hotter-than-july-go-to-ann-arbor-pride-see-flamy-grant-reserve-equality-michigan-gala-tix-welcome-new-community-members" TargetMode="External"/><Relationship Id="rId10" Type="http://schemas.openxmlformats.org/officeDocument/2006/relationships/hyperlink" Target="https://www.lgbtdetroit.org/hotterthanjuly" TargetMode="External"/><Relationship Id="rId11" Type="http://schemas.openxmlformats.org/officeDocument/2006/relationships/hyperlink" Target="https://www.annarborpride.com/faq" TargetMode="External"/><Relationship Id="rId12" Type="http://schemas.openxmlformats.org/officeDocument/2006/relationships/hyperlink" Target="https://www.flamygrant.com" TargetMode="External"/><Relationship Id="rId13" Type="http://schemas.openxmlformats.org/officeDocument/2006/relationships/hyperlink" Target="https://equalitymi.org/events/wearyourtru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