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Festival Guide 2026: What to Expect from "Times Are Changing"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are already planning for Prague Pride 2026 , a weeklong festival (3–9 August) that wants to show how queer people live and what they face, while inviting the whole city to join. Expect performances, education, public debate and plenty of colourful moments that matter beyond the parade.</w:t>
      </w:r>
      <w:r/>
    </w:p>
    <w:p>
      <w:r/>
      <w:r>
        <w:t>Essential Takeaways</w:t>
      </w:r>
      <w:r/>
      <w:r/>
    </w:p>
    <w:p>
      <w:pPr>
        <w:pStyle w:val="ListBullet"/>
        <w:spacing w:line="240" w:lineRule="auto"/>
        <w:ind w:left="720"/>
      </w:pPr>
      <w:r/>
      <w:r>
        <w:rPr>
          <w:b/>
        </w:rPr>
        <w:t>Dates and theme:</w:t>
      </w:r>
      <w:r>
        <w:t xml:space="preserve"> Prague Pride runs 3–9 August 2026, with the central theme "Times Are Changing."</w:t>
      </w:r>
      <w:r/>
    </w:p>
    <w:p>
      <w:pPr>
        <w:pStyle w:val="ListBullet"/>
        <w:spacing w:line="240" w:lineRule="auto"/>
        <w:ind w:left="720"/>
      </w:pPr>
      <w:r/>
      <w:r>
        <w:rPr>
          <w:b/>
        </w:rPr>
        <w:t>Big scale:</w:t>
      </w:r>
      <w:r>
        <w:t xml:space="preserve"> Around 150 events during the week, organised by a team of roughly 100 staff plus about 250 volunteers, mixing concerts, talks, workshops and parties.</w:t>
      </w:r>
      <w:r/>
    </w:p>
    <w:p>
      <w:pPr>
        <w:pStyle w:val="ListBullet"/>
        <w:spacing w:line="240" w:lineRule="auto"/>
        <w:ind w:left="720"/>
      </w:pPr>
      <w:r/>
      <w:r>
        <w:rPr>
          <w:b/>
        </w:rPr>
        <w:t>Public mission:</w:t>
      </w:r>
      <w:r>
        <w:t xml:space="preserve"> The festival emphasises human rights, inclusion and education , it’s more than a parade.</w:t>
      </w:r>
      <w:r/>
    </w:p>
    <w:p>
      <w:pPr>
        <w:pStyle w:val="ListBullet"/>
        <w:spacing w:line="240" w:lineRule="auto"/>
        <w:ind w:left="720"/>
      </w:pPr>
      <w:r/>
      <w:r>
        <w:rPr>
          <w:b/>
        </w:rPr>
        <w:t>Accessible highlights:</w:t>
      </w:r>
      <w:r>
        <w:t xml:space="preserve"> Programming aims to attract both queer audiences and wider public, including well-known performers and drag acts.</w:t>
      </w:r>
      <w:r/>
    </w:p>
    <w:p>
      <w:pPr>
        <w:pStyle w:val="ListBullet"/>
        <w:spacing w:line="240" w:lineRule="auto"/>
        <w:ind w:left="720"/>
      </w:pPr>
      <w:r/>
      <w:r>
        <w:rPr>
          <w:b/>
        </w:rPr>
        <w:t>Practical note:</w:t>
      </w:r>
      <w:r>
        <w:t xml:space="preserve"> The festival is held in August for better weather and holiday timing, not because Pride is only a June affair.</w:t>
      </w:r>
      <w:r/>
      <w:r/>
    </w:p>
    <w:p>
      <w:pPr>
        <w:pStyle w:val="Heading2"/>
      </w:pPr>
      <w:r>
        <w:t>Why the theme "Times Are Changing" matters</w:t>
      </w:r>
      <w:r/>
    </w:p>
    <w:p>
      <w:r/>
      <w:r>
        <w:t>Prague Pride’s 2026 theme signals both progress and caution, and it carries a quiet urgency you can feel in the programme descriptions. The festival is framing change as social, political and cultural , a reminder that gains can be fragile.</w:t>
      </w:r>
      <w:r/>
    </w:p>
    <w:p>
      <w:r/>
      <w:r>
        <w:t>The organisers want the week to be more than celebration; they want conversations. According to festival materials, panels and debates will sit alongside parties, so you’ll hear policymakers and activists as well as DJs. That balance is useful if you’re wondering whether Pride in Europe still needs to be loudly political: here it is, and it’s thoughtful.</w:t>
      </w:r>
      <w:r/>
    </w:p>
    <w:p>
      <w:r/>
      <w:r>
        <w:t>If you’re deciding which events to attend, pick a mix: an evening concert to feel the buzz, and a morning workshop to hear lived experience. It’ll make the theme land.</w:t>
      </w:r>
      <w:r/>
    </w:p>
    <w:p>
      <w:pPr>
        <w:pStyle w:val="Heading2"/>
      </w:pPr>
      <w:r>
        <w:t>How the festival works behind the scenes</w:t>
      </w:r>
      <w:r/>
    </w:p>
    <w:p>
      <w:r/>
      <w:r>
        <w:t>Prague Pride is not a pop-up. The team plans for about 18 months, juggling fundraising, venue bookings and outreach, and they rely on a small paid staff plus hundreds of volunteers. That effort shows in the breadth of the programme.</w:t>
      </w:r>
      <w:r/>
    </w:p>
    <w:p>
      <w:r/>
      <w:r>
        <w:t>Organisers say staging it in August helps with attendance and weather , a nod to local rhythms rather than slavish adherence to the June Pride month rooted in Stonewall history. So if you’ve visited other European Prides in June, expect Prague’s summer tempo to feel a little different: warmer days, longer evenings, and a festival spread across parks, theatres and clubs.</w:t>
      </w:r>
      <w:r/>
    </w:p>
    <w:p>
      <w:r/>
      <w:r>
        <w:t>For first-time visitors, look for the official festival map and volunteer hubs , they’re the best starting points for a sensible, fun week.</w:t>
      </w:r>
      <w:r/>
    </w:p>
    <w:p>
      <w:pPr>
        <w:pStyle w:val="Heading2"/>
      </w:pPr>
      <w:r>
        <w:t>What the programme looks like: not just a parade</w:t>
      </w:r>
      <w:r/>
    </w:p>
    <w:p>
      <w:r/>
      <w:r>
        <w:t>The parade is the visible headline, but Prague Pride runs roughly 150 distinct events across the week, including educational sessions, film screenings, community meet-ups and headline performances. That diversity is intentional: organisers want non-queer visitors to learn, and queer people , especially those who feel isolated , to find belonging.</w:t>
      </w:r>
      <w:r/>
    </w:p>
    <w:p>
      <w:r/>
      <w:r>
        <w:t>Expect mainstream names and drag performances on opening nights to draw crowds, while quieter daytime events will address legal rights, mental health and community support. If you find tabloid coverage fixating on latex and spectacle, remember the fuller picture: the festival works as both celebration and social infrastructure.</w:t>
      </w:r>
      <w:r/>
    </w:p>
    <w:p>
      <w:r/>
      <w:r>
        <w:t>Tip: book any ticketed talks early and turn up for free daytime workshops, which are often the most revealing.</w:t>
      </w:r>
      <w:r/>
    </w:p>
    <w:p>
      <w:pPr>
        <w:pStyle w:val="Heading2"/>
      </w:pPr>
      <w:r>
        <w:t>Prague as "East meets West": why location shapes Pride</w:t>
      </w:r>
      <w:r/>
    </w:p>
    <w:p>
      <w:r/>
      <w:r>
        <w:t>Prague describes itself as geographically and culturally between east and west, and that positioning shapes how the city approaches LGBTQ+ rights. The festival leans into this hybrid identity, celebrating advances while reminding attendees that rights aren't guaranteed.</w:t>
      </w:r>
      <w:r/>
    </w:p>
    <w:p>
      <w:r/>
      <w:r>
        <w:t>That duality makes Prague Pride interesting: it can be progressive in its urban core while still facing regional challenges in surrounding areas. The festival becomes both a showcase of what’s possible and a rallying point to keep pressing for equal rights, including debates around topics like marriage equality.</w:t>
      </w:r>
      <w:r/>
    </w:p>
    <w:p>
      <w:r/>
      <w:r>
        <w:t>If you’re visiting from abroad, you’ll notice a confident cultural scene and an earnest civic conversation at the same time , a helpful perspective for anyone interested in European queer politics.</w:t>
      </w:r>
      <w:r/>
    </w:p>
    <w:p>
      <w:pPr>
        <w:pStyle w:val="Heading2"/>
      </w:pPr>
      <w:r>
        <w:t>How to make the most of your Prague Pride week</w:t>
      </w:r>
      <w:r/>
    </w:p>
    <w:p>
      <w:r/>
      <w:r>
        <w:t>Plan deliberately. Check the official festival site for schedules and book in advance for headline shows, but leave space for spontaneous street performances and community booths. Wear comfortable shoes , Prague’s cobbles and late summer heat make for long, enjoyable days.</w:t>
      </w:r>
      <w:r/>
    </w:p>
    <w:p>
      <w:r/>
      <w:r>
        <w:t>Remember that much of the festival is educational: arrive curious and open to conversation. If you’re coming as an ally, use daytime panels to hear from activists; if you’re queer and new to Prague, look for safe-space meet-ups and volunteer-driven support points.</w:t>
      </w:r>
      <w:r/>
    </w:p>
    <w:p>
      <w:r/>
      <w:r>
        <w:t>Above all, let the week be both joyful and reflective , a chance to celebrate progress and recommit to the work still to do.</w:t>
      </w:r>
      <w:r/>
    </w:p>
    <w:p>
      <w:r/>
      <w:r>
        <w:t>It's a small change that can make every celebration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https://www.idnes.cz/onadnes/moda/prague-pride-festival-kamila-frohlichova-queer-lgbt.A260715_160327_modni-trendy_job#utm_source=rss&amp;utm_medium=feed&amp;utm_campaign=idnes&amp;utm_content=main</w:t>
        </w:r>
      </w:hyperlink>
      <w:r>
        <w:t xml:space="preserve"> - Please view link - unable to able to access data</w:t>
      </w:r>
      <w:r/>
    </w:p>
    <w:p>
      <w:pPr>
        <w:pStyle w:val="ListNumber"/>
        <w:spacing w:line="240" w:lineRule="auto"/>
        <w:ind w:left="720"/>
      </w:pPr>
      <w:r/>
      <w:hyperlink r:id="rId10">
        <w:r>
          <w:rPr>
            <w:color w:val="0000EE"/>
            <w:u w:val="single"/>
          </w:rPr>
          <w:t>https://www.praguepride.com/en/about-prague-pride/</w:t>
        </w:r>
      </w:hyperlink>
      <w:r>
        <w:t xml:space="preserve"> - Prague Pride began as a festival and has grown into the largest LGBTQ+ organisation in the Czech Republic. Its mission is to create a respectful and safe environment where LGBTQ+ individuals can be themselves. The organisation hosts the Prague Pride Festival, offers online counselling services, supports LGBTQ+ diversity in the workplace, and advocates for equal rights through initiatives like 'Jsme fér' (We Are Fair). Additionally, they provide resources for educators to teach about diversity and LGBTQ+ topics.</w:t>
      </w:r>
      <w:r/>
    </w:p>
    <w:p>
      <w:pPr>
        <w:pStyle w:val="ListNumber"/>
        <w:spacing w:line="240" w:lineRule="auto"/>
        <w:ind w:left="720"/>
      </w:pPr>
      <w:r/>
      <w:hyperlink r:id="rId11">
        <w:r>
          <w:rPr>
            <w:color w:val="0000EE"/>
            <w:u w:val="single"/>
          </w:rPr>
          <w:t>https://festival.praguepride.com/en/prague-pride-festival-2026-thematic-concept/</w:t>
        </w:r>
      </w:hyperlink>
      <w:r>
        <w:t xml:space="preserve"> - The 2026 Prague Pride Festival, themed 'Times Are Changing,' aims to explore societal transformations and their impact on queer communities. The festival will address topics such as political shifts, evolving language, and changing community structures. Organisers seek to engage attendees in discussions about the nature of change, its benefits and challenges, and how to support one another during these times. The programme will delve into the evolving definitions of queerness, societal changes, and the role of pride in a transforming world.</w:t>
      </w:r>
      <w:r/>
    </w:p>
    <w:p>
      <w:pPr>
        <w:pStyle w:val="ListNumber"/>
        <w:spacing w:line="240" w:lineRule="auto"/>
        <w:ind w:left="720"/>
      </w:pPr>
      <w:r/>
      <w:hyperlink r:id="rId14">
        <w:r>
          <w:rPr>
            <w:color w:val="0000EE"/>
            <w:u w:val="single"/>
          </w:rPr>
          <w:t>https://www.praguepride.cz/filip20/</w:t>
        </w:r>
      </w:hyperlink>
      <w:r>
        <w:t xml:space="preserve"> - Filip20 is a meeting for queer teens aged 13 to 21, providing a safe space where individuals can be themselves and connect with others. The event includes activities like speedfriending, creative workshops, and informal performances, fostering a sense of community and support among young LGBTQ+ individuals. It offers an opportunity for teens to find new queer friends and engage in discussions about their identities and experiences.</w:t>
      </w:r>
      <w:r/>
    </w:p>
    <w:p>
      <w:pPr>
        <w:pStyle w:val="ListNumber"/>
        <w:spacing w:line="240" w:lineRule="auto"/>
        <w:ind w:left="720"/>
      </w:pPr>
      <w:r/>
      <w:hyperlink r:id="rId13">
        <w:r>
          <w:rPr>
            <w:color w:val="0000EE"/>
            <w:u w:val="single"/>
          </w:rPr>
          <w:t>https://prague.eu/en/akce/prague-pride/</w:t>
        </w:r>
      </w:hyperlink>
      <w:r>
        <w:t xml:space="preserve"> - Prague Pride is a significant part of Prague's cultural summer, with its 16th edition scheduled from August 3 to 9, 2026. The festival, themed 'Times Are Changing,' reflects societal transformations and emphasises human rights and civic engagement. It offers a platform for people to gather regardless of sexual orientation or gender identity, addressing both current and previously taboo topics. The programme includes a wide range of cultural and social events, public discussions, sporting and spiritual gatherings, and international guests.</w:t>
      </w:r>
      <w:r/>
    </w:p>
    <w:p>
      <w:pPr>
        <w:pStyle w:val="ListNumber"/>
        <w:spacing w:line="240" w:lineRule="auto"/>
        <w:ind w:left="720"/>
      </w:pPr>
      <w:r/>
      <w:hyperlink r:id="rId12">
        <w:r>
          <w:rPr>
            <w:color w:val="0000EE"/>
            <w:u w:val="single"/>
          </w:rPr>
          <w:t>https://praguemorning.cz/prague-pride-2026/</w:t>
        </w:r>
      </w:hyperlink>
      <w:r>
        <w:t xml:space="preserve"> - Prague Pride 2026 will be held on Štvanice Island, providing a safe space for queer participants and their allies. Festival director Kamila Fröhlichová stated that the decision reflects shifts in public debate and social attitudes over the past year. The Saturday parade will follow a redesigned route through the city, starting at the lower end of Wenceslas Square and ending on Štvanice Island. This change marks a shift from the previous finish on Letná Hill to a location surrounded by water and parkland.</w:t>
      </w:r>
      <w:r/>
    </w:p>
    <w:p>
      <w:pPr>
        <w:pStyle w:val="ListNumber"/>
        <w:spacing w:line="240" w:lineRule="auto"/>
        <w:ind w:left="720"/>
      </w:pPr>
      <w:r/>
      <w:hyperlink r:id="rId15">
        <w:r>
          <w:rPr>
            <w:color w:val="0000EE"/>
            <w:u w:val="single"/>
          </w:rPr>
          <w:t>https://festival.praguepride.com/</w:t>
        </w:r>
      </w:hyperlink>
      <w:r>
        <w:t xml:space="preserve"> - The Prague Pride Festival is scheduled from August 3 to 9, 2026, with the Pride Parade on August 8, 2026. The festival aims to create a respectful and safe environment where LGBTQ+ individuals can be themselves. It includes a wide range of cultural and social events, public discussions, sporting and spiritual gatherings, and welcomes international guests. The highlight of the week is the Rainbow Parade through Prague, which will follow a modified route through the historic centre and end on Štvanice Island, where Pride Park will take place.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onadnes/moda/prague-pride-festival-kamila-frohlichova-queer-lgbt.A260715_160327_modni-trendy_job#utm_source=rss&amp;utm_medium=feed&amp;utm_campaign=idnes&amp;utm_content=main" TargetMode="External"/><Relationship Id="rId10" Type="http://schemas.openxmlformats.org/officeDocument/2006/relationships/hyperlink" Target="https://www.praguepride.com/en/about-prague-pride/" TargetMode="External"/><Relationship Id="rId11" Type="http://schemas.openxmlformats.org/officeDocument/2006/relationships/hyperlink" Target="https://festival.praguepride.com/en/prague-pride-festival-2026-thematic-concept/" TargetMode="External"/><Relationship Id="rId12" Type="http://schemas.openxmlformats.org/officeDocument/2006/relationships/hyperlink" Target="https://praguemorning.cz/prague-pride-2026/" TargetMode="External"/><Relationship Id="rId13" Type="http://schemas.openxmlformats.org/officeDocument/2006/relationships/hyperlink" Target="https://prague.eu/en/akce/prague-pride/" TargetMode="External"/><Relationship Id="rId14" Type="http://schemas.openxmlformats.org/officeDocument/2006/relationships/hyperlink" Target="https://www.praguepride.cz/filip20/" TargetMode="External"/><Relationship Id="rId15" Type="http://schemas.openxmlformats.org/officeDocument/2006/relationships/hyperlink" Target="https://festival.prague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