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Portland Pride Waterfront Festival Moments and Practical Tips for Visitors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revelers flocked to Tom McCall Waterfront Park as Portland Pride’s Waterfront Festival opened, with rainbow flags, music and more than 200 booths creating a vivid, celebratory atmosphere that matters to families, queer couples and local vendors alike. Here’s what to know, see and bring to make the most of the festival weekend.</w:t>
      </w:r>
      <w:r/>
    </w:p>
    <w:p>
      <w:r/>
      <w:r>
        <w:t>Essential Takeaways</w:t>
      </w:r>
      <w:r/>
      <w:r/>
    </w:p>
    <w:p>
      <w:pPr>
        <w:pStyle w:val="ListBullet"/>
        <w:spacing w:line="240" w:lineRule="auto"/>
        <w:ind w:left="720"/>
      </w:pPr>
      <w:r/>
      <w:r>
        <w:rPr>
          <w:b/>
        </w:rPr>
        <w:t>Huge turnout:</w:t>
      </w:r>
      <w:r>
        <w:t xml:space="preserve"> Hundreds gathered at Tom McCall Waterfront Park for the festival opening, creating a lively, communal energy.</w:t>
      </w:r>
      <w:r/>
    </w:p>
    <w:p>
      <w:pPr>
        <w:pStyle w:val="ListBullet"/>
        <w:spacing w:line="240" w:lineRule="auto"/>
        <w:ind w:left="720"/>
      </w:pPr>
      <w:r/>
      <w:r>
        <w:rPr>
          <w:b/>
        </w:rPr>
        <w:t>Wide offerings:</w:t>
      </w:r>
      <w:r>
        <w:t xml:space="preserve"> More than 200 resource booths and vendors offered art, merch, food and community services , plenty to browse and take home.</w:t>
      </w:r>
      <w:r/>
    </w:p>
    <w:p>
      <w:pPr>
        <w:pStyle w:val="ListBullet"/>
        <w:spacing w:line="240" w:lineRule="auto"/>
        <w:ind w:left="720"/>
      </w:pPr>
      <w:r/>
      <w:r>
        <w:rPr>
          <w:b/>
        </w:rPr>
        <w:t>Accessible schedule:</w:t>
      </w:r>
      <w:r>
        <w:t xml:space="preserve"> Waterfront festival hours run Saturday until 8pm and Sunday 11:30am–6pm, with a downtown parade starting at 11am on Sunday.</w:t>
      </w:r>
      <w:r/>
    </w:p>
    <w:p>
      <w:pPr>
        <w:pStyle w:val="ListBullet"/>
        <w:spacing w:line="240" w:lineRule="auto"/>
        <w:ind w:left="720"/>
      </w:pPr>
      <w:r/>
      <w:r>
        <w:rPr>
          <w:b/>
        </w:rPr>
        <w:t>Community roots:</w:t>
      </w:r>
      <w:r>
        <w:t xml:space="preserve"> Longstanding local businesses attend regularly, including Hip Chicks Do Wine, which has been part of Pride for over two decades.</w:t>
      </w:r>
      <w:r/>
    </w:p>
    <w:p>
      <w:pPr>
        <w:pStyle w:val="ListBullet"/>
        <w:spacing w:line="240" w:lineRule="auto"/>
        <w:ind w:left="720"/>
      </w:pPr>
      <w:r/>
      <w:r>
        <w:rPr>
          <w:b/>
        </w:rPr>
        <w:t>Feel-good vibe:</w:t>
      </w:r>
      <w:r>
        <w:t xml:space="preserve"> Attendees said Pride provides visibility and belonging, especially for people who experience erasure or isolation.</w:t>
      </w:r>
      <w:r/>
      <w:r/>
    </w:p>
    <w:p>
      <w:pPr>
        <w:pStyle w:val="Heading2"/>
      </w:pPr>
      <w:r>
        <w:t>What the waterfront felt like , colour, music and connection</w:t>
      </w:r>
      <w:r/>
    </w:p>
    <w:p>
      <w:r/>
      <w:r>
        <w:t>The opening day at Tom McCall Waterfront Park felt bright and buoyant, with music drifting across the river and rainbow flags snapping in a warm breeze. Families, couples and friend groups wandered stalls, trying on shirts, inspecting handmade goods and stopping for food. Organisers positioned the festival as one of the weekend’s flagship events, a place where queer joy is made public and accessible. According to Portland Pride listings, the Waterfront Festival is an official part of the city’s Pride weekend, drawing local groups and national attendees alike. If you want to capture the energy, arrive early to avoid the busiest crowds and to hear more of the live sets. Bring a portable charger; you’ll be taking photos and scrolling maps more than you expect.</w:t>
      </w:r>
      <w:r/>
    </w:p>
    <w:p>
      <w:pPr>
        <w:pStyle w:val="Heading2"/>
      </w:pPr>
      <w:r>
        <w:t>Vendors and resources , more than merch</w:t>
      </w:r>
      <w:r/>
    </w:p>
    <w:p>
      <w:r/>
      <w:r>
        <w:t>The festival featured over 200 booths, from nonprofit resource tables offering information and services to makers selling pins, flags and handmade art. That mix makes the event part marketplace, part community fair. Sellers like Santos Merchandising travel long distances , the owner drove over five hours from Idaho , because the crowd is engaged and enthusiastic. Expect to see pride-themed clothing, butterfly wings, clack fans and small-run art. Budget a little extra cash if you want something unique; many vendors are small businesses and special pieces tend to sell out. If you’re after information rather than purchases, head to the nonprofit row mid-afternoon when volunteer staff are typically available to chat in depth.</w:t>
      </w:r>
      <w:r/>
    </w:p>
    <w:p>
      <w:pPr>
        <w:pStyle w:val="Heading2"/>
      </w:pPr>
      <w:r>
        <w:t>Longstanding local supporters , why it matters</w:t>
      </w:r>
      <w:r/>
    </w:p>
    <w:p>
      <w:r/>
      <w:r>
        <w:t>Local businesses have long ties to Portland Pride, which helps make the festival feel rooted rather than fleeting. Hip Chicks Do Wine, Portland’s oldest urban winery, has attended for more than 20 years and serves as a visible sponsor. That continuity matters: when neighbourhood names show up year after year they signal stability and create familiar faces for attendees. It also helps small companies build loyal customers who come back every Pride season. If you run a local business and want to join next year, check Portland Pride’s vendor and sponsorship pages early , spots fill fast and organisers post application details in advance.</w:t>
      </w:r>
      <w:r/>
    </w:p>
    <w:p>
      <w:pPr>
        <w:pStyle w:val="Heading2"/>
      </w:pPr>
      <w:r>
        <w:t>Who the festival is for , visibility, belonging and small acts of joy</w:t>
      </w:r>
      <w:r/>
    </w:p>
    <w:p>
      <w:r/>
      <w:r>
        <w:t>Many attendees described Pride as a place to be seen and to belong. Couples like Amelia and Jesse Strange said wearing bisexual colours helps them avoid erasure and feel connected to the queer community. Those human moments are the festival’s core. That sense of belonging matters now more than ever for people who face pushback or isolation. The parade and block parties that follow the waterfront event keep the momentum going all weekend. If you’re nervous about coming alone, consider joining a community group’s meet-up or volunteering at a booth , it’s an easy way to make a friend or two and to feel part of the crowd.</w:t>
      </w:r>
      <w:r/>
    </w:p>
    <w:p>
      <w:pPr>
        <w:pStyle w:val="Heading2"/>
      </w:pPr>
      <w:r>
        <w:t>Practical tips for a smoother weekend</w:t>
      </w:r>
      <w:r/>
    </w:p>
    <w:p>
      <w:r/>
      <w:r>
        <w:t>Plan around the schedule: the waterfront festival runs until 8pm on Saturday and 11:30am–6pm on Sunday, with the downtown parade starting at 11am on Sunday. Arriving early helps with parking and gives you first pick of vendor stalls. Dress for the weather and for standing , layers, comfy shoes and a compact sunhat will keep you comfortable. Bring water and snacks if you’re watching long performances; local food vendors are great but queues can form. Finally, be mindful and respectful: the festival is both a celebration and a space for resources and advocacy. Photograph with permission when people are wearing personal or political expressions.</w:t>
      </w:r>
      <w:r/>
    </w:p>
    <w:p>
      <w:r/>
      <w:r>
        <w:t>It’s a small change to your weekend that can make every Pride moment more joyful and welcoming.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1">
        <w:r>
          <w:rPr>
            <w:color w:val="0000EE"/>
            <w:u w:val="single"/>
          </w:rPr>
          <w:t>[3]</w:t>
        </w:r>
      </w:hyperlink>
      <w:r>
        <w:t xml:space="preserve">- Paragraph 3: </w:t>
      </w:r>
      <w:hyperlink r:id="rId10">
        <w:r>
          <w:rPr>
            <w:color w:val="0000EE"/>
            <w:u w:val="single"/>
          </w:rPr>
          <w:t>[2]</w:t>
        </w:r>
      </w:hyperlink>
      <w:r>
        <w:t xml:space="preserve">, </w:t>
      </w:r>
      <w:hyperlink r:id="rId11">
        <w:r>
          <w:rPr>
            <w:color w:val="0000EE"/>
            <w:u w:val="single"/>
          </w:rPr>
          <w:t>[3]</w:t>
        </w:r>
      </w:hyperlink>
      <w:r>
        <w:t xml:space="preserve">- Paragraph 4: </w:t>
      </w:r>
      <w:hyperlink r:id="rId10">
        <w:r>
          <w:rPr>
            <w:color w:val="0000EE"/>
            <w:u w:val="single"/>
          </w:rPr>
          <w:t>[2]</w:t>
        </w:r>
      </w:hyperlink>
      <w:r>
        <w:t xml:space="preserve">, </w:t>
      </w:r>
      <w:hyperlink r:id="rId11">
        <w:r>
          <w:rPr>
            <w:color w:val="0000EE"/>
            <w:u w:val="single"/>
          </w:rPr>
          <w:t>[3]</w:t>
        </w:r>
      </w:hyperlink>
      <w:r>
        <w:t xml:space="preserve">- Paragraph 5: </w:t>
      </w:r>
      <w:hyperlink r:id="rId10">
        <w:r>
          <w:rPr>
            <w:color w:val="0000EE"/>
            <w:u w:val="single"/>
          </w:rPr>
          <w:t>[2]</w:t>
        </w:r>
      </w:hyperlink>
      <w:r>
        <w:t xml:space="preserve">, </w:t>
      </w:r>
      <w:hyperlink r:id="rId12">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https://www.oregonlive.com/portland/2026/07/portland-pride-waterfront-festival-celebrates-lgbtq-community.html</w:t>
        </w:r>
      </w:hyperlink>
      <w:r>
        <w:t xml:space="preserve"> - Please view link - unable to able to access data</w:t>
      </w:r>
      <w:r/>
    </w:p>
    <w:p>
      <w:pPr>
        <w:pStyle w:val="ListNumber"/>
        <w:spacing w:line="240" w:lineRule="auto"/>
        <w:ind w:left="720"/>
      </w:pPr>
      <w:r/>
      <w:hyperlink r:id="rId10">
        <w:r>
          <w:rPr>
            <w:color w:val="0000EE"/>
            <w:u w:val="single"/>
          </w:rPr>
          <w:t>https://portlandpride.org/2026-portland-pride-official-events/portland-pride-waterfront-festival-1</w:t>
        </w:r>
      </w:hyperlink>
      <w:r>
        <w:t xml:space="preserve"> - The Portland Pride Waterfront Festival, scheduled for July 18–19, 2026, at Tom McCall Waterfront Park, is one of the largest donation-based LGBTQIA2S+ Pride events on the West Coast. The festival features over 200 resource booths and vendors selling art, clothing, and handmade goods, alongside nonprofit organizations offering resources and information. A $10 suggested donation supports Pride Northwest's year-round programming. The event is expected to attract tens of thousands of visitors from the Pacific Northwest and beyond, celebrating the community in a safe, open environment.</w:t>
      </w:r>
      <w:r/>
    </w:p>
    <w:p>
      <w:pPr>
        <w:pStyle w:val="ListNumber"/>
        <w:spacing w:line="240" w:lineRule="auto"/>
        <w:ind w:left="720"/>
      </w:pPr>
      <w:r/>
      <w:hyperlink r:id="rId11">
        <w:r>
          <w:rPr>
            <w:color w:val="0000EE"/>
            <w:u w:val="single"/>
          </w:rPr>
          <w:t>https://portlandpride.org/festival-1</w:t>
        </w:r>
      </w:hyperlink>
      <w:r>
        <w:t xml:space="preserve"> - The Portland Pride Waterfront Festival, taking place on July 18–19, 2026, at Tom McCall Waterfront Park, is one of the largest donation-based LGBTQIA2S+ Pride events on the West Coast. The festival features over 200 resource booths and vendors selling art, clothing, and handmade goods, alongside nonprofit organizations offering resources and information. A $10 suggested donation supports Pride Northwest's year-round programming. The event is expected to attract tens of thousands of visitors from the Pacific Northwest and beyond, celebrating the community in a safe, open environment.</w:t>
      </w:r>
      <w:r/>
    </w:p>
    <w:p>
      <w:pPr>
        <w:pStyle w:val="ListNumber"/>
        <w:spacing w:line="240" w:lineRule="auto"/>
        <w:ind w:left="720"/>
      </w:pPr>
      <w:r/>
      <w:hyperlink r:id="rId12">
        <w:r>
          <w:rPr>
            <w:color w:val="0000EE"/>
            <w:u w:val="single"/>
          </w:rPr>
          <w:t>https://portlandpride.org/2026-portland-pride-official-events/portland-pride-parade-1</w:t>
        </w:r>
      </w:hyperlink>
      <w:r>
        <w:t xml:space="preserve"> - The Portland Pride Parade, scheduled for Sunday, July 19, 2026, from 11:00 AM to 2:00 PM, is the largest parade in Oregon, bringing tens of thousands of people into downtown Portland. The parade begins at NW Broadway and NW Davis, marches east, and at Naito Parkway, it proceeds south to the Portland Pride Waterfront Festival. The parade ends at SW Harvey Milk St and Naito Parkway. The event is organized by Pride Northwest, a 501(c)3 nonprofit organization that produces the annual Portland Pride Waterfront Festival and Parade.</w:t>
      </w:r>
      <w:r/>
    </w:p>
    <w:p>
      <w:pPr>
        <w:pStyle w:val="ListNumber"/>
        <w:spacing w:line="240" w:lineRule="auto"/>
        <w:ind w:left="720"/>
      </w:pPr>
      <w:r/>
      <w:hyperlink r:id="rId12">
        <w:r>
          <w:rPr>
            <w:color w:val="0000EE"/>
            <w:u w:val="single"/>
          </w:rPr>
          <w:t>https://portlandpride.org/2026-portland-pride-official-events/portland-pride-parade-1</w:t>
        </w:r>
      </w:hyperlink>
      <w:r>
        <w:t xml:space="preserve"> - The Portland Pride Parade, scheduled for Sunday, July 19, 2026, from 11:00 AM to 2:00 PM, is the largest parade in Oregon, bringing tens of thousands of people into downtown Portland. The parade begins at NW Broadway and NW Davis, marches east, and at Naito Parkway, it proceeds south to the Portland Pride Waterfront Festival. The parade ends at SW Harvey Milk St and Naito Parkway. The event is organized by Pride Northwest, a 501(c)3 nonprofit organization that produces the annual Portland Pride Waterfront Festival and Parade.</w:t>
      </w:r>
      <w:r/>
    </w:p>
    <w:p>
      <w:pPr>
        <w:pStyle w:val="ListNumber"/>
        <w:spacing w:line="240" w:lineRule="auto"/>
        <w:ind w:left="720"/>
      </w:pPr>
      <w:r/>
      <w:hyperlink r:id="rId12">
        <w:r>
          <w:rPr>
            <w:color w:val="0000EE"/>
            <w:u w:val="single"/>
          </w:rPr>
          <w:t>https://portlandpride.org/2026-portland-pride-official-events/portland-pride-parade-1</w:t>
        </w:r>
      </w:hyperlink>
      <w:r>
        <w:t xml:space="preserve"> - The Portland Pride Parade, scheduled for Sunday, July 19, 2026, from 11:00 AM to 2:00 PM, is the largest parade in Oregon, bringing tens of thousands of people into downtown Portland. The parade begins at NW Broadway and NW Davis, marches east, and at Naito Parkway, it proceeds south to the Portland Pride Waterfront Festival. The parade ends at SW Harvey Milk St and Naito Parkway. The event is organized by Pride Northwest, a 501(c)3 nonprofit organization that produces the annual Portland Pride Waterfront Festival and Parade.</w:t>
      </w:r>
      <w:r/>
    </w:p>
    <w:p>
      <w:pPr>
        <w:pStyle w:val="ListNumber"/>
        <w:spacing w:line="240" w:lineRule="auto"/>
        <w:ind w:left="720"/>
      </w:pPr>
      <w:r/>
      <w:hyperlink r:id="rId12">
        <w:r>
          <w:rPr>
            <w:color w:val="0000EE"/>
            <w:u w:val="single"/>
          </w:rPr>
          <w:t>https://portlandpride.org/2026-portland-pride-official-events/portland-pride-parade-1</w:t>
        </w:r>
      </w:hyperlink>
      <w:r>
        <w:t xml:space="preserve"> - The Portland Pride Parade, scheduled for Sunday, July 19, 2026, from 11:00 AM to 2:00 PM, is the largest parade in Oregon, bringing tens of thousands of people into downtown Portland. The parade begins at NW Broadway and NW Davis, marches east, and at Naito Parkway, it proceeds south to the Portland Pride Waterfront Festival. The parade ends at SW Harvey Milk St and Naito Parkway. The event is organized by Pride Northwest, a 501(c)3 nonprofit organization that produces the annual Portland Pride Waterfront Festival and Parade.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oregonlive.com/portland/2026/07/portland-pride-waterfront-festival-celebrates-lgbtq-community.html" TargetMode="External"/><Relationship Id="rId10" Type="http://schemas.openxmlformats.org/officeDocument/2006/relationships/hyperlink" Target="https://portlandpride.org/2026-portland-pride-official-events/portland-pride-waterfront-festival-1" TargetMode="External"/><Relationship Id="rId11" Type="http://schemas.openxmlformats.org/officeDocument/2006/relationships/hyperlink" Target="https://portlandpride.org/festival-1" TargetMode="External"/><Relationship Id="rId12" Type="http://schemas.openxmlformats.org/officeDocument/2006/relationships/hyperlink" Target="https://portlandpride.org/2026-portland-pride-official-events/portland-pride-parade-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