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2026 Guide: What to Expect for Oakland Pride on August 16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summer momentum: Oakland Pride returns on Sunday, August 16, with parades, plaza dedications, family-friendly activities and community-focused events across Downtown Oakland, here’s what residents and visitors should know to plan a safe, fun, and welcoming day.</w:t>
      </w:r>
      <w:r/>
    </w:p>
    <w:p>
      <w:r/>
      <w:r>
        <w:t>Essential Takeaways</w:t>
      </w:r>
      <w:r/>
      <w:r/>
    </w:p>
    <w:p>
      <w:pPr>
        <w:pStyle w:val="ListBullet"/>
        <w:spacing w:line="240" w:lineRule="auto"/>
        <w:ind w:left="720"/>
      </w:pPr>
      <w:r/>
      <w:r>
        <w:rPr>
          <w:b/>
        </w:rPr>
        <w:t>Date and place:</w:t>
      </w:r>
      <w:r>
        <w:t xml:space="preserve"> Oakland Pride is on Sunday, August 16, centred in Downtown Oakland with events across the LGBTQ Cultural District. </w:t>
      </w:r>
      <w:r/>
    </w:p>
    <w:p>
      <w:pPr>
        <w:pStyle w:val="ListBullet"/>
        <w:spacing w:line="240" w:lineRule="auto"/>
        <w:ind w:left="720"/>
      </w:pPr>
      <w:r/>
      <w:r>
        <w:rPr>
          <w:b/>
        </w:rPr>
        <w:t>New dedication:</w:t>
      </w:r>
      <w:r>
        <w:t xml:space="preserve"> Moore Hope Plaza will be dedicated during Pride, honouring Peggy Moore and Hope Wood. </w:t>
      </w:r>
      <w:r/>
    </w:p>
    <w:p>
      <w:pPr>
        <w:pStyle w:val="ListBullet"/>
        <w:spacing w:line="240" w:lineRule="auto"/>
        <w:ind w:left="720"/>
      </w:pPr>
      <w:r/>
      <w:r>
        <w:rPr>
          <w:b/>
        </w:rPr>
        <w:t>Community focus:</w:t>
      </w:r>
      <w:r>
        <w:t xml:space="preserve"> Expect a mix of celebrations, resource booths, family activities and job- and wellness-focused offerings. </w:t>
      </w:r>
      <w:r/>
    </w:p>
    <w:p>
      <w:pPr>
        <w:pStyle w:val="ListBullet"/>
        <w:spacing w:line="240" w:lineRule="auto"/>
        <w:ind w:left="720"/>
      </w:pPr>
      <w:r/>
      <w:r>
        <w:rPr>
          <w:b/>
        </w:rPr>
        <w:t>Practical vibes:</w:t>
      </w:r>
      <w:r>
        <w:t xml:space="preserve"> Events include accessible programming, kid-friendly options and local vendor booths, bring comfortable shoes and a refillable bottle. </w:t>
      </w:r>
      <w:r/>
      <w:r/>
    </w:p>
    <w:p>
      <w:pPr>
        <w:pStyle w:val="Heading2"/>
      </w:pPr>
      <w:r>
        <w:t>What’s new this year , Moore Hope Plaza and a civic boost</w:t>
      </w:r>
      <w:r/>
    </w:p>
    <w:p>
      <w:r/>
      <w:r>
        <w:t>Oakland Pride 2026 feels different , quieter triumph, bigger purpose. The highlight is the dedication of Moore Hope Plaza in the city’s LGBTQ Cultural District, a public nod to activists Peggy Moore and Hope Wood that puts community history on the map. This civic moment follows a summer of measurable progress in Oakland, where city leaders are pointing to tangible wins like recent drops in homelessness and safer streets. That context makes Pride less about spectacle and more about celebration of resilience. Plan to arrive early if you want a good view of the dedication; plazas fill up fast.</w:t>
      </w:r>
      <w:r/>
    </w:p>
    <w:p>
      <w:pPr>
        <w:pStyle w:val="Heading2"/>
      </w:pPr>
      <w:r>
        <w:t>What to expect on the day , events, parade and family-friendly fun</w:t>
      </w:r>
      <w:r/>
    </w:p>
    <w:p>
      <w:r/>
      <w:r>
        <w:t>Organisers are programming everything from a main parade to smaller community activities and kid-focused zones, so it’s genuinely a Pride for all ages. Families can find crafts and entertainment while adults browse vendor rows and cultural performances. According to local festival listings, most activities centre on Downtown, making it easy to stroll between stages and booths. If you’re bringing little ones, check specific event pages for quieter hours or family-friendly areas.</w:t>
      </w:r>
      <w:r/>
    </w:p>
    <w:p>
      <w:pPr>
        <w:pStyle w:val="Heading2"/>
      </w:pPr>
      <w:r>
        <w:t>Community resources and practical supports , beyond celebration</w:t>
      </w:r>
      <w:r/>
    </w:p>
    <w:p>
      <w:r/>
      <w:r>
        <w:t>Oakland Pride has long been about more than music and floats; recent editions have included job fairs, health resources and financial-wellness programming. Expect information stalls from local nonprofits, health providers and city services, plus practical supports like water stations and accessible rest areas. If you or someone you’re with needs assistance, organisers usually post maps and help points online ahead of the event, bookmark the official Pride site before you go.</w:t>
      </w:r>
      <w:r/>
    </w:p>
    <w:p>
      <w:pPr>
        <w:pStyle w:val="Heading2"/>
      </w:pPr>
      <w:r>
        <w:t>How the city’s momentum shapes this Pride , safety and inclusivity</w:t>
      </w:r>
      <w:r/>
    </w:p>
    <w:p>
      <w:r/>
      <w:r>
        <w:t>This year’s Pride arrives amid a positive municipal narrative: budget wins, safer streets and a city hall increasingly engaged with LGBTQ issues. That translates into more visible city support for logistics, safety planning and public messaging, so events are likely to feel organised and welcoming. Still, peak times get crowded; follow posted routes, obey stewarding and use public transport where possible to avoid parking headaches.</w:t>
      </w:r>
      <w:r/>
    </w:p>
    <w:p>
      <w:pPr>
        <w:pStyle w:val="Heading2"/>
      </w:pPr>
      <w:r>
        <w:t>Tips for enjoying Pride like a local</w:t>
      </w:r>
      <w:r/>
    </w:p>
    <w:p>
      <w:r/>
      <w:r>
        <w:t>Wear comfortable shoes, layer up for coastal breezes and carry a reusable bottle, the site layout encourages walking between stages and plazas. If you want a quieter experience, look for scheduled meet-and-greets or community-centred workshops earlier in the day. For photos, the newly dedicated Moore Hope Plaza will be a memorable backdrop; arrive before the ceremony for the best light and the least queueing. And if you’re travelling from elsewhere in the Bay, check Oakland Pride’s official pages for updates on timings and any last-minute changes.</w:t>
      </w:r>
      <w:r/>
    </w:p>
    <w:p>
      <w:r/>
      <w:r>
        <w:t>It’s a small change that can make the day feel bigger: plan ahead and enjoy Pride with your neighbours.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https://sfbaytimes.com/positive-momentum-building-as-oakland-pride-on-august-16-nears/?utm_source=rss&amp;utm_medium=rss&amp;utm_campaign=positive-momentum-building-as-oakland-pride-on-august-16-nears</w:t>
        </w:r>
      </w:hyperlink>
      <w:r>
        <w:t xml:space="preserve"> - Please view link - unable to able to access data</w:t>
      </w:r>
      <w:r/>
    </w:p>
    <w:p>
      <w:pPr>
        <w:pStyle w:val="ListNumber"/>
        <w:spacing w:line="240" w:lineRule="auto"/>
        <w:ind w:left="720"/>
      </w:pPr>
      <w:r/>
      <w:hyperlink r:id="rId10">
        <w:r>
          <w:rPr>
            <w:color w:val="0000EE"/>
            <w:u w:val="single"/>
          </w:rPr>
          <w:t>https://www.oaklandprideofficial.org/</w:t>
        </w:r>
      </w:hyperlink>
      <w:r>
        <w:t xml:space="preserve"> - Oakland Pride is scheduled for Sunday, August 16, 2026, featuring a parade from 10:30 AM to 12 PM, followed by a festival from 12 PM to 6 PM at Frank H. Ogawa Plaza in Downtown Oakland. The event is organised by the Oakland LGBTQ Community Center, marking a new chapter for the celebration. Attendees can expect a vibrant parade, local artists, and community programming, reflecting the city's culture, resilience, and creativity. The festival offers various activities, including live entertainment and community resources, fostering inclusivity and support for the LGBTQ+ community.</w:t>
      </w:r>
      <w:r/>
    </w:p>
    <w:p>
      <w:pPr>
        <w:pStyle w:val="ListNumber"/>
        <w:spacing w:line="240" w:lineRule="auto"/>
        <w:ind w:left="720"/>
      </w:pPr>
      <w:r/>
      <w:hyperlink r:id="rId14">
        <w:r>
          <w:rPr>
            <w:color w:val="0000EE"/>
            <w:u w:val="single"/>
          </w:rPr>
          <w:t>https://www.quericonightclub.com/event/oakland-pride-fey-meet-and-greet-tickets/</w:t>
        </w:r>
      </w:hyperlink>
      <w:r>
        <w:t xml:space="preserve"> - Club Papi and Valentino Presents are hosting a VIP Meet and Greet with headliner FEY at the Oakland Pride Latin Stage on Sunday, August 16, 2026. The event offers attendees the opportunity to meet FEY backstage, with tickets priced at $100. The package includes a photo with FEY, five free passes to PAN DULCE Wednesday’s at Beaux SF, and five free passes to Muevelo Friday’s at Que Rico Oakland. General admission tickets for the Oakland Pride Festival can be purchased separately through the official Oakland Pride website.</w:t>
      </w:r>
      <w:r/>
    </w:p>
    <w:p>
      <w:pPr>
        <w:pStyle w:val="ListNumber"/>
        <w:spacing w:line="240" w:lineRule="auto"/>
        <w:ind w:left="720"/>
      </w:pPr>
      <w:r/>
      <w:hyperlink r:id="rId12">
        <w:r>
          <w:rPr>
            <w:color w:val="0000EE"/>
            <w:u w:val="single"/>
          </w:rPr>
          <w:t>https://mommypoppins.com/san-francisco-bay-area-kids/event/events/oakland-pride</w:t>
        </w:r>
      </w:hyperlink>
      <w:r>
        <w:t xml:space="preserve"> - Oakland Pride, taking place on August 16, 2026, is a free, all-ages event celebrating love and community. Attendees can enjoy colourful floats in the parade, shop at local vendor booths, and participate in activities that promote compassion and support for all. The event is open to all ages, with adult tickets priced at $17 and children under 12 admitted free. It's an opportunity for families to engage in a vibrant community celebration in the heart of Oakland.</w:t>
      </w:r>
      <w:r/>
    </w:p>
    <w:p>
      <w:pPr>
        <w:pStyle w:val="ListNumber"/>
        <w:spacing w:line="240" w:lineRule="auto"/>
        <w:ind w:left="720"/>
      </w:pPr>
      <w:r/>
      <w:hyperlink r:id="rId11">
        <w:r>
          <w:rPr>
            <w:color w:val="0000EE"/>
            <w:u w:val="single"/>
          </w:rPr>
          <w:t>https://festivalnet.com/67075/Oakland-California/Festivals/Oakland-Pride</w:t>
        </w:r>
      </w:hyperlink>
      <w:r>
        <w:t xml:space="preserve"> - Oakland Pride 2026 is set for Sunday, August 16, 2026, in Downtown Oakland at Frank H. Ogawa Plaza. The event is expected to draw approximately 55,000 attendees and will feature four stages of live entertainment, including a variety of acts. The festival will also have a kid's area, making it a family-friendly event. Admission is $10, with deadlines for art and craft exhibitors on July 31, 2026. The event is organised by Oakland Pride Inc., with Frank Ciglar serving as the show director.</w:t>
      </w:r>
      <w:r/>
    </w:p>
    <w:p>
      <w:pPr>
        <w:pStyle w:val="ListNumber"/>
        <w:spacing w:line="240" w:lineRule="auto"/>
        <w:ind w:left="720"/>
      </w:pPr>
      <w:r/>
      <w:hyperlink r:id="rId13">
        <w:r>
          <w:rPr>
            <w:color w:val="0000EE"/>
            <w:u w:val="single"/>
          </w:rPr>
          <w:t>https://pinkuk.com/events/north-america/usa/california/oakland/oakland-pride-2026</w:t>
        </w:r>
      </w:hyperlink>
      <w:r>
        <w:t xml:space="preserve"> - Oakland Pride 2026 is scheduled for Sunday, August 16, 2026. This year, Oakland Pride and Pridefest Oakland have joined forces to create a partnership aimed at celebrating and supporting the cultures and diversity of the LGBTQ+ community in Oakland and the surrounding Bay Area. The event will feature a parade from 11:00 AM to 12:00 PM, starting at Broadway &amp; 14th Street and finishing at Broadway &amp; 21st Street, followed by a festival from 12:00 PM to 6:00 PM. The after-party will follow the festival.</w:t>
      </w:r>
      <w:r/>
    </w:p>
    <w:p>
      <w:pPr>
        <w:pStyle w:val="ListNumber"/>
        <w:spacing w:line="240" w:lineRule="auto"/>
        <w:ind w:left="720"/>
      </w:pPr>
      <w:r/>
      <w:hyperlink r:id="rId15">
        <w:r>
          <w:rPr>
            <w:color w:val="0000EE"/>
            <w:u w:val="single"/>
          </w:rPr>
          <w:t>https://www.misterbandb.com/gay-events/united-states/oakland/gay-pride</w:t>
        </w:r>
      </w:hyperlink>
      <w:r>
        <w:t xml:space="preserve"> - Oakland Pride 2026 is set for August 16, 2026, featuring a parade starting at 10:30 AM at Broadway &amp; 14th Street (Oakland City Hall) and ending at Broadway &amp; 20th Street (Oakland Pride Festival Main Entrance). The festival's main entrance is located at Broadway &amp; 20th Street, with a secondary entrance at Webster and 21st Street. The event is organised by Oakland Pride and Festival, offering a vibrant celebration of the LGBTQ+ community in the Bay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positive-momentum-building-as-oakland-pride-on-august-16-nears/?utm_source=rss&amp;utm_medium=rss&amp;utm_campaign=positive-momentum-building-as-oakland-pride-on-august-16-nears" TargetMode="External"/><Relationship Id="rId10" Type="http://schemas.openxmlformats.org/officeDocument/2006/relationships/hyperlink" Target="https://www.oaklandprideofficial.org/" TargetMode="External"/><Relationship Id="rId11" Type="http://schemas.openxmlformats.org/officeDocument/2006/relationships/hyperlink" Target="https://festivalnet.com/67075/Oakland-California/Festivals/Oakland-Pride" TargetMode="External"/><Relationship Id="rId12" Type="http://schemas.openxmlformats.org/officeDocument/2006/relationships/hyperlink" Target="https://mommypoppins.com/san-francisco-bay-area-kids/event/events/oakland-pride" TargetMode="External"/><Relationship Id="rId13" Type="http://schemas.openxmlformats.org/officeDocument/2006/relationships/hyperlink" Target="https://pinkuk.com/events/north-america/usa/california/oakland/oakland-pride-2026" TargetMode="External"/><Relationship Id="rId14" Type="http://schemas.openxmlformats.org/officeDocument/2006/relationships/hyperlink" Target="https://www.quericonightclub.com/event/oakland-pride-fey-meet-and-greet-tickets/" TargetMode="External"/><Relationship Id="rId15" Type="http://schemas.openxmlformats.org/officeDocument/2006/relationships/hyperlink" Target="https://www.misterbandb.com/gay-events/united-states/oakland/ga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