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NWPA Pride Events This August: Picnic, Raffle and Waldameer Pride Day Plans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Get ready to make waves , NWPA Pride Alliance is rolling out a sun-soaked weekend for mid‑August, with a free family-friendly Pride Picnic at Presque Isle followed by a discounted Pride Day at Waldameer and Water World, perfect for community connection, potluck sharing and summer fun.</w:t>
      </w:r>
      <w:r/>
    </w:p>
    <w:p>
      <w:r/>
      <w:r>
        <w:t>Essential Takeaways</w:t>
      </w:r>
      <w:r/>
      <w:r/>
    </w:p>
    <w:p>
      <w:pPr>
        <w:pStyle w:val="ListBullet"/>
        <w:spacing w:line="240" w:lineRule="auto"/>
        <w:ind w:left="720"/>
      </w:pPr>
      <w:r/>
      <w:r>
        <w:rPr>
          <w:b/>
        </w:rPr>
        <w:t>When and where:</w:t>
      </w:r>
      <w:r>
        <w:t xml:space="preserve"> Pride Picnic on Saturday 15 August at Rotary Pavilion, Presque Isle State Park, 1–6pm; Waldameer Pride Day on Sunday 16 August with Water World opening at 11am and the main park at noon. </w:t>
      </w:r>
      <w:r/>
    </w:p>
    <w:p>
      <w:pPr>
        <w:pStyle w:val="ListBullet"/>
        <w:spacing w:line="240" w:lineRule="auto"/>
        <w:ind w:left="720"/>
      </w:pPr>
      <w:r/>
      <w:r>
        <w:rPr>
          <w:b/>
        </w:rPr>
        <w:t>Free and family-friendly:</w:t>
      </w:r>
      <w:r>
        <w:t xml:space="preserve"> The picnic has free admission, a community potluck, and the annual family portrait , bring a dish to share and your picnic blanket. </w:t>
      </w:r>
      <w:r/>
    </w:p>
    <w:p>
      <w:pPr>
        <w:pStyle w:val="ListBullet"/>
        <w:spacing w:line="240" w:lineRule="auto"/>
        <w:ind w:left="720"/>
      </w:pPr>
      <w:r/>
      <w:r>
        <w:rPr>
          <w:b/>
        </w:rPr>
        <w:t>Tickets and discounts:</w:t>
      </w:r>
      <w:r>
        <w:t xml:space="preserve"> Discounted one‑day Waldameer combo passes are available for $35 plus fees and can be picked up at Coaster Pavilion I. </w:t>
      </w:r>
      <w:r/>
    </w:p>
    <w:p>
      <w:pPr>
        <w:pStyle w:val="ListBullet"/>
        <w:spacing w:line="240" w:lineRule="auto"/>
        <w:ind w:left="720"/>
      </w:pPr>
      <w:r/>
      <w:r>
        <w:rPr>
          <w:b/>
        </w:rPr>
        <w:t>Community support:</w:t>
      </w:r>
      <w:r>
        <w:t xml:space="preserve"> Organisers are seeking raffle basket donations and vendor participation; local businesses and volunteers are invited to help. </w:t>
      </w:r>
      <w:r/>
    </w:p>
    <w:p>
      <w:pPr>
        <w:pStyle w:val="ListBullet"/>
        <w:spacing w:line="240" w:lineRule="auto"/>
        <w:ind w:left="720"/>
      </w:pPr>
      <w:r/>
      <w:r>
        <w:rPr>
          <w:b/>
        </w:rPr>
        <w:t>Where to find details:</w:t>
      </w:r>
      <w:r>
        <w:t xml:space="preserve"> Full schedules, park rules, raffle drop‑offs, volunteer and vendor sign‑ups, and ticket info at nwpapride.org.</w:t>
      </w:r>
      <w:r/>
      <w:r/>
    </w:p>
    <w:p>
      <w:pPr>
        <w:pStyle w:val="Heading2"/>
      </w:pPr>
      <w:r>
        <w:t>What to expect at the Pride Picnic: sun, smiles and potluck classics</w:t>
      </w:r>
      <w:r/>
    </w:p>
    <w:p>
      <w:r/>
      <w:r>
        <w:t>Expect a mellow, joyful vibe under the pines at Rotary Pavilion, with the salty lake breeze and families laying out blankets. The 33rd annual picnic mixes tradition with casual celebration: think hearty potluck dishes, lawn games, face paints and the always‑popular family portrait. According to NWPA Pride Alliance event listings, admission is free and runs through the afternoon, making it an easy stop for folks who want a relaxed Saturday with community at its heart.</w:t>
      </w:r>
      <w:r/>
    </w:p>
    <w:p>
      <w:r/>
      <w:r>
        <w:t>The potluck format means a little something for everyone, and the organisers encourage attendees to bring a dish to share. If you’re unsure what to bring, a crowd‑pleasing salad, a fruity dessert or a picnic‑friendly tray will be gratefully received. Bring sun protection and a foldable chair if you prefer a bit more comfort.</w:t>
      </w:r>
      <w:r/>
    </w:p>
    <w:p>
      <w:pPr>
        <w:pStyle w:val="Heading2"/>
      </w:pPr>
      <w:r>
        <w:t>Waldameer Pride Day: water slides, coasters and a queer meet‑up spot</w:t>
      </w:r>
      <w:r/>
    </w:p>
    <w:p>
      <w:r/>
      <w:r>
        <w:t>On Sunday the party moves to Waldameer and Water World, where the queer community will gather at Coaster Pavilion I. Water World opens at 11am and the main park at noon, so you can plan a splashy morning or an adrenaline‑packed afternoon. Discounted combo passes make it cheaper to do both parks in a day, and the passes are available in advance for easy pickup.</w:t>
      </w:r>
      <w:r/>
    </w:p>
    <w:p>
      <w:r/>
      <w:r>
        <w:t>If you love a good line‑up for roller coasters or prefer floating the lazy river, this day caters to both. Keep an eye on park guidelines at nwpapride.org , there are often rules about loose items, sunscreen types and re‑entry that make the day smoother. Arrive early if you want prime shade by the pavilion or to snag lockers.</w:t>
      </w:r>
      <w:r/>
    </w:p>
    <w:p>
      <w:pPr>
        <w:pStyle w:val="Heading2"/>
      </w:pPr>
      <w:r>
        <w:t>How local businesses and volunteers can join the celebration</w:t>
      </w:r>
      <w:r/>
    </w:p>
    <w:p>
      <w:r/>
      <w:r>
        <w:t>Organisers are actively seeking raffle basket donations, vendors and volunteers to help the weekend run smoothly. Local shops and cafés can put together themed baskets , think gift cards, local treats and Pride merch , to support fundraising and community prizes. The NWPA Pride website has a vendor sign‑up and volunteer page with clear steps to get involved.</w:t>
      </w:r>
      <w:r/>
    </w:p>
    <w:p>
      <w:r/>
      <w:r>
        <w:t>Volunteering is a great way to meet people and contribute: shifts often include set‑up, raffle table management, or helping with the family portrait queue. If you represent a business, pitching a raffle basket or a small stall can boost visibility and show local solidarity.</w:t>
      </w:r>
      <w:r/>
    </w:p>
    <w:p>
      <w:pPr>
        <w:pStyle w:val="Heading2"/>
      </w:pPr>
      <w:r>
        <w:t>Practical tips for attendees: what to bring and how to plan</w:t>
      </w:r>
      <w:r/>
    </w:p>
    <w:p>
      <w:r/>
      <w:r>
        <w:t>Plan for sun and sand at Presque Isle , pack sunscreen, a hat, insect repellent and a cooler for perishables. Bring utensils, napkins and a serving spoon for potluck dishes to keep things tidy. For Waldameer, consider waterproof phone pouches, water‑friendly footwear and a quick‑dry towel. If you need accessible routes or special accommodations, check the event page or contact organisers in advance.</w:t>
      </w:r>
      <w:r/>
    </w:p>
    <w:p>
      <w:r/>
      <w:r>
        <w:t>Buy the discounted Waldameer combo pass ahead of time to avoid queuing at the gates, and label your belongings , busy days mean lost items can be a headache. If you’re donating a raffle basket, follow drop‑off instructions on nwpapride.org so organisers can include it in the draw.</w:t>
      </w:r>
      <w:r/>
    </w:p>
    <w:p>
      <w:pPr>
        <w:pStyle w:val="Heading2"/>
      </w:pPr>
      <w:r>
        <w:t>Why these events matter for the community</w:t>
      </w:r>
      <w:r/>
    </w:p>
    <w:p>
      <w:r/>
      <w:r>
        <w:t>Small seasonal events like the picnic and theme‑park day do more than entertain; they knit a community together. According to NWPA Pride listings and local Pride resources, these gatherings offer visibility, mutual support and a safe space for queer families, allies and neighbours to celebrate. There’s a comforting mix of tradition , the picnic’s long history , and fresh energy from new volunteers and vendors.</w:t>
      </w:r>
      <w:r/>
    </w:p>
    <w:p>
      <w:r/>
      <w:r>
        <w:t>Whether you’re a long‑time attendee or thinking of coming for the first time, these events are an easy, joyful way to connect. And yes, your dog might give the pond a curious look, but check park rules first.</w:t>
      </w:r>
      <w:r/>
    </w:p>
    <w:p>
      <w:r/>
      <w:r>
        <w:t>It's a small change that can make every summer weekend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10">
        <w:r>
          <w:rPr>
            <w:color w:val="0000EE"/>
            <w:u w:val="single"/>
          </w:rPr>
          <w:t>[4]</w:t>
        </w:r>
      </w:hyperlink>
      <w:r>
        <w:t xml:space="preserve">, </w:t>
      </w:r>
      <w:hyperlink r:id="rId11">
        <w:r>
          <w:rPr>
            <w:color w:val="0000EE"/>
            <w:u w:val="single"/>
          </w:rPr>
          <w:t>[6]</w:t>
        </w:r>
      </w:hyperlink>
      <w:r>
        <w:t xml:space="preserve">- Paragraph 5: </w:t>
      </w:r>
      <w:hyperlink r:id="rId10">
        <w:r>
          <w:rPr>
            <w:color w:val="0000EE"/>
            <w:u w:val="single"/>
          </w:rPr>
          <w:t>[4]</w:t>
        </w:r>
      </w:hyperlink>
      <w:r>
        <w:t xml:space="preserve">, </w:t>
      </w:r>
      <w:hyperlink r:id="rId12">
        <w:r>
          <w:rPr>
            <w:color w:val="0000EE"/>
            <w:u w:val="single"/>
          </w:rPr>
          <w:t>[5]</w:t>
        </w:r>
      </w:hyperlink>
      <w:r>
        <w:t xml:space="preserve">- Paragraph 6: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https://www.eriegaynews.com/news/article.php?recordid=202608nwpapridepicnicandwaldameerpromo&amp;sourceid=4&amp;sourcereason=RSSFeed</w:t>
        </w:r>
      </w:hyperlink>
      <w:r>
        <w:t xml:space="preserve"> - Please view link - unable to able to access data</w:t>
      </w:r>
      <w:r/>
    </w:p>
    <w:p>
      <w:pPr>
        <w:pStyle w:val="ListNumber"/>
        <w:spacing w:line="240" w:lineRule="auto"/>
        <w:ind w:left="720"/>
      </w:pPr>
      <w:r/>
      <w:hyperlink r:id="rId9">
        <w:r>
          <w:rPr>
            <w:color w:val="0000EE"/>
            <w:u w:val="single"/>
          </w:rPr>
          <w:t>https://www.eriegaynews.com/news/article.php?recordid=202608nwpapridepicnicandwaldameerpromo&amp;sourceid=4&amp;sourcereason=RSSFeed</w:t>
        </w:r>
      </w:hyperlink>
      <w:r>
        <w:t xml:space="preserve"> - The NWPA Pride Alliance has announced a weekend of community celebrations in mid-August 2026. The 33rd Annual Pride Picnic is scheduled for Saturday, August 15, 2026, at the Rotary Pavilion on Presque Isle State Park, from 1:00 PM to 6:00 PM. This free, family-friendly event will feature a community potluck, so attendees are encouraged to bring a dish to share. The afternoon will also include the annual family portrait. The alliance is seeking donations for raffle baskets; interested individuals or businesses can contribute by reaching out to the organisers. The festivities continue on Sunday, August 16, 2026, with Pride Day at Waldameer and Water World. Water World opens at 11:00 AM, followed by the main park opening at noon. The LGBTQ+ community will gather throughout the day at Coaster Pavilion I. Discounted one-day combo passes are available for $35 plus service fees and can be purchased at the pavilion. For complete event schedules, park guidelines, raffle donation drop-off details, and to purchase Waldameer combo passes in advance, visit nwpapride.org.</w:t>
      </w:r>
      <w:r/>
    </w:p>
    <w:p>
      <w:pPr>
        <w:pStyle w:val="ListNumber"/>
        <w:spacing w:line="240" w:lineRule="auto"/>
        <w:ind w:left="720"/>
      </w:pPr>
      <w:r/>
      <w:hyperlink r:id="rId14">
        <w:r>
          <w:rPr>
            <w:color w:val="0000EE"/>
            <w:u w:val="single"/>
          </w:rPr>
          <w:t>https://www.eriegaynews.com/news/article.php?recordid=202605nwpaprideevents</w:t>
        </w:r>
      </w:hyperlink>
      <w:r>
        <w:t xml:space="preserve"> - The NWPA Pride Alliance has announced its 2026 'Make Waves' season, featuring a series of events throughout the summer. The season kicks off with the Erie Pride Parade on Sunday, June 14, taking over State Street in Downtown Erie. This is followed by Pride on the Bay at Liberty Park on Saturday, June 27. The celebrations continue with Pride on the Diamond in Meadville on Saturday, July 25, and conclude with the 33rd Annual Pride Picnic at Presque Isle State Park on Saturday, August 15. All events are free and open to the public. Local queer artists, makers, and small businesses can register now to secure a booth at Pride on the Bay. Organizations are also welcome to share their services and support networks.</w:t>
      </w:r>
      <w:r/>
    </w:p>
    <w:p>
      <w:pPr>
        <w:pStyle w:val="ListNumber"/>
        <w:spacing w:line="240" w:lineRule="auto"/>
        <w:ind w:left="720"/>
      </w:pPr>
      <w:r/>
      <w:hyperlink r:id="rId10">
        <w:r>
          <w:rPr>
            <w:color w:val="0000EE"/>
            <w:u w:val="single"/>
          </w:rPr>
          <w:t>https://www.nwpapride.org/events</w:t>
        </w:r>
      </w:hyperlink>
      <w:r>
        <w:t xml:space="preserve"> - The NWPA Pride Alliance has outlined its upcoming events for the 2026 'Make Waves' season. The schedule includes the Meadville Queer Happy Hour at Julian's Bar &amp; Grill on Wednesday, July 22, 2026, at 9:30 PM. Pride on the Diamond 2026 is set for Saturday, July 25, 2026, from 1 PM to 5 PM at Diamond Park in Meadville, featuring local vendors, community resources, a live DJ, and a drag show. The 33rd Annual Pride Picnic will take place on Saturday, August 15, 2026, from 1 PM to 6 PM at Presque Isle State Park, offering a free, family-friendly afternoon with a community potluck, raffle baskets, and the annual family portrait. Pride Day at Waldemeer Park and Water World is scheduled for Sunday, August 16, 2026, at 3 PM, with discounted one-day combo passes available for $35 plus service fees. For more details, visit nwpapride.org.</w:t>
      </w:r>
      <w:r/>
    </w:p>
    <w:p>
      <w:pPr>
        <w:pStyle w:val="ListNumber"/>
        <w:spacing w:line="240" w:lineRule="auto"/>
        <w:ind w:left="720"/>
      </w:pPr>
      <w:r/>
      <w:hyperlink r:id="rId12">
        <w:r>
          <w:rPr>
            <w:color w:val="0000EE"/>
            <w:u w:val="single"/>
          </w:rPr>
          <w:t>https://www.nwpapride.org/volunteer</w:t>
        </w:r>
      </w:hyperlink>
      <w:r>
        <w:t xml:space="preserve"> - The NWPA Pride Alliance is seeking volunteers for its 2026 events. Opportunities include assisting with set-up, event support, and take-down for various events such as the Erie Pride Parade, Pride on the Bay, Meadville Pride on the Diamond, and the NWPA Pride Picnic. Volunteers can help create a welcoming and festive atmosphere, support guests, and ensure the success of these community celebrations. For more information and to sign up, visit nwpapride.org/volunteer.</w:t>
      </w:r>
      <w:r/>
    </w:p>
    <w:p>
      <w:pPr>
        <w:pStyle w:val="ListNumber"/>
        <w:spacing w:line="240" w:lineRule="auto"/>
        <w:ind w:left="720"/>
      </w:pPr>
      <w:r/>
      <w:hyperlink r:id="rId11">
        <w:r>
          <w:rPr>
            <w:color w:val="0000EE"/>
            <w:u w:val="single"/>
          </w:rPr>
          <w:t>https://www.nwpapride.org/vendors</w:t>
        </w:r>
      </w:hyperlink>
      <w:r>
        <w:t xml:space="preserve"> - The NWPA Pride Alliance is inviting vendors to participate in its 2026 events. The vendor registration process has been updated to include staggered registration phases, assigned arrival times, and an updated equipment policy. Vendors can register for events such as Pride on the Bay, Meadville Pride on the Diamond, and the NWPA Pride Picnic. For detailed information and to register, visit nwpapride.org/vendors.</w:t>
      </w:r>
      <w:r/>
    </w:p>
    <w:p>
      <w:pPr>
        <w:pStyle w:val="ListNumber"/>
        <w:spacing w:line="240" w:lineRule="auto"/>
        <w:ind w:left="720"/>
      </w:pPr>
      <w:r/>
      <w:hyperlink r:id="rId13">
        <w:r>
          <w:rPr>
            <w:color w:val="0000EE"/>
            <w:u w:val="single"/>
          </w:rPr>
          <w:t>https://www.eriegaypride.com/</w:t>
        </w:r>
      </w:hyperlink>
      <w:r>
        <w:t xml:space="preserve"> - The NWPA Pride Alliance's official website provides information on upcoming events, including Pride on the Diamond on Saturday, July 25, 2026, from 1 PM to 5 PM at Diamond Park in Meadville, and the 33rd Annual Pride Picnic on Saturday, August 15, 2026, from 1 PM to 6 PM at Rotary Pavilion, Presque Isle Park, Erie, PA. The website also offers details on the alliance's mission, ways to get involved, and support options. For more information, visit eriegaypride.com.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8nwpapridepicnicandwaldameerpromo&amp;sourceid=4&amp;sourcereason=RSSFeed" TargetMode="External"/><Relationship Id="rId10" Type="http://schemas.openxmlformats.org/officeDocument/2006/relationships/hyperlink" Target="https://www.nwpapride.org/events" TargetMode="External"/><Relationship Id="rId11" Type="http://schemas.openxmlformats.org/officeDocument/2006/relationships/hyperlink" Target="https://www.nwpapride.org/vendors" TargetMode="External"/><Relationship Id="rId12" Type="http://schemas.openxmlformats.org/officeDocument/2006/relationships/hyperlink" Target="https://www.nwpapride.org/volunteer" TargetMode="External"/><Relationship Id="rId13" Type="http://schemas.openxmlformats.org/officeDocument/2006/relationships/hyperlink" Target="https://www.eriegaypride.com/" TargetMode="External"/><Relationship Id="rId14" Type="http://schemas.openxmlformats.org/officeDocument/2006/relationships/hyperlink" Target="https://www.eriegaynews.com/news/article.php?recordid=202605nwpapride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