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Queer Comedies: Why Aaron Goldenberg’s Confidence Moment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tuning into a brash new kind of queer story as comedian Aaron Goldenberg leans into body confidence, raunchy humour and festival buzz , a mix that’s funny, messy and already sparking conversation about how queer people appear on screen and online.</w:t>
      </w:r>
      <w:r/>
    </w:p>
    <w:p>
      <w:r/>
      <w:r>
        <w:t>Essential Takeaways</w:t>
      </w:r>
      <w:r/>
      <w:r/>
    </w:p>
    <w:p>
      <w:pPr>
        <w:pStyle w:val="ListBullet"/>
        <w:spacing w:line="240" w:lineRule="auto"/>
        <w:ind w:left="720"/>
      </w:pPr>
      <w:r/>
      <w:r>
        <w:rPr>
          <w:b/>
        </w:rPr>
        <w:t>Lead performance:</w:t>
      </w:r>
      <w:r>
        <w:t xml:space="preserve"> Aaron Goldenberg plays Wes, a loud, loyal friend whose messy charm anchors the queer dramedy In Between. </w:t>
      </w:r>
      <w:r/>
    </w:p>
    <w:p>
      <w:pPr>
        <w:pStyle w:val="ListBullet"/>
        <w:spacing w:line="240" w:lineRule="auto"/>
        <w:ind w:left="720"/>
      </w:pPr>
      <w:r/>
      <w:r>
        <w:rPr>
          <w:b/>
        </w:rPr>
        <w:t>Themes:</w:t>
      </w:r>
      <w:r>
        <w:t xml:space="preserve"> The film tackles body image, insecurity and queer standards with humour and heart; it’s refreshingly human, not aspirational. </w:t>
      </w:r>
      <w:r/>
    </w:p>
    <w:p>
      <w:pPr>
        <w:pStyle w:val="ListBullet"/>
        <w:spacing w:line="240" w:lineRule="auto"/>
        <w:ind w:left="720"/>
      </w:pPr>
      <w:r/>
      <w:r>
        <w:rPr>
          <w:b/>
        </w:rPr>
        <w:t>Personal shift:</w:t>
      </w:r>
      <w:r>
        <w:t xml:space="preserve"> Goldenberg says he’s stopped dressing for algorithms, posting bolder photos and accepting lost followers in favour of self-expression. </w:t>
      </w:r>
      <w:r/>
    </w:p>
    <w:p>
      <w:pPr>
        <w:pStyle w:val="ListBullet"/>
        <w:spacing w:line="240" w:lineRule="auto"/>
        <w:ind w:left="720"/>
      </w:pPr>
      <w:r/>
      <w:r>
        <w:rPr>
          <w:b/>
        </w:rPr>
        <w:t>Tone:</w:t>
      </w:r>
      <w:r>
        <w:t xml:space="preserve"> Expect awkward, platonic desire, and plenty of inappropriate jokes that land because of strong chemistry with co-star Nicole Sky. </w:t>
      </w:r>
      <w:r/>
      <w:r/>
    </w:p>
    <w:p>
      <w:pPr>
        <w:pStyle w:val="Heading2"/>
      </w:pPr>
      <w:r>
        <w:t>A comedian turns queer-sidekick into a heartfelt centrepiece</w:t>
      </w:r>
      <w:r/>
    </w:p>
    <w:p>
      <w:r/>
      <w:r>
        <w:t>Goldenberg’s Wes arrives like a burst of chaotic energy , loud, physical and often adorably inappropriate. According to Out, that comic timing translates into a character who does more than deliver jokes; he helps expose the small, painful ways body anxiety plays out in queer circles. The result is a role that’s as tender as it is profane, and it’s easy to hear the audience laughing one moment and leaning in the next.</w:t>
      </w:r>
      <w:r/>
    </w:p>
    <w:p>
      <w:r/>
      <w:r>
        <w:t>The film trades airbrushed perfection for real people with messy lives. That shift makes the comedy feel earned rather than performative, and it’s why critics and festival programmers have noticed this quieter, human approach to queer stories.</w:t>
      </w:r>
      <w:r/>
    </w:p>
    <w:p>
      <w:pPr>
        <w:pStyle w:val="Heading2"/>
      </w:pPr>
      <w:r>
        <w:t>Why In Between feels different from glossy queer pictures</w:t>
      </w:r>
      <w:r/>
    </w:p>
    <w:p>
      <w:r/>
      <w:r>
        <w:t>Rather than presenting a checklist of “perfect” bodies, In Between foregrounds friendship, insecurity and the awkward middle ground queer people often occupy. The movie leans into platonic, horny energy between characters, flipping expectation and keeping the emotional stakes relatable.</w:t>
      </w:r>
      <w:r/>
    </w:p>
    <w:p>
      <w:r/>
      <w:r>
        <w:t>This matters in a market where so much queer representation still defaults to an aspirational look. Films like this signal a small but meaningful trend: audiences are hungry for characters who look like people they know, not magazine spreads.</w:t>
      </w:r>
      <w:r/>
    </w:p>
    <w:p>
      <w:pPr>
        <w:pStyle w:val="Heading2"/>
      </w:pPr>
      <w:r>
        <w:t>The confidence arc: from moderation to “fuck it” authenticity</w:t>
      </w:r>
      <w:r/>
    </w:p>
    <w:p>
      <w:r/>
      <w:r>
        <w:t>Off-screen, Goldenberg says he’s entered what he calls a “fuck it” phase , posting racier photos, wearing what he wants and shrugging off follower losses. He told Out that fear of the algorithm and career backlash once guided his choices, but playing Wes nudged him toward letting go of those restraints.</w:t>
      </w:r>
      <w:r/>
    </w:p>
    <w:p>
      <w:r/>
      <w:r>
        <w:t>That confession hits a nerve because it’s recognisable: many creatives tame themselves for a hypothetical gatekeeper. When actors reclaim their images, it’s not just personal bravado; it’s an argument for more varied queer visibility.</w:t>
      </w:r>
      <w:r/>
    </w:p>
    <w:p>
      <w:pPr>
        <w:pStyle w:val="Heading2"/>
      </w:pPr>
      <w:r>
        <w:t>Chemistry with Nicole Sky and why platonic desire works</w:t>
      </w:r>
      <w:r/>
    </w:p>
    <w:p>
      <w:r/>
      <w:r>
        <w:t>Pairing Goldenberg with transgender actress Nicole Sky gives In Between an emotional anchor. Their friendship is messy, loyal and frequently inappropriate, and that chemistry reframes desire as many-sided , not always sexual, but often hungry and real.</w:t>
      </w:r>
      <w:r/>
    </w:p>
    <w:p>
      <w:r/>
      <w:r>
        <w:t>This approach opens storytelling lanes: it lets the film explore how people comfort one another, how they compete, and how they learn to love themselves in imperfect bodies. It’s a reminder that queer joy can be loud, silly and deliciously human.</w:t>
      </w:r>
      <w:r/>
    </w:p>
    <w:p>
      <w:pPr>
        <w:pStyle w:val="Heading2"/>
      </w:pPr>
      <w:r>
        <w:t>Practical takeaway for audiences and creators</w:t>
      </w:r>
      <w:r/>
    </w:p>
    <w:p>
      <w:r/>
      <w:r>
        <w:t>If you’re choosing what to watch next, pick this for a queer comedy that won’t pretend everyone looks the same. For creators, Goldenberg’s pivot is a small playbook: try roles that reflect your truth, post what makes you feel whole, and accept that some followers will leave , the rest will stay because they like the real you.</w:t>
      </w:r>
      <w:r/>
    </w:p>
    <w:p>
      <w:r/>
      <w:r>
        <w:t>It’s a small cultural shift with big emotional payoff; representation grows more honest when people stop performing for metrics.</w:t>
      </w:r>
      <w:r/>
    </w:p>
    <w:p>
      <w:r/>
      <w:r>
        <w:t>It's a small change that can make every performance feel more alive.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1">
        <w:r>
          <w:rPr>
            <w:color w:val="0000EE"/>
            <w:u w:val="single"/>
          </w:rPr>
          <w:t>[5]</w:t>
        </w:r>
      </w:hyperlink>
      <w:r>
        <w:t xml:space="preserve">- Paragraph 4: </w:t>
      </w:r>
      <w:hyperlink r:id="rId10">
        <w:r>
          <w:rPr>
            <w:color w:val="0000EE"/>
            <w:u w:val="single"/>
          </w:rPr>
          <w:t>[2]</w:t>
        </w:r>
      </w:hyperlink>
      <w:r>
        <w:t xml:space="preserve">, </w:t>
      </w:r>
      <w:hyperlink r:id="rId13">
        <w:r>
          <w:rPr>
            <w:color w:val="0000EE"/>
            <w:u w:val="single"/>
          </w:rPr>
          <w:t>[4]</w:t>
        </w:r>
      </w:hyperlink>
      <w:r>
        <w:t xml:space="preserve">- Paragraph 5: </w:t>
      </w:r>
      <w:hyperlink r:id="rId10">
        <w:r>
          <w:rPr>
            <w:color w:val="0000EE"/>
            <w:u w:val="single"/>
          </w:rPr>
          <w:t>[2]</w:t>
        </w:r>
      </w:hyperlink>
      <w:r>
        <w:t xml:space="preserve">, </w:t>
      </w:r>
      <w:hyperlink r:id="rId11">
        <w:r>
          <w:rPr>
            <w:color w:val="0000EE"/>
            <w:u w:val="single"/>
          </w:rPr>
          <w:t>[6]</w:t>
        </w:r>
      </w:hyperlink>
      <w:r>
        <w:t xml:space="preserve">- Paragraph 6: </w:t>
      </w:r>
      <w:hyperlink r:id="rId11">
        <w:r>
          <w:rPr>
            <w:color w:val="0000EE"/>
            <w:u w:val="single"/>
          </w:rPr>
          <w:t>[5]</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https://instinctmagazine.com/aaron-goldenberg-thirst-traps/</w:t>
        </w:r>
      </w:hyperlink>
      <w:r>
        <w:t xml:space="preserve"> - Please view link - unable to able to access data</w:t>
      </w:r>
      <w:r/>
    </w:p>
    <w:p>
      <w:pPr>
        <w:pStyle w:val="ListNumber"/>
        <w:spacing w:line="240" w:lineRule="auto"/>
        <w:ind w:left="720"/>
      </w:pPr>
      <w:r/>
      <w:hyperlink r:id="rId10">
        <w:r>
          <w:rPr>
            <w:color w:val="0000EE"/>
            <w:u w:val="single"/>
          </w:rPr>
          <w:t>https://www.out.com/celebs/aaron-goldenberg-in-between</w:t>
        </w:r>
      </w:hyperlink>
      <w:r>
        <w:t xml:space="preserve"> - Aaron Goldenberg, known for his comedic sketches, is embracing a more confident and provocative public image. His role in the queer film 'In Between' has inspired him to post more revealing photos online, despite losing thousands of followers. Goldenberg portrays Wes, a character who challenges traditional beauty standards and explores themes of body image and self-worth within the LGBTQ+ community. He expresses excitement about being part of a queer story that addresses issues often overlooked in mainstream media.</w:t>
      </w:r>
      <w:r/>
    </w:p>
    <w:p>
      <w:pPr>
        <w:pStyle w:val="ListNumber"/>
        <w:spacing w:line="240" w:lineRule="auto"/>
        <w:ind w:left="720"/>
      </w:pPr>
      <w:r/>
      <w:hyperlink r:id="rId12">
        <w:r>
          <w:rPr>
            <w:color w:val="0000EE"/>
            <w:u w:val="single"/>
          </w:rPr>
          <w:t>https://inbetweenthemovie.com/</w:t>
        </w:r>
      </w:hyperlink>
      <w:r>
        <w:t xml:space="preserve"> - 'In Between' is a queer romantic dramedy written and directed by Nicholas Molencupp. The film follows Nick, a man navigating the complexities of modern dating and self-acceptance. Themes include body image, insecurities, and the pressures of societal expectations. The cast features queer-literate performers, with Aaron Goldenberg playing a significant role. The movie aims to provide a fresh perspective on queer narratives, blending comedy and drama to address real-life challenges faced by the LGBTQ+ community.</w:t>
      </w:r>
      <w:r/>
    </w:p>
    <w:p>
      <w:pPr>
        <w:pStyle w:val="ListNumber"/>
        <w:spacing w:line="240" w:lineRule="auto"/>
        <w:ind w:left="720"/>
      </w:pPr>
      <w:r/>
      <w:hyperlink r:id="rId13">
        <w:r>
          <w:rPr>
            <w:color w:val="0000EE"/>
            <w:u w:val="single"/>
          </w:rPr>
          <w:t>https://www.imdb.com/title/tt26684339/</w:t>
        </w:r>
      </w:hyperlink>
      <w:r>
        <w:t xml:space="preserve"> - 'Thirst Trap' is a 2024 drama-thriller directed by Chantal Massuh. The film follows Riley Ann, a struggling cam girl aspiring to make it big in Hollywood. Her life takes a dark turn when she attracts the attention of an obsessive fan. The movie delves into themes of obsession, ambition, and the dangers of online fame. The cast includes Jaedra DiGiammarino, Robert Dill, and Natalia Fuentealba. The film has received mixed reviews, with a rating of 6.1/10 based on 114 user reviews.</w:t>
      </w:r>
      <w:r/>
    </w:p>
    <w:p>
      <w:pPr>
        <w:pStyle w:val="ListNumber"/>
        <w:spacing w:line="240" w:lineRule="auto"/>
        <w:ind w:left="720"/>
      </w:pPr>
      <w:r/>
      <w:hyperlink r:id="rId11">
        <w:r>
          <w:rPr>
            <w:color w:val="0000EE"/>
            <w:u w:val="single"/>
          </w:rPr>
          <w:t>https://www.thepinktimes.com/article/aaron-goldenberg-on-body-confidence-queer-comedy-and-letting-go-of-follower-count</w:t>
        </w:r>
      </w:hyperlink>
      <w:r>
        <w:t xml:space="preserve"> - Aaron Goldenberg discusses how his role in the queer film 'In Between' has led him to embrace a more open and revealing online presence. He acknowledges that this shift has resulted in losing thousands of followers but expresses a desire to move beyond concerns about follower counts. The article highlights themes of body confidence, queer comedy, and the pressures of online image in the LGBTQ+ community. Goldenberg's experience reflects broader conversations about authenticity and self-expression in the digital age.</w:t>
      </w:r>
      <w:r/>
    </w:p>
    <w:p>
      <w:pPr>
        <w:pStyle w:val="ListNumber"/>
        <w:spacing w:line="240" w:lineRule="auto"/>
        <w:ind w:left="720"/>
      </w:pPr>
      <w:r/>
      <w:hyperlink r:id="rId11">
        <w:r>
          <w:rPr>
            <w:color w:val="0000EE"/>
            <w:u w:val="single"/>
          </w:rPr>
          <w:t>https://www.thepinktimes.com/article/aaron-goldenberg-on-body-confidence-queer-comedy-and-letting-go-of-follower-count</w:t>
        </w:r>
      </w:hyperlink>
      <w:r>
        <w:t xml:space="preserve"> - Aaron Goldenberg discusses how his role in the queer film 'In Between' has led him to embrace a more open and revealing online presence. He acknowledges that this shift has resulted in losing thousands of followers but expresses a desire to move beyond concerns about follower counts. The article highlights themes of body confidence, queer comedy, and the pressures of online image in the LGBTQ+ community. Goldenberg's experience reflects broader conversations about authenticity and self-expression in the digital age.</w:t>
      </w:r>
      <w:r/>
    </w:p>
    <w:p>
      <w:pPr>
        <w:pStyle w:val="ListNumber"/>
        <w:spacing w:line="240" w:lineRule="auto"/>
        <w:ind w:left="720"/>
      </w:pPr>
      <w:r/>
      <w:hyperlink r:id="rId11">
        <w:r>
          <w:rPr>
            <w:color w:val="0000EE"/>
            <w:u w:val="single"/>
          </w:rPr>
          <w:t>https://www.thepinktimes.com/article/aaron-goldenberg-on-body-confidence-queer-comedy-and-letting-go-of-follower-count</w:t>
        </w:r>
      </w:hyperlink>
      <w:r>
        <w:t xml:space="preserve"> - Aaron Goldenberg discusses how his role in the queer film 'In Between' has led him to embrace a more open and revealing online presence. He acknowledges that this shift has resulted in losing thousands of followers but expresses a desire to move beyond concerns about follower counts. The article highlights themes of body confidence, queer comedy, and the pressures of online image in the LGBTQ+ community. Goldenberg's experience reflects broader conversations about authenticity and self-expression in the digital 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aaron-goldenberg-thirst-traps/" TargetMode="External"/><Relationship Id="rId10" Type="http://schemas.openxmlformats.org/officeDocument/2006/relationships/hyperlink" Target="https://www.out.com/celebs/aaron-goldenberg-in-between" TargetMode="External"/><Relationship Id="rId11" Type="http://schemas.openxmlformats.org/officeDocument/2006/relationships/hyperlink" Target="https://www.thepinktimes.com/article/aaron-goldenberg-on-body-confidence-queer-comedy-and-letting-go-of-follower-count" TargetMode="External"/><Relationship Id="rId12" Type="http://schemas.openxmlformats.org/officeDocument/2006/relationships/hyperlink" Target="https://inbetweenthemovie.com/" TargetMode="External"/><Relationship Id="rId13" Type="http://schemas.openxmlformats.org/officeDocument/2006/relationships/hyperlink" Target="https://www.imdb.com/title/tt2668433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