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Pool Party Experiences to Try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Splash into summer: readers are chasing big, buzzy lesbian pool experiences , from intimate backyard hangs to desert saltwater dips , and we'll break down the vibes, what to expect, and which scene might suit you best.</w:t>
      </w:r>
      <w:r/>
    </w:p>
    <w:p>
      <w:r/>
      <w:r>
        <w:t>Essential Takeaways</w:t>
      </w:r>
      <w:r/>
      <w:r/>
    </w:p>
    <w:p>
      <w:pPr>
        <w:pStyle w:val="ListBullet"/>
        <w:spacing w:line="240" w:lineRule="auto"/>
        <w:ind w:left="720"/>
      </w:pPr>
      <w:r/>
      <w:r>
        <w:rPr>
          <w:b/>
        </w:rPr>
        <w:t>The Backyard Chill:</w:t>
      </w:r>
      <w:r>
        <w:t xml:space="preserve"> Quiet, luxe housesit pools feel relaxed and slightly illicit , think sunhat, paperback, bloody mary.</w:t>
      </w:r>
      <w:r/>
    </w:p>
    <w:p>
      <w:pPr>
        <w:pStyle w:val="ListBullet"/>
        <w:spacing w:line="240" w:lineRule="auto"/>
        <w:ind w:left="720"/>
      </w:pPr>
      <w:r/>
      <w:r>
        <w:rPr>
          <w:b/>
        </w:rPr>
        <w:t>Desert Saltwater Trip:</w:t>
      </w:r>
      <w:r>
        <w:t xml:space="preserve"> Communal, psychedelic and music-led; mushrooms plus dreamy synth-pop create a surreal floaty glow.</w:t>
      </w:r>
      <w:r/>
    </w:p>
    <w:p>
      <w:pPr>
        <w:pStyle w:val="ListBullet"/>
        <w:spacing w:line="240" w:lineRule="auto"/>
        <w:ind w:left="720"/>
      </w:pPr>
      <w:r/>
      <w:r>
        <w:rPr>
          <w:b/>
        </w:rPr>
        <w:t>Club-Adjacent Parties:</w:t>
      </w:r>
      <w:r>
        <w:t xml:space="preserve"> Hotel or AirBnB pool parties pack DJs, floats and a social scene that’s bright, loud and photo-ready.</w:t>
      </w:r>
      <w:r/>
    </w:p>
    <w:p>
      <w:pPr>
        <w:pStyle w:val="ListBullet"/>
        <w:spacing w:line="240" w:lineRule="auto"/>
        <w:ind w:left="720"/>
      </w:pPr>
      <w:r/>
      <w:r>
        <w:rPr>
          <w:b/>
        </w:rPr>
        <w:t>Festival-Style Splash:</w:t>
      </w:r>
      <w:r>
        <w:t xml:space="preserve"> Larger events bring DJs, curated line-ups and themed drag or celebrity guests , energetic, crowded, and celebratory.</w:t>
      </w:r>
      <w:r/>
    </w:p>
    <w:p>
      <w:pPr>
        <w:pStyle w:val="ListBullet"/>
        <w:spacing w:line="240" w:lineRule="auto"/>
        <w:ind w:left="720"/>
      </w:pPr>
      <w:r/>
      <w:r>
        <w:rPr>
          <w:b/>
        </w:rPr>
        <w:t>Campground Afterparty:</w:t>
      </w:r>
      <w:r>
        <w:t xml:space="preserve"> Late-night skinny-dip stargazing is raw, intimate, and often the kind of memory that sticks.</w:t>
      </w:r>
      <w:r/>
      <w:r/>
    </w:p>
    <w:p>
      <w:pPr>
        <w:pStyle w:val="Heading2"/>
      </w:pPr>
      <w:r>
        <w:t>Backyard pool: low-key luxury and the guilty pleasure of being homesitting rich</w:t>
      </w:r>
      <w:r/>
    </w:p>
    <w:p>
      <w:r/>
      <w:r>
        <w:t>There’s a particular thrill to sprawling on a cream lounger in somebody else’s perfectly landscaped backyard, a cold bloody mary in hand and a good book on your lap. It’s the sort of afternoon that feels cinematic: sun warming your shoulders, the pool’s edge glittering, and a hush of privilege that’s deliciously frivolous.</w:t>
      </w:r>
      <w:r/>
    </w:p>
    <w:p>
      <w:r/>
      <w:r>
        <w:t>These gatherings are for people who like comfort without fuss. They’re easy to host if you’re housesitting, and they make an excellent summer date or small-group hang. Bring a portable speaker, a fresh fruit platter and a water-proof book pouch if you tend to drift off into naps.</w:t>
      </w:r>
      <w:r/>
    </w:p>
    <w:p>
      <w:r/>
      <w:r>
        <w:t>If you prefer calm over chaos, this is your scene. You get sunlight, shade and conversation without the thump of house music , and you can always sneak off for a solo float when you need it.</w:t>
      </w:r>
      <w:r/>
    </w:p>
    <w:p>
      <w:pPr>
        <w:pStyle w:val="Heading2"/>
      </w:pPr>
      <w:r>
        <w:t>Desert saltwater dips and psychedelic nights: communal, weird and unforgettable</w:t>
      </w:r>
      <w:r/>
    </w:p>
    <w:p>
      <w:r/>
      <w:r>
        <w:t>Imagine a saltwater pool under an enormous desert sky, five friends clustered on inflatable loungers while Muna hums on a loop and the air feels electrically charged. Add a gentle dose of psychedelics and the night shifts into a slow-motion collage of colours and laughter.</w:t>
      </w:r>
      <w:r/>
    </w:p>
    <w:p>
      <w:r/>
      <w:r>
        <w:t>These experiences are rooted in intentionality: people often travel together, set boundaries and curate playlists to build a shared mood. They tend to be small, immersive and slightly transgressive, which is part of the appeal.</w:t>
      </w:r>
      <w:r/>
    </w:p>
    <w:p>
      <w:r/>
      <w:r>
        <w:t>If you’re considering a trip like this, plan carefully: stay hydrated, check the safety of the location, and agree on drug-use norms with the group. When it’s done well, it’s a memory that feels like a private film.</w:t>
      </w:r>
      <w:r/>
    </w:p>
    <w:p>
      <w:pPr>
        <w:pStyle w:val="Heading2"/>
      </w:pPr>
      <w:r>
        <w:t>Hotel and AirBnB pool parties: unicorn floats, fruity cocktails and full-tilt socialising</w:t>
      </w:r>
      <w:r/>
    </w:p>
    <w:p>
      <w:r/>
      <w:r>
        <w:t>There’s a certain energy to gatherings at boutique hotels or private AirBnBs where the pool is the whole point. Think colourful inflatables, signature cocktails and a crowd that’s there to see and be seen. These parties lean into spectacle , perfect outfits, curated playlists, and a communal sense of celebration.</w:t>
      </w:r>
      <w:r/>
    </w:p>
    <w:p>
      <w:r/>
      <w:r>
        <w:t>You’ll find DJs, themed decor and a friendly openness that makes it easy to meet people. They’re also great for those who want to be part of a scene without the intensity of a nightclub. Pack sunscreen, a cover-up that doubles as an outfit, and a phone with plenty of storage for photos.</w:t>
      </w:r>
      <w:r/>
    </w:p>
    <w:p>
      <w:r/>
      <w:r>
        <w:t>Expect a mix of locals and visitors, and a social tempo that runs from relaxed sunbathing in the afternoon to louder, more club-like vibes at dusk.</w:t>
      </w:r>
      <w:r/>
    </w:p>
    <w:p>
      <w:pPr>
        <w:pStyle w:val="Heading2"/>
      </w:pPr>
      <w:r>
        <w:t>Big lesbian pool parties and festival energy: loud, joyful and sometimes celebrity-studded</w:t>
      </w:r>
      <w:r/>
    </w:p>
    <w:p>
      <w:r/>
      <w:r>
        <w:t>When pools become stages, you get the kind of event that feels almost like a mini festival , DJs, celesbians, wet-T-shirt hijinks and a crowd that’s all in. These parties are high-energy, celebratory and noisy in the best way.</w:t>
      </w:r>
      <w:r/>
    </w:p>
    <w:p>
      <w:r/>
      <w:r>
        <w:t>They’re ideal if you want to dance in shallow water, meet dozens of new people in one evening, or see acts that don’t normally play small venues. Organisers often sell tickets in advance and the vibe can skew glitzy and performative.</w:t>
      </w:r>
      <w:r/>
    </w:p>
    <w:p>
      <w:r/>
      <w:r>
        <w:t>If you go, wear something you can move in, bring a secure bag for valuables, and set a meeting point with friends in case you get swept up in the fun.</w:t>
      </w:r>
      <w:r/>
    </w:p>
    <w:p>
      <w:pPr>
        <w:pStyle w:val="Heading2"/>
      </w:pPr>
      <w:r>
        <w:t>Campground skinny-dips and cowboy-pool stargazing: raw, intimate and a little wild</w:t>
      </w:r>
      <w:r/>
    </w:p>
    <w:p>
      <w:r/>
      <w:r>
        <w:t>Some of the most memorable nights are the simplest: a campsite fire, a blanket, and, later, a skinny-dip by a quiet cowboy pool beneath a scatter of stars. These moments are hushed and intense , the kind of thing that feels a little dangerous and entirely alive.</w:t>
      </w:r>
      <w:r/>
    </w:p>
    <w:p>
      <w:r/>
      <w:r>
        <w:t>They’re not for everyone, but for those who crave authenticity over polish, they’re gold. Expect close conversation, minimal light, and a sense of having stepped out of ordinary time.</w:t>
      </w:r>
      <w:r/>
    </w:p>
    <w:p>
      <w:r/>
      <w:r>
        <w:t>Practical tip: be mindful of privacy and consent, and keep a torch handy. The magic is in the quiet; protect it.</w:t>
      </w:r>
      <w:r/>
    </w:p>
    <w:p>
      <w:pPr>
        <w:pStyle w:val="Heading2"/>
      </w:pPr>
      <w:r>
        <w:t>Picking the right pool party for you</w:t>
      </w:r>
      <w:r/>
    </w:p>
    <w:p>
      <w:r/>
      <w:r>
        <w:t>Think about what you want from the day: tranquillity, people-watching, dancing or a dramatic memory. Your choice sets everything , from your outfit to how you’ll prepare. For quieter vibes, pick a housesit or small hotel hang. For spectacle, aim for organised pool events or festival-style parties. If you’re chasing intimacy, a campsite afterparty might be the one.</w:t>
      </w:r>
      <w:r/>
    </w:p>
    <w:p>
      <w:r/>
      <w:r>
        <w:t>Also, consider safety: check venue rules, look into organisers’ reputations, and travel with friends when possible. A little planning keeps the good parts and strips away the anxiety.</w:t>
      </w:r>
      <w:r/>
    </w:p>
    <w:p>
      <w:r/>
      <w:r>
        <w:t>It's a small change that can make every summer soak feel exactly like the story you want to tell.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3">
        <w:r>
          <w:rPr>
            <w:color w:val="0000EE"/>
            <w:u w:val="single"/>
          </w:rPr>
          <w:t>[6]</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https://www.autostraddle.com/quiz-which-quintessential-lesbian-summer-experience-are-you/?utm_source=rss&amp;utm_medium=rss&amp;utm_campaign=quiz-which-quintessential-lesbian-summer-experience-are-you</w:t>
        </w:r>
      </w:hyperlink>
      <w:r>
        <w:t xml:space="preserve"> - Please view link - unable to able to access data</w:t>
      </w:r>
      <w:r/>
    </w:p>
    <w:p>
      <w:pPr>
        <w:pStyle w:val="ListNumber"/>
        <w:spacing w:line="240" w:lineRule="auto"/>
        <w:ind w:left="720"/>
      </w:pPr>
      <w:r/>
      <w:hyperlink r:id="rId10">
        <w:r>
          <w:rPr>
            <w:color w:val="0000EE"/>
            <w:u w:val="single"/>
          </w:rPr>
          <w:t>https://www.sickening.events/e/parasol-2026</w:t>
        </w:r>
      </w:hyperlink>
      <w:r>
        <w:t xml:space="preserve"> - The PARASOL Pool Party Series in Detroit, Michigan, is hosting five unforgettable pool parties throughout the summer of 2026. Each event features unique themes, vibrant music, and performances, creating a welcoming atmosphere for the queer community. The parties are held at Common Pub in Midtown Detroit, offering a sun-soaked celebration of music, friends, and summer fun. Attendees can enjoy lounging in cabanas, swimming in the pool, or dancing to high-energy beats, making it a must-visit destination for those seeking a lively and inclusive summer experience.</w:t>
      </w:r>
      <w:r/>
    </w:p>
    <w:p>
      <w:pPr>
        <w:pStyle w:val="ListNumber"/>
        <w:spacing w:line="240" w:lineRule="auto"/>
        <w:ind w:left="720"/>
      </w:pPr>
      <w:r/>
      <w:hyperlink r:id="rId12">
        <w:r>
          <w:rPr>
            <w:color w:val="0000EE"/>
            <w:u w:val="single"/>
          </w:rPr>
          <w:t>https://ra.co/events/2486038</w:t>
        </w:r>
      </w:hyperlink>
      <w:r>
        <w:t xml:space="preserve"> - Hot Splash is a daytime pool party tailored for the lesbian and queer community, taking place on Sunday, July 12, 2026, at the Hotel Figueroa in Downtown Los Angeles. The event runs from 1 pm to 7 pm and features music, drinks, and a fun day in the sun. Attendees can enjoy swimming, lounging, and dancing to beats by DJs Soso, Mari Macha, and Eva Myra May. The event is designed for individuals over the age of 30, fostering a space for mature connections and enjoyment.</w:t>
      </w:r>
      <w:r/>
    </w:p>
    <w:p>
      <w:pPr>
        <w:pStyle w:val="ListNumber"/>
        <w:spacing w:line="240" w:lineRule="auto"/>
        <w:ind w:left="720"/>
      </w:pPr>
      <w:r/>
      <w:hyperlink r:id="rId11">
        <w:r>
          <w:rPr>
            <w:color w:val="0000EE"/>
            <w:u w:val="single"/>
          </w:rPr>
          <w:t>https://www.lesbiannightlife.com/moonlit-poolparty</w:t>
        </w:r>
      </w:hyperlink>
      <w:r>
        <w:t xml:space="preserve"> - MOONLIT is a night pool party hosted by LesbianNightLife at Mojitos Country Club in Randolph, Massachusetts. The event offers an opportunity for the lesbian and queer community to dance under the stars, enjoy handcrafted cocktails, and participate in summer dance parties. The venue provides free on-site parking, and the event is open to individuals aged 21 and over. MOONLIT aims to create a vibrant and inclusive atmosphere for attendees to connect and celebrate their identities.</w:t>
      </w:r>
      <w:r/>
    </w:p>
    <w:p>
      <w:pPr>
        <w:pStyle w:val="ListNumber"/>
        <w:spacing w:line="240" w:lineRule="auto"/>
        <w:ind w:left="720"/>
      </w:pPr>
      <w:r/>
      <w:hyperlink r:id="rId14">
        <w:r>
          <w:rPr>
            <w:color w:val="0000EE"/>
            <w:u w:val="single"/>
          </w:rPr>
          <w:t>https://www.eventbrite.com/e/pearl-pool-party-tickets-1987972149213</w:t>
        </w:r>
      </w:hyperlink>
      <w:r>
        <w:t xml:space="preserve"> - PEARL POOL PARTY is a monthly queer poolside event held at The Godfrey Hotel Hollywood in Los Angeles, California. The event features disco and house music, local queer DJs, performances, curated vendors, and iconic collaborations. Attendees are encouraged to bring their poolside looks, including kaftans, heels, speedos, sun hats, and pearls. The event is a safe space for the LGBTQ+ community and allies, celebrating all bodies, identities, and expressions. The venue is located at 1400 Cahuenga Boulevard, Los Angeles, CA 90028.</w:t>
      </w:r>
      <w:r/>
    </w:p>
    <w:p>
      <w:pPr>
        <w:pStyle w:val="ListNumber"/>
        <w:spacing w:line="240" w:lineRule="auto"/>
        <w:ind w:left="720"/>
      </w:pPr>
      <w:r/>
      <w:hyperlink r:id="rId13">
        <w:r>
          <w:rPr>
            <w:color w:val="0000EE"/>
            <w:u w:val="single"/>
          </w:rPr>
          <w:t>https://sickening.events/e/sapphicswimssummerslam</w:t>
        </w:r>
      </w:hyperlink>
      <w:r>
        <w:t xml:space="preserve"> - Sapphic Swims: Summer Slam is a pool party and rooftop tennis event hosted by Sickening Events on Sunday, July 26, 2026, at the Montrose Hotel in West Hollywood, California. The event runs from 1 pm to 7 pm and offers a day of community, connection, and summer fun. Attendees can lounge by the pool, dance in the sun, or participate in rooftop tennis liveball with Coach Chessa. The event aims to provide a sun-soaked day of community and connection for the lesbian and queer community.</w:t>
      </w:r>
      <w:r/>
    </w:p>
    <w:p>
      <w:pPr>
        <w:pStyle w:val="ListNumber"/>
        <w:spacing w:line="240" w:lineRule="auto"/>
        <w:ind w:left="720"/>
      </w:pPr>
      <w:r/>
      <w:hyperlink r:id="rId15">
        <w:r>
          <w:rPr>
            <w:color w:val="0000EE"/>
            <w:u w:val="single"/>
          </w:rPr>
          <w:t>https://www.damngooddykenights.com/</w:t>
        </w:r>
      </w:hyperlink>
      <w:r>
        <w:t xml:space="preserve"> - Damn Good Dyke Nights (DGDN) is an event services company focused on creating unique spaces for lesbian and queer individuals to connect through monthly parties primarily located in Los Angeles, California. DGDN events offer a fun, safe, and inclusive environment, differing from standard club nights by providing opportunities to enjoy drinks, food, dancing, and community connection in various exciting venues. The company also collaborates with restaurants, bars, and organizers to host lesbian and queer events, fostering a vibrant and inclusive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quiz-which-quintessential-lesbian-summer-experience-are-you/?utm_source=rss&amp;utm_medium=rss&amp;utm_campaign=quiz-which-quintessential-lesbian-summer-experience-are-you" TargetMode="External"/><Relationship Id="rId10" Type="http://schemas.openxmlformats.org/officeDocument/2006/relationships/hyperlink" Target="https://www.sickening.events/e/parasol-2026" TargetMode="External"/><Relationship Id="rId11" Type="http://schemas.openxmlformats.org/officeDocument/2006/relationships/hyperlink" Target="https://www.lesbiannightlife.com/moonlit-poolparty" TargetMode="External"/><Relationship Id="rId12" Type="http://schemas.openxmlformats.org/officeDocument/2006/relationships/hyperlink" Target="https://ra.co/events/2486038" TargetMode="External"/><Relationship Id="rId13" Type="http://schemas.openxmlformats.org/officeDocument/2006/relationships/hyperlink" Target="https://sickening.events/e/sapphicswimssummerslam" TargetMode="External"/><Relationship Id="rId14" Type="http://schemas.openxmlformats.org/officeDocument/2006/relationships/hyperlink" Target="https://www.eventbrite.com/e/pearl-pool-party-tickets-1987972149213" TargetMode="External"/><Relationship Id="rId15" Type="http://schemas.openxmlformats.org/officeDocument/2006/relationships/hyperlink" Target="https://www.damngooddykenight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