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Leeds Pride 2026 Moments: How the City Marked 20 Years of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colour, Leeds turned out in force as thousands poured into the city centre for Leeds Pride 2026 , a packed weekend of music, stalls and a glittering parade that marked two decades of the festival and why it matters to the city.</w:t>
      </w:r>
      <w:r/>
    </w:p>
    <w:p>
      <w:r/>
      <w:r>
        <w:t>Essential Takeaways</w:t>
      </w:r>
      <w:r/>
      <w:r/>
    </w:p>
    <w:p>
      <w:pPr>
        <w:pStyle w:val="ListBullet"/>
        <w:spacing w:line="240" w:lineRule="auto"/>
        <w:ind w:left="720"/>
      </w:pPr>
      <w:r/>
      <w:r>
        <w:rPr>
          <w:b/>
        </w:rPr>
        <w:t>Huge turnout:</w:t>
      </w:r>
      <w:r>
        <w:t xml:space="preserve"> Thousands attended the weekend events, with large crowds lining Victoria Gardens, The Headrow and outside Leeds Art Gallery.</w:t>
      </w:r>
      <w:r/>
    </w:p>
    <w:p>
      <w:pPr>
        <w:pStyle w:val="ListBullet"/>
        <w:spacing w:line="240" w:lineRule="auto"/>
        <w:ind w:left="720"/>
      </w:pPr>
      <w:r/>
      <w:r>
        <w:rPr>
          <w:b/>
        </w:rPr>
        <w:t>20th anniversary:</w:t>
      </w:r>
      <w:r>
        <w:t xml:space="preserve"> Leeds celebrated two decades of Pride with special programming and wider community involvement.</w:t>
      </w:r>
      <w:r/>
    </w:p>
    <w:p>
      <w:pPr>
        <w:pStyle w:val="ListBullet"/>
        <w:spacing w:line="240" w:lineRule="auto"/>
        <w:ind w:left="720"/>
      </w:pPr>
      <w:r/>
      <w:r>
        <w:rPr>
          <w:b/>
        </w:rPr>
        <w:t>Parade route and closures:</w:t>
      </w:r>
      <w:r>
        <w:t xml:space="preserve"> The procession set off from Leeds Town Hall; surrounding streets were closed to traffic for safety and viewing.</w:t>
      </w:r>
      <w:r/>
    </w:p>
    <w:p>
      <w:pPr>
        <w:pStyle w:val="ListBullet"/>
        <w:spacing w:line="240" w:lineRule="auto"/>
        <w:ind w:left="720"/>
      </w:pPr>
      <w:r/>
      <w:r>
        <w:rPr>
          <w:b/>
        </w:rPr>
        <w:t>Festival atmosphere:</w:t>
      </w:r>
      <w:r>
        <w:t xml:space="preserve"> The city-centre site featured live music, food and stalls on Saturday, with main parade and continued festivities on Sunday.</w:t>
      </w:r>
      <w:r/>
    </w:p>
    <w:p>
      <w:pPr>
        <w:pStyle w:val="ListBullet"/>
        <w:spacing w:line="240" w:lineRule="auto"/>
        <w:ind w:left="720"/>
      </w:pPr>
      <w:r/>
      <w:r>
        <w:rPr>
          <w:b/>
        </w:rPr>
        <w:t>Local scale:</w:t>
      </w:r>
      <w:r>
        <w:t xml:space="preserve"> Organisers and council expected tens of thousands, continuing last year’s large regional draw.</w:t>
      </w:r>
      <w:r/>
      <w:r/>
    </w:p>
    <w:p>
      <w:pPr>
        <w:pStyle w:val="Heading2"/>
      </w:pPr>
      <w:r>
        <w:t>A carnival of colour: the parade everyone talked about</w:t>
      </w:r>
      <w:r/>
    </w:p>
    <w:p>
      <w:r/>
      <w:r>
        <w:t>The strongest image from the weekend was the parade itself , a long, jubilant procession that started at Leeds Town Hall and snaked through the city heart, leaving a vivid trail of flags, glitter and noise. People pressed up on pavements, perched on steps near the Art Gallery and spilled into familiar Leeds spots to catch the spectacle. According to local organisers and reporting, the scene was both celebratory and reflective, with Progress Pride banners rubbing shoulders with community floats. If you were there, the mix of sound and colour felt like a city-wide hug.</w:t>
      </w:r>
      <w:r/>
    </w:p>
    <w:p>
      <w:pPr>
        <w:pStyle w:val="Heading2"/>
      </w:pPr>
      <w:r>
        <w:t>Two decades of Pride: why year 20 felt different</w:t>
      </w:r>
      <w:r/>
    </w:p>
    <w:p>
      <w:r/>
      <w:r>
        <w:t>Leeds marked its 20th anniversary with a sense that the festival has matured into an essential civic moment. Leeds City Council and organisers leaned into the milestone, curating special acts and outreach to underline inclusion and visibility. Industry coverage suggested organisers expected around 60,000 attendees across the weekend, which puts the event firmly among the region’s biggest Pride gatherings. For many locals, the anniversary added weight , it wasn’t just a party, it was a reminder of how far things have come.</w:t>
      </w:r>
      <w:r/>
    </w:p>
    <w:p>
      <w:pPr>
        <w:pStyle w:val="Heading2"/>
      </w:pPr>
      <w:r>
        <w:t>Where to be and when: practical stuff that mattered</w:t>
      </w:r>
      <w:r/>
    </w:p>
    <w:p>
      <w:r/>
      <w:r>
        <w:t>Organisers published clear plans for the parade route and timing, which helped keep things moving. Streets around the city centre were closed to traffic while the procession made its way through, so if you were travelling in Leeds that weekend you either needed to plan a walk or use public transport alternatives. The festival site on Saturday offered live music and stalls, then Sunday’s main event centred on the parade and later gatherings at The Calls and Lower Briggate. For anyone planning to attend future events, arrive early for good viewing spots and bring layers , standing in a crowd is warm, but Leeds weather isn’t always.</w:t>
      </w:r>
      <w:r/>
    </w:p>
    <w:p>
      <w:pPr>
        <w:pStyle w:val="Heading2"/>
      </w:pPr>
      <w:r>
        <w:t>Community on show: groups, charities and local pride</w:t>
      </w:r>
      <w:r/>
    </w:p>
    <w:p>
      <w:r/>
      <w:r>
        <w:t>One of the weekend’s strengths was the breadth of community groups involved, from charities and grassroots networks to arts organisations and businesses, all showing up with banners and stalls. That variety reminded spectators that Pride in Leeds is about more than headline acts , it’s also a chance for neighbourhoods and organisations to be seen and heard. Volunteers and marshals gave the day structure, and many attendees noted how friendly and welcoming the atmosphere felt, from the quiet moments at commemorative floats to the louder, danced-through streets.</w:t>
      </w:r>
      <w:r/>
    </w:p>
    <w:p>
      <w:pPr>
        <w:pStyle w:val="Heading2"/>
      </w:pPr>
      <w:r>
        <w:t>What it means for the city after the weekend</w:t>
      </w:r>
      <w:r/>
    </w:p>
    <w:p>
      <w:r/>
      <w:r>
        <w:t>Leeds Pride isn’t just a weekend on the calendar; it’s become a marker of the city’s cultural calendar and civic identity. Local reporting and council statements framed the event as a celebration of diversity that boosts the night-time economy, supports small traders at the stalls, and helps spotlight local causes. Looking ahead, organisers and city officials will likely build on this 20-year momentum , more programme variety, clearer travel guidance and continued community partnerships seem certain. For residents, it’s an annual reminder that Leeds can be loud, proud and generous all at once.</w:t>
      </w:r>
      <w:r/>
    </w:p>
    <w:p>
      <w:r/>
      <w:r>
        <w:t>It's a small change that can make every parade, stall and song feel like part of something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9">
        <w:r>
          <w:rPr>
            <w:color w:val="0000EE"/>
            <w:u w:val="single"/>
          </w:rPr>
          <w:t>[1]</w:t>
        </w:r>
      </w:hyperlink>
      <w:r>
        <w:t xml:space="preserve">- Paragraph 4: </w:t>
      </w:r>
      <w:hyperlink r:id="rId12">
        <w:r>
          <w:rPr>
            <w:color w:val="0000EE"/>
            <w:u w:val="single"/>
          </w:rPr>
          <w:t>[5]</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https://www.leeds-live.co.uk/best-in-leeds/whats-on-news/leeds-pride-2026-live-thousands-34315571</w:t>
        </w:r>
      </w:hyperlink>
      <w:r>
        <w:t xml:space="preserve"> - Please view link - unable to able to access data</w:t>
      </w:r>
      <w:r/>
    </w:p>
    <w:p>
      <w:pPr>
        <w:pStyle w:val="ListNumber"/>
        <w:spacing w:line="240" w:lineRule="auto"/>
        <w:ind w:left="720"/>
      </w:pPr>
      <w:r/>
      <w:hyperlink r:id="rId10">
        <w:r>
          <w:rPr>
            <w:color w:val="0000EE"/>
            <w:u w:val="single"/>
          </w:rPr>
          <w:t>https://news.leeds.gov.uk/news/leeds-city-council-looks-forward-to-celebrating-20-years-of-pride</w:t>
        </w:r>
      </w:hyperlink>
      <w:r>
        <w:t xml:space="preserve"> - Leeds City Council is preparing to celebrate 20 years of Pride with an event expected to attract over 60,000 people. The parade will commence at 12:30 pm on Sunday, 19 July 2026, starting opposite Leeds Town Hall and proceeding to Lower Briggate. The council has reaffirmed its commitment to LGBT+ inclusivity through the launch of the 2024-2029 LGBT+ Inclusive Leeds plan and will provide an access bus to ensure the event is open to everyone.</w:t>
      </w:r>
      <w:r/>
    </w:p>
    <w:p>
      <w:pPr>
        <w:pStyle w:val="ListNumber"/>
        <w:spacing w:line="240" w:lineRule="auto"/>
        <w:ind w:left="720"/>
      </w:pPr>
      <w:r/>
      <w:hyperlink r:id="rId14">
        <w:r>
          <w:rPr>
            <w:color w:val="0000EE"/>
            <w:u w:val="single"/>
          </w:rPr>
          <w:t>https://www.leedsjld.com/event-details/leeds-pride-2026</w:t>
        </w:r>
      </w:hyperlink>
      <w:r>
        <w:t xml:space="preserve"> - Leeds Junior Lawyers Division (JLD) is participating in the Leeds Pride 2026 parade on Sunday, 19 July 2026. The event includes walking in the parade, followed by an afterparty at Power, Corruption &amp; Lies. The parade assembles at 11:00 am at Power, Corruption &amp; Lies, 36 Call Lane, Leeds LS1 6DT, with the parade starting at 12:30 pm.</w:t>
      </w:r>
      <w:r/>
    </w:p>
    <w:p>
      <w:pPr>
        <w:pStyle w:val="ListNumber"/>
        <w:spacing w:line="240" w:lineRule="auto"/>
        <w:ind w:left="720"/>
      </w:pPr>
      <w:r/>
      <w:hyperlink r:id="rId15">
        <w:r>
          <w:rPr>
            <w:color w:val="0000EE"/>
            <w:u w:val="single"/>
          </w:rPr>
          <w:t>https://engage.rcgp.org.uk/event/a2kWS000000YYLp/ev06779</w:t>
        </w:r>
      </w:hyperlink>
      <w:r>
        <w:t xml:space="preserve"> - The Royal College of General Practitioners (RCGP) is participating in Leeds Pride 2026 on Sunday, 19 July 2026. The event starts at 10:00 am at the Leeds Marriott Hotel, with a light breakfast and welcome gathering before heading to the parade together. The parade begins at 12:30 pm, and after the parade, attendees are welcome to enjoy the rest of Leeds Pride at their leisure.</w:t>
      </w:r>
      <w:r/>
    </w:p>
    <w:p>
      <w:pPr>
        <w:pStyle w:val="ListNumber"/>
        <w:spacing w:line="240" w:lineRule="auto"/>
        <w:ind w:left="720"/>
      </w:pPr>
      <w:r/>
      <w:hyperlink r:id="rId12">
        <w:r>
          <w:rPr>
            <w:color w:val="0000EE"/>
            <w:u w:val="single"/>
          </w:rPr>
          <w:t>https://leedspride.com/</w:t>
        </w:r>
      </w:hyperlink>
      <w:r>
        <w:t xml:space="preserve"> - Leeds Pride is celebrating its 20th anniversary in 2026, marking two decades as one of the UK's largest free Pride festivals. The event takes place on Saturday, 18 July, and Sunday, 19 July 2026, with the main celebrations on Sunday, including the parade, family area, market stalls, and main stage on Lower Briggate by The Calls. The parade gathers around Leeds Town Hall on the Headrow before weaving through the city centre and finishing on Lower Briggate.</w:t>
      </w:r>
      <w:r/>
    </w:p>
    <w:p>
      <w:pPr>
        <w:pStyle w:val="ListNumber"/>
        <w:spacing w:line="240" w:lineRule="auto"/>
        <w:ind w:left="720"/>
      </w:pPr>
      <w:r/>
      <w:hyperlink r:id="rId11">
        <w:r>
          <w:rPr>
            <w:color w:val="0000EE"/>
            <w:u w:val="single"/>
          </w:rPr>
          <w:t>https://www.publicsectorexecutive.com/articles/leeds-pride-2026-set-draw-60000-city-marks-20-years-celebration</w:t>
        </w:r>
      </w:hyperlink>
      <w:r>
        <w:t xml:space="preserve"> - Leeds is preparing to welcome more than 60,000 people into the city centre for Leeds Pride 2026, celebrating its 20th anniversary with a vibrant programme of events, including a colourful parade through the heart of the city. The parade will begin at 12:30 pm on Sunday, 19 July, setting off from a point opposite Leeds Town Hall before making its way through the city centre and ending at Lower Briggate. The event features a wide range of participants, including community groups, organisations, and businesses.</w:t>
      </w:r>
      <w:r/>
    </w:p>
    <w:p>
      <w:pPr>
        <w:pStyle w:val="ListNumber"/>
        <w:spacing w:line="240" w:lineRule="auto"/>
        <w:ind w:left="720"/>
      </w:pPr>
      <w:r/>
      <w:hyperlink r:id="rId13">
        <w:r>
          <w:rPr>
            <w:color w:val="0000EE"/>
            <w:u w:val="single"/>
          </w:rPr>
          <w:t>https://uk.headtopics.com/news/leeds-pride-2026-parade-route-set-times-tickets-travel-84786391</w:t>
        </w:r>
      </w:hyperlink>
      <w:r>
        <w:t xml:space="preserve"> - Leeds Pride 2026 is set to take place on Saturday, 18 July, and Sunday, 19 July, with the main celebrations on Sunday, including the famous parade, festival site, family area, and stalls. The parade will gather around Leeds Town Hall before making its way through the city centre. The event is not only a celebration of LGBTQ+ pride and equality but also a major boost for the city centre economy, with previous years contributing millions of pounds to local businesses.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eds-live.co.uk/best-in-leeds/whats-on-news/leeds-pride-2026-live-thousands-34315571" TargetMode="External"/><Relationship Id="rId10" Type="http://schemas.openxmlformats.org/officeDocument/2006/relationships/hyperlink" Target="https://news.leeds.gov.uk/news/leeds-city-council-looks-forward-to-celebrating-20-years-of-pride" TargetMode="External"/><Relationship Id="rId11" Type="http://schemas.openxmlformats.org/officeDocument/2006/relationships/hyperlink" Target="https://www.publicsectorexecutive.com/articles/leeds-pride-2026-set-draw-60000-city-marks-20-years-celebration" TargetMode="External"/><Relationship Id="rId12" Type="http://schemas.openxmlformats.org/officeDocument/2006/relationships/hyperlink" Target="https://leedspride.com/" TargetMode="External"/><Relationship Id="rId13" Type="http://schemas.openxmlformats.org/officeDocument/2006/relationships/hyperlink" Target="https://uk.headtopics.com/news/leeds-pride-2026-parade-route-set-times-tickets-travel-84786391" TargetMode="External"/><Relationship Id="rId14" Type="http://schemas.openxmlformats.org/officeDocument/2006/relationships/hyperlink" Target="https://www.leedsjld.com/event-details/leeds-pride-2026" TargetMode="External"/><Relationship Id="rId15" Type="http://schemas.openxmlformats.org/officeDocument/2006/relationships/hyperlink" Target="https://engage.rcgp.org.uk/event/a2kWS000000YYLp/ev067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