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Roze Maandag: Who Is the Party Really For?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crowds, the pink shirts and the loud music , Roze Maandag in Tilburg has grown from a safe space into a massive public celebration, and that shift raises a simple question: who is this day actually for? Here's what to know, how the event has changed, and how local queer communities are responding.</w:t>
      </w:r>
      <w:r/>
    </w:p>
    <w:p>
      <w:r/>
      <w:r>
        <w:t>Essential Takeaways</w:t>
      </w:r>
      <w:r/>
      <w:r/>
    </w:p>
    <w:p>
      <w:pPr>
        <w:pStyle w:val="ListBullet"/>
        <w:spacing w:line="240" w:lineRule="auto"/>
        <w:ind w:left="720"/>
      </w:pPr>
      <w:r/>
      <w:r>
        <w:rPr>
          <w:b/>
        </w:rPr>
        <w:t>Historic purpose:</w:t>
      </w:r>
      <w:r>
        <w:t xml:space="preserve"> Roze Maandag began as a visibility and safety day for the queer community in Tilburg, offering a place to meet and be open.</w:t>
      </w:r>
      <w:r/>
    </w:p>
    <w:p>
      <w:pPr>
        <w:pStyle w:val="ListBullet"/>
        <w:spacing w:line="240" w:lineRule="auto"/>
        <w:ind w:left="720"/>
      </w:pPr>
      <w:r/>
      <w:r>
        <w:rPr>
          <w:b/>
        </w:rPr>
        <w:t>Public scale:</w:t>
      </w:r>
      <w:r>
        <w:t xml:space="preserve"> The event has ballooned into a large, carnival-like draw with many heteronormative visitors, big stages and mass parties.</w:t>
      </w:r>
      <w:r/>
    </w:p>
    <w:p>
      <w:pPr>
        <w:pStyle w:val="ListBullet"/>
        <w:spacing w:line="240" w:lineRule="auto"/>
        <w:ind w:left="720"/>
      </w:pPr>
      <w:r/>
      <w:r>
        <w:rPr>
          <w:b/>
        </w:rPr>
        <w:t>Community tension:</w:t>
      </w:r>
      <w:r>
        <w:t xml:space="preserve"> Some queer attendees feel sidelined, acting more as decoration than central participants.</w:t>
      </w:r>
      <w:r/>
    </w:p>
    <w:p>
      <w:pPr>
        <w:pStyle w:val="ListBullet"/>
        <w:spacing w:line="240" w:lineRule="auto"/>
        <w:ind w:left="720"/>
      </w:pPr>
      <w:r/>
      <w:r>
        <w:rPr>
          <w:b/>
        </w:rPr>
        <w:t>Local response:</w:t>
      </w:r>
      <w:r>
        <w:t xml:space="preserve"> Grassroots groups still carve out private or quieter gatherings to reclaim space and meaning.</w:t>
      </w:r>
      <w:r/>
    </w:p>
    <w:p>
      <w:pPr>
        <w:pStyle w:val="ListBullet"/>
        <w:spacing w:line="240" w:lineRule="auto"/>
        <w:ind w:left="720"/>
      </w:pPr>
      <w:r/>
      <w:r>
        <w:rPr>
          <w:b/>
        </w:rPr>
        <w:t>Practical tip:</w:t>
      </w:r>
      <w:r>
        <w:t xml:space="preserve"> If you want a queer-centred experience, seek out community-run events or the Pride Walk rather than main-square parties.</w:t>
      </w:r>
      <w:r/>
      <w:r/>
    </w:p>
    <w:p>
      <w:pPr>
        <w:pStyle w:val="Heading2"/>
      </w:pPr>
      <w:r>
        <w:t>The original aim: visibility, safety and meeting place</w:t>
      </w:r>
      <w:r/>
    </w:p>
    <w:p>
      <w:r/>
      <w:r>
        <w:t>Roze Maandag started as a clear answer to a simple need , a visible, welcoming moment where queer people could meet without fear. The day still carries that warm, slightly electric feeling; you can sense it in the hugs, the colours and the conversations that linger in doorways. According to local coverage, that original thread of safety and togetherness was deliberate, born from decades of activism and the practical need to feel seen on the streets.</w:t>
      </w:r>
      <w:r/>
    </w:p>
    <w:p>
      <w:r/>
      <w:r>
        <w:t>Over time the event grew, both in attendance and in profile. What began as community-led gatherings has been met with increasing official attention and commercial enthusiasm, which brings more visitors but also dilutes the original focus. If you value privacy or a low-key space to connect, it's worth checking smaller listings and community social channels for quieter meet-ups.</w:t>
      </w:r>
      <w:r/>
    </w:p>
    <w:p>
      <w:pPr>
        <w:pStyle w:val="Heading2"/>
      </w:pPr>
      <w:r>
        <w:t>How Roze Maandag became a mass public festival</w:t>
      </w:r>
      <w:r/>
    </w:p>
    <w:p>
      <w:r/>
      <w:r>
        <w:t>The kermis in Tilburg helps turn the knobs , the carnival atmosphere lends itself to big stages, beer tents and headline DJs, and that energy attracts crowds who come for the spectacle. Many now attend wearing uniform pink tees and party accessories, which creates a bold, Instagram-ready scene but also one dominated by tourism-style revelry.</w:t>
      </w:r>
      <w:r/>
    </w:p>
    <w:p>
      <w:r/>
      <w:r>
        <w:t>Local venues and the municipality have leaned into that energy, promoting larger, mainstream programming. That’s great for visibility in a broad sense, but it means many of the niche or intimate parts of the day, safe spaces, specialist panels, or small drag rooms, get pushed aside. If you want something more than people-watching, look for events explicitly organised by queer groups rather than the large public programme.</w:t>
      </w:r>
      <w:r/>
    </w:p>
    <w:p>
      <w:pPr>
        <w:pStyle w:val="Heading2"/>
      </w:pPr>
      <w:r>
        <w:t>When visibility becomes objectification: the community's reaction</w:t>
      </w:r>
      <w:r/>
    </w:p>
    <w:p>
      <w:r/>
      <w:r>
        <w:t>There’s a real sting when an event that was created by and for a minority community begins to feel like an attraction for everyone else. Some long-time participants say Roze Maandag now feels like a parade in which queer people are the scenery rather than the hosts. That observation isn't merely nostalgic , it reflects lived experience of safety, dignity and being central to your own celebrations.</w:t>
      </w:r>
      <w:r/>
    </w:p>
    <w:p>
      <w:r/>
      <w:r>
        <w:t>Many in the community respond with a mix of resignation and creativity: they still march in the Pride Walk to assert presence, but they also organise pop-up evenings and more private parties to preserve authenticity. If Roze Maandag feels overwhelming, you're not alone; plenty of locals quietly choose smaller gatherings that prioritise queer voices.</w:t>
      </w:r>
      <w:r/>
    </w:p>
    <w:p>
      <w:pPr>
        <w:pStyle w:val="Heading2"/>
      </w:pPr>
      <w:r>
        <w:t>Finding the right way to take part: tips for attendees</w:t>
      </w:r>
      <w:r/>
    </w:p>
    <w:p>
      <w:r/>
      <w:r>
        <w:t>If you want to join in without feeling like part of a spectacle, aim for community-driven options. Check local listings and queer organisation pages for meet-ups, or arrive early to find quieter pockets before the big crowds form. If you’re a visitor, be mindful , celebrate visibly but respectfully, and remember that for some people the day is about safety, not entertainment.</w:t>
      </w:r>
      <w:r/>
    </w:p>
    <w:p>
      <w:r/>
      <w:r>
        <w:t>For people who want to show solidarity, consider supporting local queer venues or events financially or by volunteering. That small gesture helps keep dedicated spaces open and signals that your presence is about more than a party photo.</w:t>
      </w:r>
      <w:r/>
    </w:p>
    <w:p>
      <w:pPr>
        <w:pStyle w:val="Heading2"/>
      </w:pPr>
      <w:r>
        <w:t>What comes next for Roze Maandag?</w:t>
      </w:r>
      <w:r/>
    </w:p>
    <w:p>
      <w:r/>
      <w:r>
        <w:t>The future will likely be a mix: bigger public festival elements will stay, and so will a quieter, community-first strand. The challenge for organisers and the city is balancing tourism and celebration with genuine support for queer spaces and programming. There’s room for both, but only if planners listen to the people who rely on the day for visibility and safety.</w:t>
      </w:r>
      <w:r/>
    </w:p>
    <w:p>
      <w:r/>
      <w:r>
        <w:t>Many locals are quietly optimistic , they’ll keep making their own places and moments. And for anyone watching, it’s worth asking: are we celebrating with the community, or just celebrating them?</w:t>
      </w:r>
      <w:r/>
    </w:p>
    <w:p>
      <w:r/>
      <w:r>
        <w:t>It's a small change of perspective that can make every pink shirt feel like a participant rather than a prop.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0">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https://www.bd.nl/opinie/roze-maandag-wiens-feestje-is-het-eigenlijk~a73428a5/</w:t>
        </w:r>
      </w:hyperlink>
      <w:r>
        <w:t xml:space="preserve"> - Please view link - unable to able to access data</w:t>
      </w:r>
      <w:r/>
    </w:p>
    <w:p>
      <w:pPr>
        <w:pStyle w:val="ListNumber"/>
        <w:spacing w:line="240" w:lineRule="auto"/>
        <w:ind w:left="720"/>
      </w:pPr>
      <w:r/>
      <w:hyperlink r:id="rId9">
        <w:r>
          <w:rPr>
            <w:color w:val="0000EE"/>
            <w:u w:val="single"/>
          </w:rPr>
          <w:t>https://www.bd.nl/opinie/roze-maandag-wiens-feestje-is-het-eigenlijk~a73428a5/</w:t>
        </w:r>
      </w:hyperlink>
      <w:r>
        <w:t xml:space="preserve"> - In this opinion piece, John van Uden reflects on the evolution of Roze Maandag, a prominent LGBTQ+ event in Tilburg. Originally established in 1990 to promote visibility, community, and safety for the LGBTQ+ community, the event has increasingly attracted a broader, predominantly heterosexual audience. Van Uden expresses concern that the event's original purpose is being overshadowed by mass public festivities, questioning its current relevance for the queer community.</w:t>
      </w:r>
      <w:r/>
    </w:p>
    <w:p>
      <w:pPr>
        <w:pStyle w:val="ListNumber"/>
        <w:spacing w:line="240" w:lineRule="auto"/>
        <w:ind w:left="720"/>
      </w:pPr>
      <w:r/>
      <w:hyperlink r:id="rId10">
        <w:r>
          <w:rPr>
            <w:color w:val="0000EE"/>
            <w:u w:val="single"/>
          </w:rPr>
          <w:t>https://www.rozemaandag.nl/</w:t>
        </w:r>
      </w:hyperlink>
      <w:r>
        <w:t xml:space="preserve"> - Roze Maandag is one of the largest LGBTQ+ festivals in the Netherlands, held annually during the Tilburgse Kermis. The event focuses on visibility, acceptance, and celebrating diversity. Organised by Stichting Roze Maandag, it features various activities, including the Roze Maandag Express train from Rotterdam to Tilburg, the Pride Walk through the city, and numerous parties and performances across Tilburg's venues.</w:t>
      </w:r>
      <w:r/>
    </w:p>
    <w:p>
      <w:pPr>
        <w:pStyle w:val="ListNumber"/>
        <w:spacing w:line="240" w:lineRule="auto"/>
        <w:ind w:left="720"/>
      </w:pPr>
      <w:r/>
      <w:hyperlink r:id="rId11">
        <w:r>
          <w:rPr>
            <w:color w:val="0000EE"/>
            <w:u w:val="single"/>
          </w:rPr>
          <w:t>https://tilburg.com/nieuws/luv-opent-roze-maandag/</w:t>
        </w:r>
      </w:hyperlink>
      <w:r>
        <w:t xml:space="preserve"> - In 2010, the popular Dutch girl group LUV was invited to open Roze Maandag in Tilburg. The event, which began as a gay integration party, has evolved into a celebration for everyone, regardless of sexual orientation or background. The theme for that year was 'Be gay for a day', encouraging attendees to embrace their colourful and eccentric selves.</w:t>
      </w:r>
      <w:r/>
    </w:p>
    <w:p>
      <w:pPr>
        <w:pStyle w:val="ListNumber"/>
        <w:spacing w:line="240" w:lineRule="auto"/>
        <w:ind w:left="720"/>
      </w:pPr>
      <w:r/>
      <w:hyperlink r:id="rId13">
        <w:r>
          <w:rPr>
            <w:color w:val="0000EE"/>
            <w:u w:val="single"/>
          </w:rPr>
          <w:t>https://tilburg.com/nieuws/gezichten-van-roze-maandag/</w:t>
        </w:r>
      </w:hyperlink>
      <w:r>
        <w:t xml:space="preserve"> - An article highlighting the diverse attendees of Roze Maandag in Tilburg, showcasing personal stories and experiences. The piece features individuals from various backgrounds, including Joop and Stefan from Dresden, Germany, and Alie and Lenie from Rotterdam, illustrating the event's broad appeal and the sense of community it fosters among LGBTQ+ individuals and allies.</w:t>
      </w:r>
      <w:r/>
    </w:p>
    <w:p>
      <w:pPr>
        <w:pStyle w:val="ListNumber"/>
        <w:spacing w:line="240" w:lineRule="auto"/>
        <w:ind w:left="720"/>
      </w:pPr>
      <w:r/>
      <w:hyperlink r:id="rId12">
        <w:r>
          <w:rPr>
            <w:color w:val="0000EE"/>
            <w:u w:val="single"/>
          </w:rPr>
          <w:t>https://tilburg.com/nieuws/roze-maandag-in-tilburg-fotos/</w:t>
        </w:r>
      </w:hyperlink>
      <w:r>
        <w:t xml:space="preserve"> - A photo report capturing the vibrant atmosphere of Roze Maandag in Tilburg. The 20th edition of the event saw unprecedented crowds, especially in areas like Korte Heuvel, Stadhuisstraat, and Paleisring. Attendees were adorned in glitter and glamour, with many visitors donning pink attire to participate in the festivities.</w:t>
      </w:r>
      <w:r/>
    </w:p>
    <w:p>
      <w:pPr>
        <w:pStyle w:val="ListNumber"/>
        <w:spacing w:line="240" w:lineRule="auto"/>
        <w:ind w:left="720"/>
      </w:pPr>
      <w:r/>
      <w:hyperlink r:id="rId14">
        <w:r>
          <w:rPr>
            <w:color w:val="0000EE"/>
            <w:u w:val="single"/>
          </w:rPr>
          <w:t>https://www.beleven.org/feest/roze_maandag</w:t>
        </w:r>
      </w:hyperlink>
      <w:r>
        <w:t xml:space="preserve"> - Roze Maandag is an annual event held on the Monday of the Tilburgse Kermis, celebrating LGBTQ+ rights and visibility. Originating in 1990 from a spontaneous action by the Gay Krant, it has grown into one of the largest events of its kind in the Netherlands, featuring a variety of activities and attracting a diverse audience.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opinie/roze-maandag-wiens-feestje-is-het-eigenlijk~a73428a5/" TargetMode="External"/><Relationship Id="rId10" Type="http://schemas.openxmlformats.org/officeDocument/2006/relationships/hyperlink" Target="https://www.rozemaandag.nl/" TargetMode="External"/><Relationship Id="rId11" Type="http://schemas.openxmlformats.org/officeDocument/2006/relationships/hyperlink" Target="https://tilburg.com/nieuws/luv-opent-roze-maandag/" TargetMode="External"/><Relationship Id="rId12" Type="http://schemas.openxmlformats.org/officeDocument/2006/relationships/hyperlink" Target="https://tilburg.com/nieuws/roze-maandag-in-tilburg-fotos/" TargetMode="External"/><Relationship Id="rId13" Type="http://schemas.openxmlformats.org/officeDocument/2006/relationships/hyperlink" Target="https://tilburg.com/nieuws/gezichten-van-roze-maandag/" TargetMode="External"/><Relationship Id="rId14" Type="http://schemas.openxmlformats.org/officeDocument/2006/relationships/hyperlink" Target="https://www.beleven.org/feest/roze_maan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