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Glasgow Pride road closures and travel tips for city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Plan ahead: thousands will flock to Glasgow’s Merchant City for Pride, and road closures, bus lane suspensions and parking restrictions will change the way you get around , here’s what to expect, why it matters and how to keep your day running smoothly.</w:t>
      </w:r>
      <w:r/>
    </w:p>
    <w:p>
      <w:r/>
      <w:r>
        <w:t>Essential Takeaways</w:t>
      </w:r>
      <w:r/>
      <w:r/>
    </w:p>
    <w:p>
      <w:pPr>
        <w:pStyle w:val="ListBullet"/>
        <w:spacing w:line="240" w:lineRule="auto"/>
        <w:ind w:left="720"/>
      </w:pPr>
      <w:r/>
      <w:r>
        <w:rPr>
          <w:b/>
        </w:rPr>
        <w:t>When:</w:t>
      </w:r>
      <w:r>
        <w:t xml:space="preserve"> restrictions run intermittently from 3pm on Friday until 11.59pm on Saturday, with major closures in effect on Saturday. </w:t>
      </w:r>
      <w:r/>
    </w:p>
    <w:p>
      <w:pPr>
        <w:pStyle w:val="ListBullet"/>
        <w:spacing w:line="240" w:lineRule="auto"/>
        <w:ind w:left="720"/>
      </w:pPr>
      <w:r/>
      <w:r>
        <w:rPr>
          <w:b/>
        </w:rPr>
        <w:t>Key closures:</w:t>
      </w:r>
      <w:r>
        <w:t xml:space="preserve"> Hutcheson Street, Brunswick Street, parts of Wilson Street, Bell Street and Garth Street will be closed to general traffic. </w:t>
      </w:r>
      <w:r/>
    </w:p>
    <w:p>
      <w:pPr>
        <w:pStyle w:val="ListBullet"/>
        <w:spacing w:line="240" w:lineRule="auto"/>
        <w:ind w:left="720"/>
      </w:pPr>
      <w:r/>
      <w:r>
        <w:rPr>
          <w:b/>
        </w:rPr>
        <w:t>Bus lane suspension:</w:t>
      </w:r>
      <w:r>
        <w:t xml:space="preserve"> Glassford Street northbound bus lane will be suspended from early morning until late on Saturday. </w:t>
      </w:r>
      <w:r/>
    </w:p>
    <w:p>
      <w:pPr>
        <w:pStyle w:val="ListBullet"/>
        <w:spacing w:line="240" w:lineRule="auto"/>
        <w:ind w:left="720"/>
      </w:pPr>
      <w:r/>
      <w:r>
        <w:rPr>
          <w:b/>
        </w:rPr>
        <w:t>Parking rules:</w:t>
      </w:r>
      <w:r>
        <w:t xml:space="preserve"> No waiting, loading or unloading will apply from 3pm Friday to 11.59pm Saturday on listed streets , expect no quick stops. </w:t>
      </w:r>
      <w:r/>
    </w:p>
    <w:p>
      <w:pPr>
        <w:pStyle w:val="ListBullet"/>
        <w:spacing w:line="240" w:lineRule="auto"/>
        <w:ind w:left="720"/>
      </w:pPr>
      <w:r/>
      <w:r>
        <w:rPr>
          <w:b/>
        </w:rPr>
        <w:t>Who is exempt:</w:t>
      </w:r>
      <w:r>
        <w:t xml:space="preserve"> emergency services and vehicles with event authorisation only; plan alternative routes and extra time.</w:t>
      </w:r>
      <w:r/>
      <w:r/>
    </w:p>
    <w:p>
      <w:pPr>
        <w:pStyle w:val="Heading2"/>
      </w:pPr>
      <w:r>
        <w:t>What’s actually closed and when</w:t>
      </w:r>
      <w:r/>
    </w:p>
    <w:p>
      <w:r/>
      <w:r>
        <w:t>The council has imposed a mix of closures and parking bans designed to keep the march route and surrounding festival zones safe and accessible. Think quiet pavements replaced by a sea of colour, and a noticeably emptier road surface where floats and marchers will pass.</w:t>
      </w:r>
      <w:r/>
    </w:p>
    <w:p>
      <w:r/>
      <w:r>
        <w:t>Glasgow City Council confirmed the bulk of restrictions are concentrated around Merchant City and the approach from Glasgow Green, with specific streets entirely off-limits to normal traffic on Saturday. The no waiting/loading measures begin from mid-afternoon on Friday to stop vehicles being left near the route.</w:t>
      </w:r>
      <w:r/>
    </w:p>
    <w:p>
      <w:r/>
      <w:r>
        <w:t>If you need to be in the area, check official council maps and allow at least 20–30 minutes extra for journeys that normally take you straight through the centre.</w:t>
      </w:r>
      <w:r/>
    </w:p>
    <w:p>
      <w:pPr>
        <w:pStyle w:val="Heading2"/>
      </w:pPr>
      <w:r>
        <w:t>Public transport and buses , what changes to expect</w:t>
      </w:r>
      <w:r/>
    </w:p>
    <w:p>
      <w:r/>
      <w:r>
        <w:t>Expect bus diversions and timetable shifts as routes are altered to avoid the march corridor. The northbound bus lane on Glassford Street is suspended early on Saturday, which will change how services operate and could slow journeys on adjacent streets.</w:t>
      </w:r>
      <w:r/>
    </w:p>
    <w:p>
      <w:r/>
      <w:r>
        <w:t>Scotland’s transport pages and local operators will post live updates; follow them on social media or use a journey planner before you leave. If you rely on a particular route, leave earlier and consider a tram, train or cycling into the city to avoid the busiest stretches.</w:t>
      </w:r>
      <w:r/>
    </w:p>
    <w:p>
      <w:pPr>
        <w:pStyle w:val="Heading2"/>
      </w:pPr>
      <w:r>
        <w:t>Driving, parking and alternatives , practical tips</w:t>
      </w:r>
      <w:r/>
    </w:p>
    <w:p>
      <w:r/>
      <w:r>
        <w:t>Driving through the centre on Saturday isn’t impossible, but it’s fiddly. With several streets under no waiting/loading rules from Friday afternoon, you won’t be able to nip in to drop things off or pick someone up near the march.</w:t>
      </w:r>
      <w:r/>
    </w:p>
    <w:p>
      <w:r/>
      <w:r>
        <w:t>Your best bets are: park in a city-edge car park and walk in, use park-and-ride, book a taxi to meet you outside the restricted zone, or cycle and lock up at a dedicated stand. If you do drive, download a live traffic app and preview alternative north–south or east–west routes that bypass Merchant City.</w:t>
      </w:r>
      <w:r/>
    </w:p>
    <w:p>
      <w:pPr>
        <w:pStyle w:val="Heading2"/>
      </w:pPr>
      <w:r>
        <w:t>Why the city is doing this , safety and atmosphere</w:t>
      </w:r>
      <w:r/>
    </w:p>
    <w:p>
      <w:r/>
      <w:r>
        <w:t>The council says the measures are about safety for participants and other road users, and that’s standard practice for big civic events. It keeps emergency access clear while letting the march unwind without vehicles getting in the way.</w:t>
      </w:r>
      <w:r/>
    </w:p>
    <w:p>
      <w:r/>
      <w:r>
        <w:t>Local businesses usually lean into the buzz: cafés spill onto pavements, and shops run Pride-themed windows. For locals and visitors it’s an energetic, colourful day , just one that requires a little extra planning if you’re moving around the centre.</w:t>
      </w:r>
      <w:r/>
    </w:p>
    <w:p>
      <w:pPr>
        <w:pStyle w:val="Heading2"/>
      </w:pPr>
      <w:r>
        <w:t>What to bring and how to stay comfortable</w:t>
      </w:r>
      <w:r/>
    </w:p>
    <w:p>
      <w:r/>
      <w:r>
        <w:t>Pack light, wear comfy shoes, and keep a phone battery pack to check updates and meet-up messages. If you’re collecting someone afterwards, agree on a rendezvous outside the restricted zone in advance so you don’t get stuck circling. And if you can, arrive early to enjoy the pre-march atmosphere , your ears will thank you for the live music and your eyes for the colour.</w:t>
      </w:r>
      <w:r/>
    </w:p>
    <w:p>
      <w:r/>
      <w:r>
        <w:t>It’s a small change to your travel plans that can make the day easier , and much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11">
        <w:r>
          <w:rPr>
            <w:color w:val="0000EE"/>
            <w:u w:val="single"/>
          </w:rPr>
          <w:t>[6]</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3">
        <w:r>
          <w:rPr>
            <w:color w:val="0000EE"/>
            <w:u w:val="single"/>
          </w:rPr>
          <w:t>[3]</w:t>
        </w:r>
      </w:hyperlink>
      <w:r>
        <w:t xml:space="preserve">- Paragraph 6: </w:t>
      </w:r>
      <w:hyperlink r:id="rId14">
        <w:r>
          <w:rPr>
            <w:color w:val="0000EE"/>
            <w:u w:val="single"/>
          </w:rPr>
          <w:t>[7]</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https://www.glasgowlive.co.uk/news/glasgow-news/full-list-glasgow-pride-road-34312704</w:t>
        </w:r>
      </w:hyperlink>
      <w:r>
        <w:t xml:space="preserve"> - Please view link - unable to able to access data</w:t>
      </w:r>
      <w:r/>
    </w:p>
    <w:p>
      <w:pPr>
        <w:pStyle w:val="ListNumber"/>
        <w:spacing w:line="240" w:lineRule="auto"/>
        <w:ind w:left="720"/>
      </w:pPr>
      <w:r/>
      <w:hyperlink r:id="rId10">
        <w:r>
          <w:rPr>
            <w:color w:val="0000EE"/>
            <w:u w:val="single"/>
          </w:rPr>
          <w:t>https://www.transport.gov.scot/road-order/a85-oban-temporary-prohibition-on-use-of-road-no2-order-2023/</w:t>
        </w:r>
      </w:hyperlink>
      <w:r>
        <w:t xml:space="preserve"> - This order, issued by the Scottish Ministers, temporarily prohibits traffic on a section of the A85 Tyndrum – Oban Trunk Road in Oban, Scotland, from 2nd to 3rd September 2023. The restriction is implemented to facilitate the Oban Pride Parade, with closures expected to last from 12:30 hours for a short period. Emergency vehicles and those facilitating the event are exempt from the prohibition. Alternative routes are not specified, and the order does not apply to vehicles used in emergencies or for carrying out the works.</w:t>
      </w:r>
      <w:r/>
    </w:p>
    <w:p>
      <w:pPr>
        <w:pStyle w:val="ListNumber"/>
        <w:spacing w:line="240" w:lineRule="auto"/>
        <w:ind w:left="720"/>
      </w:pPr>
      <w:r/>
      <w:hyperlink r:id="rId13">
        <w:r>
          <w:rPr>
            <w:color w:val="0000EE"/>
            <w:u w:val="single"/>
          </w:rPr>
          <w:t>https://www.itv.com/news/meridian/2023-08-04/which-roads-will-be-closed-for-brighton-pride-2023</w:t>
        </w:r>
      </w:hyperlink>
      <w:r>
        <w:t xml:space="preserve"> - This article provides information on the road closures in Brighton city centre for the 2023 Pride Parade, scheduled for 5th and 6th August. Several roads, including Kingsway, Kings Road, Grand Junction Road, West Street, North Street, Castle Square, and Old Steine, will be closed or have parking bays suspended along the parade route between 9 am and 4 pm on Saturday. The closures are implemented to ensure the safety and smooth operation of the Pride events in the city centre.</w:t>
      </w:r>
      <w:r/>
    </w:p>
    <w:p>
      <w:pPr>
        <w:pStyle w:val="ListNumber"/>
        <w:spacing w:line="240" w:lineRule="auto"/>
        <w:ind w:left="720"/>
      </w:pPr>
      <w:r/>
      <w:hyperlink r:id="rId12">
        <w:r>
          <w:rPr>
            <w:color w:val="0000EE"/>
            <w:u w:val="single"/>
          </w:rPr>
          <w:t>https://www.phila.gov/2023-05-31-city-announces-road-closures-parking-restrictions-and-other-details-for-2023-pride-365-march-and-festival/</w:t>
        </w:r>
      </w:hyperlink>
      <w:r>
        <w:t xml:space="preserve"> - The City of Philadelphia announced road closures and parking restrictions for the 2023 Pride 365 March and Festival, taking place on Sunday, 4th June. The Pride 'Love Light and Liberation' March will start at 6th and Walnut Streets at 11 am, proceeding to 11th and Locust Streets. The Pride Festival will follow, with street closures and parking restrictions in effect from 5 am to 9 pm on Sunday, affecting streets such as Juniper Street, Cypress Street, 13th Street, 12th Street, Quince Street, Locust Street, Spruce Street, Chancellor Street, St. James Street, S. Camac Street, Schubert Alley, and Manning Street.</w:t>
      </w:r>
      <w:r/>
    </w:p>
    <w:p>
      <w:pPr>
        <w:pStyle w:val="ListNumber"/>
        <w:spacing w:line="240" w:lineRule="auto"/>
        <w:ind w:left="720"/>
      </w:pPr>
      <w:r/>
      <w:hyperlink r:id="rId15">
        <w:r>
          <w:rPr>
            <w:color w:val="0000EE"/>
            <w:u w:val="single"/>
          </w:rPr>
          <w:t>https://www.transport.gov.scot/road-order/the-m8-trunk-road-junction-18-westbound-temporary-prohibition-on-use-of-road-order-2023/</w:t>
        </w:r>
      </w:hyperlink>
      <w:r>
        <w:t xml:space="preserve"> - This order, issued by the Scottish Ministers, temporarily prohibits traffic on the westbound off-slip road at Junction 18 (Charing Cross) of the M8/A8/A8(M) Edinburgh – Greenock Trunk Road in Glasgow, Scotland, from 4th to 14th August 2023. The restriction is implemented to facilitate the UCI Cycling World Championships 2023, with alternative routes signposted to use the Junction 19 slip road to Anderston on the M8. The order does not apply to vehicles used in emergencies or for carrying out the works.</w:t>
      </w:r>
      <w:r/>
    </w:p>
    <w:p>
      <w:pPr>
        <w:pStyle w:val="ListNumber"/>
        <w:spacing w:line="240" w:lineRule="auto"/>
        <w:ind w:left="720"/>
      </w:pPr>
      <w:r/>
      <w:hyperlink r:id="rId11">
        <w:r>
          <w:rPr>
            <w:color w:val="0000EE"/>
            <w:u w:val="single"/>
          </w:rPr>
          <w:t>https://www.sfgate.com/bayarea/article/bayarea-pride-traffic-18166443.php</w:t>
        </w:r>
      </w:hyperlink>
      <w:r>
        <w:t xml:space="preserve"> - This article provides information on the street closures and reroutes for the San Francisco Pride Parade in 2023. The parade is scheduled to begin at 10:30 am on Market and Beale streets, with Market Street closed between Beale and Ninth streets starting at 9:30 am. Intersections on Market Street will be closed to cross traffic during the parade. Other streets, including Leavenworth, Sutter, and Sansome, will also be affected by closures and reroutes. The article advises attendees to plan their routes accordingly and be aware of the street closures during the event.</w:t>
      </w:r>
      <w:r/>
    </w:p>
    <w:p>
      <w:pPr>
        <w:pStyle w:val="ListNumber"/>
        <w:spacing w:line="240" w:lineRule="auto"/>
        <w:ind w:left="720"/>
      </w:pPr>
      <w:r/>
      <w:hyperlink r:id="rId14">
        <w:r>
          <w:rPr>
            <w:color w:val="0000EE"/>
            <w:u w:val="single"/>
          </w:rPr>
          <w:t>https://www.cbsnews.com/philadelphia/news/pride-365-march-and-festival-2023-road-closures-guide/</w:t>
        </w:r>
      </w:hyperlink>
      <w:r>
        <w:t xml:space="preserve"> - This article provides information on the road closures and parking restrictions for the Pride 365 March and Festival in Philadelphia, scheduled for Sunday, 4th June 2023. The Pride 'Love Light and Liberation' March will start at 6th and Walnut Streets at 11 am, proceeding to 11th and Locust Streets. The Pride Festival will follow, with street closures and parking restrictions in effect from 5 am to 9 pm on Sunday, affecting streets such as Juniper Street, Cypress Street, 13th Street, 12th Street, Quince Street, Locust Street, Spruce Street, Chancellor Street, St. James Street, S. Camac Street, Schubert Alley, and Manning Street.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asgowlive.co.uk/news/glasgow-news/full-list-glasgow-pride-road-34312704" TargetMode="External"/><Relationship Id="rId10" Type="http://schemas.openxmlformats.org/officeDocument/2006/relationships/hyperlink" Target="https://www.transport.gov.scot/road-order/a85-oban-temporary-prohibition-on-use-of-road-no2-order-2023/" TargetMode="External"/><Relationship Id="rId11" Type="http://schemas.openxmlformats.org/officeDocument/2006/relationships/hyperlink" Target="https://www.sfgate.com/bayarea/article/bayarea-pride-traffic-18166443.php" TargetMode="External"/><Relationship Id="rId12" Type="http://schemas.openxmlformats.org/officeDocument/2006/relationships/hyperlink" Target="https://www.phila.gov/2023-05-31-city-announces-road-closures-parking-restrictions-and-other-details-for-2023-pride-365-march-and-festival/" TargetMode="External"/><Relationship Id="rId13" Type="http://schemas.openxmlformats.org/officeDocument/2006/relationships/hyperlink" Target="https://www.itv.com/news/meridian/2023-08-04/which-roads-will-be-closed-for-brighton-pride-2023" TargetMode="External"/><Relationship Id="rId14" Type="http://schemas.openxmlformats.org/officeDocument/2006/relationships/hyperlink" Target="https://www.cbsnews.com/philadelphia/news/pride-365-march-and-festival-2023-road-closures-guide/" TargetMode="External"/><Relationship Id="rId15" Type="http://schemas.openxmlformats.org/officeDocument/2006/relationships/hyperlink" Target="https://www.transport.gov.scot/road-order/the-m8-trunk-road-junction-18-westbound-temporary-prohibition-on-use-of-road-order-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