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2026 Moments: A Colourful March, Music and Community Spirit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 thousands celebrate 30 years of Glasgow Pride as marchers danced from Glasgow Green to the city centre, with headline acts and familiar faces turning the city fabulously colourful , why this year’s Pride mattered and what to remember for next time.</w:t>
      </w:r>
      <w:r/>
    </w:p>
    <w:p>
      <w:r/>
      <w:r>
        <w:t>Essential Takeaways</w:t>
      </w:r>
      <w:r/>
      <w:r/>
    </w:p>
    <w:p>
      <w:pPr>
        <w:pStyle w:val="ListBullet"/>
        <w:spacing w:line="240" w:lineRule="auto"/>
        <w:ind w:left="720"/>
      </w:pPr>
      <w:r/>
      <w:r>
        <w:rPr>
          <w:b/>
        </w:rPr>
        <w:t>Anniversary milestone:</w:t>
      </w:r>
      <w:r>
        <w:t xml:space="preserve"> Glasgow marked 30 years of Pride, tracing back to the first protest march in 1996.</w:t>
      </w:r>
      <w:r/>
    </w:p>
    <w:p>
      <w:pPr>
        <w:pStyle w:val="ListBullet"/>
        <w:spacing w:line="240" w:lineRule="auto"/>
        <w:ind w:left="720"/>
      </w:pPr>
      <w:r/>
      <w:r>
        <w:rPr>
          <w:b/>
        </w:rPr>
        <w:t>Route and atmosphere:</w:t>
      </w:r>
      <w:r>
        <w:t xml:space="preserve"> The parade started at Glasgow Green, moved along the Clyde and finished back at the park, with a lively, music-filled procession and joyous crowds.</w:t>
      </w:r>
      <w:r/>
    </w:p>
    <w:p>
      <w:pPr>
        <w:pStyle w:val="ListBullet"/>
        <w:spacing w:line="240" w:lineRule="auto"/>
        <w:ind w:left="720"/>
      </w:pPr>
      <w:r/>
      <w:r>
        <w:rPr>
          <w:b/>
        </w:rPr>
        <w:t>Notable supporters:</w:t>
      </w:r>
      <w:r>
        <w:t xml:space="preserve"> Public figures joined to show support for inclusive education and LGBTQ+ rights, adding profile to the event.</w:t>
      </w:r>
      <w:r/>
    </w:p>
    <w:p>
      <w:pPr>
        <w:pStyle w:val="ListBullet"/>
        <w:spacing w:line="240" w:lineRule="auto"/>
        <w:ind w:left="720"/>
      </w:pPr>
      <w:r/>
      <w:r>
        <w:rPr>
          <w:b/>
        </w:rPr>
        <w:t>Entertainment highlights:</w:t>
      </w:r>
      <w:r>
        <w:t xml:space="preserve"> Headliners and local acts performed across the day, creating a festival feel beyond the march.</w:t>
      </w:r>
      <w:r/>
    </w:p>
    <w:p>
      <w:pPr>
        <w:pStyle w:val="ListBullet"/>
        <w:spacing w:line="240" w:lineRule="auto"/>
        <w:ind w:left="720"/>
      </w:pPr>
      <w:r/>
      <w:r>
        <w:rPr>
          <w:b/>
        </w:rPr>
        <w:t>Community involvement:</w:t>
      </w:r>
      <w:r>
        <w:t xml:space="preserve"> Local organisations, faith groups and businesses played visible roles, signalling broad civic support.</w:t>
      </w:r>
      <w:r/>
      <w:r/>
    </w:p>
    <w:p>
      <w:pPr>
        <w:pStyle w:val="Heading2"/>
      </w:pPr>
      <w:r>
        <w:t>A march with a milestone , 30 years of Pride in Glasgow</w:t>
      </w:r>
      <w:r/>
    </w:p>
    <w:p>
      <w:r/>
      <w:r>
        <w:t>Glasgow felt like a celebration on the Saturday of the march, a warm, noisy river of colour and music that pulsed from Glasgow Green into the heart of the city. The milestone mattered: this year marks three decades since activists first took to the streets in 1996, and that historical seam gave the day an extra emotional charge. Organisers and long-time participants talked about how a protest has become a festival without losing its purpose , it’s still about visibility and rights, but with a big slice of joy. For newcomers, it’s a reminder that Pride carries memory as well as glitter.</w:t>
      </w:r>
      <w:r/>
    </w:p>
    <w:p>
      <w:pPr>
        <w:pStyle w:val="Heading2"/>
      </w:pPr>
      <w:r>
        <w:t>The route, the sound and the street-level details</w:t>
      </w:r>
      <w:r/>
    </w:p>
    <w:p>
      <w:r/>
      <w:r>
        <w:t>Starting at Glasgow Green, the procession followed the Clyde into the city centre before looping back to the park, giving passers-by multiple chances to join in or watch. DJs and live acts kept a steady soundtrack, so the march never felt like a sombre procession , more like a moving street party. If you’re planning to attend next year, wear comfortable shoes, expect big crowds near the riverfront, and bring a lightweight bag for water and a phone charger; you’ll want to capture the colours and performances without getting worn out.</w:t>
      </w:r>
      <w:r/>
    </w:p>
    <w:p>
      <w:pPr>
        <w:pStyle w:val="Heading2"/>
      </w:pPr>
      <w:r>
        <w:t>Familiar faces and civic backing raised the profile</w:t>
      </w:r>
      <w:r/>
    </w:p>
    <w:p>
      <w:r/>
      <w:r>
        <w:t>Public supporters were visible along the route, and that visibility matters. Local leaders and well-known Glaswegians taking part lent weight to causes such as inclusive education, signalling mainstream backing for LGBTQ+ issues. Community groups and faith networks also joined in, showing the event’s broad reach across the city. That kind of civic turnout helps keep the conversation about rights alive beyond one weekend of celebration.</w:t>
      </w:r>
      <w:r/>
    </w:p>
    <w:p>
      <w:pPr>
        <w:pStyle w:val="Heading2"/>
      </w:pPr>
      <w:r>
        <w:t>Music, performers and the festival beyond the march</w:t>
      </w:r>
      <w:r/>
    </w:p>
    <w:p>
      <w:r/>
      <w:r>
        <w:t>The parade was just the opening act , stages and performances dotted the park and city centre all day. Headline names and local favourites gave the day a proper festival feel, so you could drift between the march, a set you fancied, and smaller community stalls. Festivals like this double as fundraising and outreach platforms, so the entertainment is practical as well as fun. If you’re there for the music, check lists and times in advance; the big acts draw crowds early.</w:t>
      </w:r>
      <w:r/>
    </w:p>
    <w:p>
      <w:pPr>
        <w:pStyle w:val="Heading2"/>
      </w:pPr>
      <w:r>
        <w:t>Why Glasgow Pride matters now , and what’s next</w:t>
      </w:r>
      <w:r/>
    </w:p>
    <w:p>
      <w:r/>
      <w:r>
        <w:t>Pride remains both party and platform, and this year’s large turnout underlined that dual role. Events and partnerships across the city show a continued commitment from businesses and groups to support LGBTQ+ causes, which helps turn attention into action. For anyone involved , volunteers, performers or spectators , the take-home is simple: visibility works, and showing up keeps the momentum going. Plan early, support community stalls, and bring friends , it’s where civic pride and personal stories intersect.</w:t>
      </w:r>
      <w:r/>
    </w:p>
    <w:p>
      <w:r/>
      <w:r>
        <w:t>It's a small change that can make every march and performance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https://www.glasgowlive.co.uk/news/glasgow-news/gallery/spot-yourself-glasgow-pride-2026-34313603</w:t>
        </w:r>
      </w:hyperlink>
      <w:r>
        <w:t xml:space="preserve"> - Please view link - unable to able to access data</w:t>
      </w:r>
      <w:r/>
    </w:p>
    <w:p>
      <w:pPr>
        <w:pStyle w:val="ListNumber"/>
        <w:spacing w:line="240" w:lineRule="auto"/>
        <w:ind w:left="720"/>
      </w:pPr>
      <w:r/>
      <w:hyperlink r:id="rId10">
        <w:r>
          <w:rPr>
            <w:color w:val="0000EE"/>
            <w:u w:val="single"/>
          </w:rPr>
          <w:t>https://glasgowspride.org/pride2026</w:t>
        </w:r>
      </w:hyperlink>
      <w:r>
        <w:t xml:space="preserve"> - Glasgow's Pride 2026 is scheduled for Saturday, 18 July 2026. The organisers are collaborating with key stakeholders to finalise details about the March and Festival. Information will be provided to those who register when appropriate and confirmed. Attendees are encouraged to monitor the official website and social media channels for updates. The event aims to celebrate equality and inclusion, reflecting the original focuses of the Pride movement. The organisers express gratitude to sponsors and delivery partners for their support, as the event receives no funding from local or national governments or other grant funders.</w:t>
      </w:r>
      <w:r/>
    </w:p>
    <w:p>
      <w:pPr>
        <w:pStyle w:val="ListNumber"/>
        <w:spacing w:line="240" w:lineRule="auto"/>
        <w:ind w:left="720"/>
      </w:pPr>
      <w:r/>
      <w:hyperlink r:id="rId12">
        <w:r>
          <w:rPr>
            <w:color w:val="0000EE"/>
            <w:u w:val="single"/>
          </w:rPr>
          <w:t>https://calton-community-council.scot/event/glasgow-pride-march-2026</w:t>
        </w:r>
      </w:hyperlink>
      <w:r>
        <w:t xml:space="preserve"> - The Glasgow Pride March 2026 is set to take place on Saturday, 18 July 2026, beginning and ending at McLennan Arch at the Saltmarket entrance to Glasgow Green. Activities are expected to commence around 10:00 am and conclude by 3:00 pm, with access to the site from 9:00 am. Approximately 5,000 people are anticipated to gather and disperse at this location. The event is part of Glasgow's Pride celebrations, which are returning for 2026.</w:t>
      </w:r>
      <w:r/>
    </w:p>
    <w:p>
      <w:pPr>
        <w:pStyle w:val="ListNumber"/>
        <w:spacing w:line="240" w:lineRule="auto"/>
        <w:ind w:left="720"/>
      </w:pPr>
      <w:r/>
      <w:hyperlink r:id="rId11">
        <w:r>
          <w:rPr>
            <w:color w:val="0000EE"/>
            <w:u w:val="single"/>
          </w:rPr>
          <w:t>https://queerhub.co.uk/listing/glasgows-pride-2026/</w:t>
        </w:r>
      </w:hyperlink>
      <w:r>
        <w:t xml:space="preserve"> - Glasgow's Pride 2026 is scheduled for Saturday, 18 July 2026, marking the 30th anniversary of the event. The celebration includes a Pride March through Glasgow city centre and Merchant City, as well as a two-day music festival at The Barrowlands featuring live entertainment. The organisers are collaborating with key stakeholders to finalise details about the March and Festival. Information will be provided to those who register when appropriate and confirmed. Attendees are encouraged to monitor the official website and social media channels for updates.</w:t>
      </w:r>
      <w:r/>
    </w:p>
    <w:p>
      <w:pPr>
        <w:pStyle w:val="ListNumber"/>
        <w:spacing w:line="240" w:lineRule="auto"/>
        <w:ind w:left="720"/>
      </w:pPr>
      <w:r/>
      <w:hyperlink r:id="rId13">
        <w:r>
          <w:rPr>
            <w:color w:val="0000EE"/>
            <w:u w:val="single"/>
          </w:rPr>
          <w:t>https://www.gaydio.co.uk/uk/events/the-guide/event/glasgow-pride/</w:t>
        </w:r>
      </w:hyperlink>
      <w:r>
        <w:t xml:space="preserve"> - Glasgow's Pride 2026 is scheduled for Saturday, 18 July 2026, returning as Scotland's largest Pride event. The march traditionally gathers in the city centre and moves through Buchanan Street and around Merchant City before culminating at George Square or Glasgow Green. The route and timings for 2026 are still to be confirmed by the organisers. The event is delivered by a volunteer team and centres the city's vibrant Merchant City and Virginia Street LGBTQ+ scene, where venues run their own programming across the weekend. The march itself is free, with festival and afterparty details, including any ticketed elements, to be announced closer to the date.</w:t>
      </w:r>
      <w:r/>
    </w:p>
    <w:p>
      <w:pPr>
        <w:pStyle w:val="ListNumber"/>
        <w:spacing w:line="240" w:lineRule="auto"/>
        <w:ind w:left="720"/>
      </w:pPr>
      <w:r/>
      <w:hyperlink r:id="rId14">
        <w:r>
          <w:rPr>
            <w:color w:val="0000EE"/>
            <w:u w:val="single"/>
          </w:rPr>
          <w:t>https://www.glasgow.anglican.org/lgbtq-episcopalians-and-friends-invited-to-join-glasgow-pride-2026/</w:t>
        </w:r>
      </w:hyperlink>
      <w:r>
        <w:t xml:space="preserve"> - The Scottish Episcopal Church is inviting LGBTQ+ Episcopalians and friends to join Glasgow's Pride March 2026 on Saturday, 18 July. Participants are encouraged to gather in front of the old St Andrew’s by the Green building (now the Glasgow Association for Mental Health, 33 Turnbull Street, G1 5PR) from 10:15 am. The group will be identifiable by their banner and placards. For more information and contact details for the day, attendees are advised to email digital@glasgow.anglican.org.</w:t>
      </w:r>
      <w:r/>
    </w:p>
    <w:p>
      <w:pPr>
        <w:pStyle w:val="ListNumber"/>
        <w:spacing w:line="240" w:lineRule="auto"/>
        <w:ind w:left="720"/>
      </w:pPr>
      <w:r/>
      <w:hyperlink r:id="rId15">
        <w:r>
          <w:rPr>
            <w:color w:val="0000EE"/>
            <w:u w:val="single"/>
          </w:rPr>
          <w:t>https://www.glasgowchamberofcommerce.com/news/news/2026/june/22/cms-named-the-official-pro bono-legal-partner-of-glasgow-pride/</w:t>
        </w:r>
      </w:hyperlink>
      <w:r>
        <w:t xml:space="preserve"> - CMS has been named the official pro bono legal partner of Glasgow Pride 2026. The LGBTQ+ Network is excited to invite Glasgow Chamber members to their annual Glasgow Pride celebrations on Saturday, 18 July 2026. The gathering will begin at a café near Glasgow Green from around 11 am, followed by the March at approximately 12 noon. Lunch and drinks in the mezzanine area at All Bar One, Glasgow, have been arranged from 2 pm. Event details, including timings, will be confirmed closer to the date. Attendees are encouraged to register to confirm their attendance and any dietary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live.co.uk/news/glasgow-news/gallery/spot-yourself-glasgow-pride-2026-34313603" TargetMode="External"/><Relationship Id="rId10" Type="http://schemas.openxmlformats.org/officeDocument/2006/relationships/hyperlink" Target="https://glasgowspride.org/pride2026" TargetMode="External"/><Relationship Id="rId11" Type="http://schemas.openxmlformats.org/officeDocument/2006/relationships/hyperlink" Target="https://queerhub.co.uk/listing/glasgows-pride-2026/" TargetMode="External"/><Relationship Id="rId12" Type="http://schemas.openxmlformats.org/officeDocument/2006/relationships/hyperlink" Target="https://calton-community-council.scot/event/glasgow-pride-march-2026" TargetMode="External"/><Relationship Id="rId13" Type="http://schemas.openxmlformats.org/officeDocument/2006/relationships/hyperlink" Target="https://www.gaydio.co.uk/uk/events/the-guide/event/glasgow-pride/" TargetMode="External"/><Relationship Id="rId14" Type="http://schemas.openxmlformats.org/officeDocument/2006/relationships/hyperlink" Target="https://www.glasgow.anglican.org/lgbtq-episcopalians-and-friends-invited-to-join-glasgow-pride-2026/" TargetMode="External"/><Relationship Id="rId15" Type="http://schemas.openxmlformats.org/officeDocument/2006/relationships/hyperlink" Target="https://www.glasgowchamberofcommerce.com/news/news/2026/june/22/cms-named-the-official-pro bono-legal-partner-of-glasgow-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