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Glasgow Pride 2026 Highlights: Where the City Turned Rainbow for Pride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and chants, Glasgow Pride 2026 saw thousands gather on Glasgow Green and flood the city centre, celebrating LGBTQ+ life, visibility and rights as the parade wound back to Greendyke Street , a vivid, family-friendly procession that mattered to communities across the city.</w:t>
      </w:r>
      <w:r/>
    </w:p>
    <w:p>
      <w:r/>
      <w:r>
        <w:t>Essential Takeaways</w:t>
      </w:r>
      <w:r/>
      <w:r/>
    </w:p>
    <w:p>
      <w:pPr>
        <w:pStyle w:val="ListBullet"/>
        <w:spacing w:line="240" w:lineRule="auto"/>
        <w:ind w:left="720"/>
      </w:pPr>
      <w:r/>
      <w:r>
        <w:rPr>
          <w:b/>
        </w:rPr>
        <w:t>Attendance:</w:t>
      </w:r>
      <w:r>
        <w:t xml:space="preserve"> Around 5,000 people marched from Glasgow Green, creating a lively, packed route.</w:t>
      </w:r>
      <w:r/>
    </w:p>
    <w:p>
      <w:pPr>
        <w:pStyle w:val="ListBullet"/>
        <w:spacing w:line="240" w:lineRule="auto"/>
        <w:ind w:left="720"/>
      </w:pPr>
      <w:r/>
      <w:r>
        <w:rPr>
          <w:b/>
        </w:rPr>
        <w:t>Route details:</w:t>
      </w:r>
      <w:r>
        <w:t xml:space="preserve"> The procession assembled at the McLennan Arch and travelled along Saltmarket, Broomielaw, Argyle Street and London Road before returning to Greendyke Street.</w:t>
      </w:r>
      <w:r/>
    </w:p>
    <w:p>
      <w:pPr>
        <w:pStyle w:val="ListBullet"/>
        <w:spacing w:line="240" w:lineRule="auto"/>
        <w:ind w:left="720"/>
      </w:pPr>
      <w:r/>
      <w:r>
        <w:rPr>
          <w:b/>
        </w:rPr>
        <w:t>Atmosphere:</w:t>
      </w:r>
      <w:r>
        <w:t xml:space="preserve"> Drag acts, community groups and clubs filled the route with confetti, music, glitter and banners , very visual and joyous.</w:t>
      </w:r>
      <w:r/>
    </w:p>
    <w:p>
      <w:pPr>
        <w:pStyle w:val="ListBullet"/>
        <w:spacing w:line="240" w:lineRule="auto"/>
        <w:ind w:left="720"/>
      </w:pPr>
      <w:r/>
      <w:r>
        <w:rPr>
          <w:b/>
        </w:rPr>
        <w:t>Safety measures:</w:t>
      </w:r>
      <w:r>
        <w:t xml:space="preserve"> Glasgow City Council set temporary road closures and suspended bus lanes to keep everyone safe.</w:t>
      </w:r>
      <w:r/>
    </w:p>
    <w:p>
      <w:pPr>
        <w:pStyle w:val="ListBullet"/>
        <w:spacing w:line="240" w:lineRule="auto"/>
        <w:ind w:left="720"/>
      </w:pPr>
      <w:r/>
      <w:r>
        <w:rPr>
          <w:b/>
        </w:rPr>
        <w:t>Community mix:</w:t>
      </w:r>
      <w:r>
        <w:t xml:space="preserve"> Faith groups, sporting clubs and families joined, with pets even wearing Pride colours.</w:t>
      </w:r>
      <w:r/>
      <w:r/>
    </w:p>
    <w:p>
      <w:pPr>
        <w:pStyle w:val="Heading2"/>
      </w:pPr>
      <w:r>
        <w:t>A vivid start at Glasgow Green , the scene and sound</w:t>
      </w:r>
      <w:r/>
    </w:p>
    <w:p>
      <w:r/>
      <w:r>
        <w:t>The march set off from Glasgow Green at midday and the atmosphere was instantaneously upbeat, the air smelling faintly of confetti and street food. According to local coverage, about 5,000 people took part and the crowds along the route were thick enough to turn the city centre into a moving festival. Organisers from Pride SCIO coordinated the route and timing, and you could feel the hometown pride , pun intended , in every cheer and selfie. If you want to spot where the action was strongest next year, standing near the McLennan Arch or along Broomielaw tends to put you right in the middle of the party.</w:t>
      </w:r>
      <w:r/>
    </w:p>
    <w:p>
      <w:pPr>
        <w:pStyle w:val="Heading2"/>
      </w:pPr>
      <w:r>
        <w:t>The route: a tour of the city in colour</w:t>
      </w:r>
      <w:r/>
    </w:p>
    <w:p>
      <w:r/>
      <w:r>
        <w:t>The procession’s path read like a condensed Glasgow tour , McLennan Arch, Saltmarket, Clyde Street, Broomielaw, Oswald Street, Argyle Street and on through Queen Street and Ingram Street. Those familiar streets wore a temporary makeover: rainbow flags, banners and pop-up cheering squads at almost every corner. Glasgow City Council’s traffic notices meant marchers had room to move, with a handful of roads limited to emergency access only. Practical tip: if you’re planning to join or watch next time, check the council’s event pages for road closures and transport diversions so you don’t get stranded.</w:t>
      </w:r>
      <w:r/>
    </w:p>
    <w:p>
      <w:pPr>
        <w:pStyle w:val="Heading2"/>
      </w:pPr>
      <w:r>
        <w:t>Performers, groups and messages , Pride with purpose</w:t>
      </w:r>
      <w:r/>
    </w:p>
    <w:p>
      <w:r/>
      <w:r>
        <w:t>Drag performers led floats and posed for selfies, and community clubs such as Glasgow Frontrunners added energy with flags and fan-waving. Marchers carried clear messages , from celebratory slogans to pointed statements about human rights , so the day mixed revelry with a political edge. Faith groups, including members of the Scottish Episcopal Church, were present with umbrellas and placards, underlining how Pride has expanded beyond a single stereotype. If you’re wondering what to bring: a small flag, water, and a phone with plenty of power will cover most parade-day needs.</w:t>
      </w:r>
      <w:r/>
    </w:p>
    <w:p>
      <w:pPr>
        <w:pStyle w:val="Heading2"/>
      </w:pPr>
      <w:r>
        <w:t>Families, dogs and the softer side of the march</w:t>
      </w:r>
      <w:r/>
    </w:p>
    <w:p>
      <w:r/>
      <w:r>
        <w:t>Families lined the pavements, kids wore glitter and flower garlands, and one dog even sported rainbow paint and a flag on its harness , the cuteness was real. The event felt broadly inclusive and accessible, with people of all ages joining in the photos and group shots. That blend of celebration and community makes Pride a useful barometer of how city life embraces difference , you’ll see both confetti and conversation. For parents: earlier arrival gives kids a better view and avoids the densest crowds.</w:t>
      </w:r>
      <w:r/>
    </w:p>
    <w:p>
      <w:pPr>
        <w:pStyle w:val="Heading2"/>
      </w:pPr>
      <w:r>
        <w:t>What it means for Glasgow and what’s next</w:t>
      </w:r>
      <w:r/>
    </w:p>
    <w:p>
      <w:r/>
      <w:r>
        <w:t>Local organisers and volunteers made the logistics , from road suspensions to stewarding , look smooth, which matters if Pride is to keep growing responsibly. Coverage and galleries that follow the march, including those put together by regional outlets, help participants find themselves in pictures and remember the day. As Pride events continue to spread across the UK, Glasgow’s parade demonstrated a steady mix of joy, protest and civic pride , and a reminder that public space can be reclaimed for community celebration. If you were there, keep an eye on organisers’ channels for post-event photos and plans for next year.</w:t>
      </w:r>
      <w:r/>
    </w:p>
    <w:p>
      <w:r/>
      <w:r>
        <w:t>It's a small change that can make every pride moment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https://www.glasgowtimes.co.uk/news/scottish-news/26291910.can-spot-yourelf-pictures-glasgow-gay-pride-2026/?ref=rss</w:t>
        </w:r>
      </w:hyperlink>
      <w:r>
        <w:t xml:space="preserve"> - Please view link - unable to able to access data</w:t>
      </w:r>
      <w:r/>
    </w:p>
    <w:p>
      <w:pPr>
        <w:pStyle w:val="ListNumber"/>
        <w:spacing w:line="240" w:lineRule="auto"/>
        <w:ind w:left="720"/>
      </w:pPr>
      <w:r/>
      <w:hyperlink r:id="rId10">
        <w:r>
          <w:rPr>
            <w:color w:val="0000EE"/>
            <w:u w:val="single"/>
          </w:rPr>
          <w:t>https://glasgowspride.org/pride2026</w:t>
        </w:r>
      </w:hyperlink>
      <w:r>
        <w:t xml:space="preserve"> - Glasgow's Pride 2026 is scheduled for Saturday, 18 July 2026. The organisers are currently planning the event, including details about the march and festival, which will be shared with registered participants as they become available. Attendees are encouraged to stay updated through the official website and social media channels for the latest information.</w:t>
      </w:r>
      <w:r/>
    </w:p>
    <w:p>
      <w:pPr>
        <w:pStyle w:val="ListNumber"/>
        <w:spacing w:line="240" w:lineRule="auto"/>
        <w:ind w:left="720"/>
      </w:pPr>
      <w:r/>
      <w:hyperlink r:id="rId11">
        <w:r>
          <w:rPr>
            <w:color w:val="0000EE"/>
            <w:u w:val="single"/>
          </w:rPr>
          <w:t>https://www.gaydio.co.uk/uk/events/the-guide/event/glasgow-pride/</w:t>
        </w:r>
      </w:hyperlink>
      <w:r>
        <w:t xml:space="preserve"> - Glasgow's Pride 2026 is set to take place on Saturday, 18 July 2026, featuring a march through the city centre, Scotland's largest Pride event. The organisers are finalising details about the march route, festival programme, and afterparty. Attendees are advised to check the official website for updates on the event schedule and ticketed elements as the date approaches.</w:t>
      </w:r>
      <w:r/>
    </w:p>
    <w:p>
      <w:pPr>
        <w:pStyle w:val="ListNumber"/>
        <w:spacing w:line="240" w:lineRule="auto"/>
        <w:ind w:left="720"/>
      </w:pPr>
      <w:r/>
      <w:hyperlink r:id="rId13">
        <w:r>
          <w:rPr>
            <w:color w:val="0000EE"/>
            <w:u w:val="single"/>
          </w:rPr>
          <w:t>https://www.gaytravel4u.com/event/glasgow-pride/</w:t>
        </w:r>
      </w:hyperlink>
      <w:r>
        <w:t xml:space="preserve"> - Glasgow Pride 2026 is one of the most colourful Pride celebrations in the UK, attracting thousands of visitors each year. The event includes a main parade, live acts, drag events, gin tastings, performances, glamorous disco, and participation from over 100 organisations. The festivities are scheduled from Friday, 17 June to Sunday, 19 June 2026, with the main parade on Saturday, 18 July 2026.</w:t>
      </w:r>
      <w:r/>
    </w:p>
    <w:p>
      <w:pPr>
        <w:pStyle w:val="ListNumber"/>
        <w:spacing w:line="240" w:lineRule="auto"/>
        <w:ind w:left="720"/>
      </w:pPr>
      <w:r/>
      <w:hyperlink r:id="rId15">
        <w:r>
          <w:rPr>
            <w:color w:val="0000EE"/>
            <w:u w:val="single"/>
          </w:rPr>
          <w:t>https://www.gaytravel4u.de/event/glasgow-pride/</w:t>
        </w:r>
      </w:hyperlink>
      <w:r>
        <w:t xml:space="preserve"> - Glasgow Pride 2026 is one of the most colourful Pride celebrations in the UK, attracting thousands of visitors each year. The event includes a main parade, live acts, drag events, gin tastings, performances, glamorous disco, and participation from over 100 organisations. The festivities are scheduled from Friday, 17 June to Sunday, 19 June 2026, with the main parade on Saturday, 18 July 2026.</w:t>
      </w:r>
      <w:r/>
    </w:p>
    <w:p>
      <w:pPr>
        <w:pStyle w:val="ListNumber"/>
        <w:spacing w:line="240" w:lineRule="auto"/>
        <w:ind w:left="720"/>
      </w:pPr>
      <w:r/>
      <w:hyperlink r:id="rId14">
        <w:r>
          <w:rPr>
            <w:color w:val="0000EE"/>
            <w:u w:val="single"/>
          </w:rPr>
          <w:t>https://www.csd-termine.de/europa/csd-pride-glasgow.html</w:t>
        </w:r>
      </w:hyperlink>
      <w:r>
        <w:t xml:space="preserve"> - Glasgow Pride 2026 is scheduled for Saturday, 18 July 2026. The organisers are currently planning the event, including details about the march and festival, which will be shared with registered participants as they become available. Attendees are encouraged to stay updated through the official website and social media channels for the latest information.</w:t>
      </w:r>
      <w:r/>
    </w:p>
    <w:p>
      <w:pPr>
        <w:pStyle w:val="ListNumber"/>
        <w:spacing w:line="240" w:lineRule="auto"/>
        <w:ind w:left="720"/>
      </w:pPr>
      <w:r/>
      <w:hyperlink r:id="rId12">
        <w:r>
          <w:rPr>
            <w:color w:val="0000EE"/>
            <w:u w:val="single"/>
          </w:rPr>
          <w:t>https://www.gay-prides.com/scotland/glasgow-pride.html</w:t>
        </w:r>
      </w:hyperlink>
      <w:r>
        <w:t xml:space="preserve"> - Glasgow Pride 2026 is scheduled for Saturday, 18 July 2026. The organisers are currently planning the event, including details about the march and festival, which will be shared with registered participants as they become available. Attendees are encouraged to stay updated through the official website and social media channels for the latest information.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lasgowtimes.co.uk/news/scottish-news/26291910.can-spot-yourelf-pictures-glasgow-gay-pride-2026/?ref=rss" TargetMode="External"/><Relationship Id="rId10" Type="http://schemas.openxmlformats.org/officeDocument/2006/relationships/hyperlink" Target="https://glasgowspride.org/pride2026" TargetMode="External"/><Relationship Id="rId11" Type="http://schemas.openxmlformats.org/officeDocument/2006/relationships/hyperlink" Target="https://www.gaydio.co.uk/uk/events/the-guide/event/glasgow-pride/" TargetMode="External"/><Relationship Id="rId12" Type="http://schemas.openxmlformats.org/officeDocument/2006/relationships/hyperlink" Target="https://www.gay-prides.com/scotland/glasgow-pride.html" TargetMode="External"/><Relationship Id="rId13" Type="http://schemas.openxmlformats.org/officeDocument/2006/relationships/hyperlink" Target="https://www.gaytravel4u.com/event/glasgow-pride/" TargetMode="External"/><Relationship Id="rId14" Type="http://schemas.openxmlformats.org/officeDocument/2006/relationships/hyperlink" Target="https://www.csd-termine.de/europa/csd-pride-glasgow.html" TargetMode="External"/><Relationship Id="rId15" Type="http://schemas.openxmlformats.org/officeDocument/2006/relationships/hyperlink" Target="https://www.gaytravel4u.de/event/glasgow-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