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Flight Attendant Stories That Make the Skies Friendlier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Flight Attendant Safety Professionals’ Day by watching how gay flight attendants have quietly shaped cabin culture, made travel kinder, and kept things a little more fabulous , from the aisles of Pan Am to today’s tagged Instagram posts. It’s a small history with big personality.</w:t>
      </w:r>
      <w:r/>
    </w:p>
    <w:p>
      <w:r/>
      <w:r>
        <w:t>Essential Takeaways</w:t>
      </w:r>
      <w:r/>
      <w:r/>
    </w:p>
    <w:p>
      <w:pPr>
        <w:pStyle w:val="ListBullet"/>
        <w:spacing w:line="240" w:lineRule="auto"/>
        <w:ind w:left="720"/>
      </w:pPr>
      <w:r/>
      <w:r>
        <w:rPr>
          <w:b/>
        </w:rPr>
        <w:t>Legal origin:</w:t>
      </w:r>
      <w:r>
        <w:t xml:space="preserve"> Flight Attendant Safety Professionals’ Day traces to a 1990 congressional proclamation, raising awareness for cabin crew safety and professionalism.</w:t>
      </w:r>
      <w:r/>
    </w:p>
    <w:p>
      <w:pPr>
        <w:pStyle w:val="ListBullet"/>
        <w:spacing w:line="240" w:lineRule="auto"/>
        <w:ind w:left="720"/>
      </w:pPr>
      <w:r/>
      <w:r>
        <w:rPr>
          <w:b/>
        </w:rPr>
        <w:t>Historic role:</w:t>
      </w:r>
      <w:r>
        <w:t xml:space="preserve"> Male flight attendants provided rare social spaces for queer men to meet and express themselves while on the move.</w:t>
      </w:r>
      <w:r/>
    </w:p>
    <w:p>
      <w:pPr>
        <w:pStyle w:val="ListBullet"/>
        <w:spacing w:line="240" w:lineRule="auto"/>
        <w:ind w:left="720"/>
      </w:pPr>
      <w:r/>
      <w:r>
        <w:rPr>
          <w:b/>
        </w:rPr>
        <w:t>Cultural impact:</w:t>
      </w:r>
      <w:r>
        <w:t xml:space="preserve"> Airlines and crew life helped normalise queer visibility in travel, shaping attitudes within and beyond the industry.</w:t>
      </w:r>
      <w:r/>
    </w:p>
    <w:p>
      <w:pPr>
        <w:pStyle w:val="ListBullet"/>
        <w:spacing w:line="240" w:lineRule="auto"/>
        <w:ind w:left="720"/>
      </w:pPr>
      <w:r/>
      <w:r>
        <w:rPr>
          <w:b/>
        </w:rPr>
        <w:t>Modern presence:</w:t>
      </w:r>
      <w:r>
        <w:t xml:space="preserve"> Today’s gay flight attendants use social media to celebrate identity and craft, often with playful, polished posts that are safe and shareable.</w:t>
      </w:r>
      <w:r/>
      <w:r/>
    </w:p>
    <w:p>
      <w:pPr>
        <w:pStyle w:val="Heading2"/>
      </w:pPr>
      <w:r>
        <w:t>Why July 19 matters , a safety day with a social ripple</w:t>
      </w:r>
      <w:r/>
    </w:p>
    <w:p>
      <w:r/>
      <w:r>
        <w:t>July 19 carries a practical and symbolic weight for crew members. The day was proclaimed to honour the professionalism and safety work of flight attendants, which matters because cabin safety is hands-on, exacting and often underappreciated. According to an official 1990 proclamation, it’s meant to highlight safety roles and responsibilities that keep passengers secure. Over time that recognition has also given flight attendants a visible platform to celebrate their culture and community.</w:t>
      </w:r>
      <w:r/>
    </w:p>
    <w:p>
      <w:r/>
      <w:r>
        <w:t>That civic recognition intersects with a social history. In airlines’ early decades, flight decks and galleys became more than workplaces; they were rolling communities where people who didn’t fit conventional boxes could find each other and support.</w:t>
      </w:r>
      <w:r/>
    </w:p>
    <w:p>
      <w:pPr>
        <w:pStyle w:val="Heading2"/>
      </w:pPr>
      <w:r>
        <w:t>How airlines became unexpected queer meeting places</w:t>
      </w:r>
      <w:r/>
    </w:p>
    <w:p>
      <w:r/>
      <w:r>
        <w:t>Airline life created unusual intimacy: long layovers, crew hotels and shared crash pads meant people from all over could gather and, for some, explore identity away from home pressures. Scholars writing about male flight attendants point out how these spaces functioned like the bars and clubs that traditionally served queer communities, but with the added anonymity and mobility of travel.</w:t>
      </w:r>
      <w:r/>
    </w:p>
    <w:p>
      <w:r/>
      <w:r>
        <w:t>Phil Tiemeyer’s research, chronicled in Plane Queer, sections this history into labour, sexuality and the AIDS era, showing how work structures and personal lives blurred in ways that shaped queer culture within aviation. So while the job always required training and skill, it also offered a type of freedom , to dress, to travel and to meet others.</w:t>
      </w:r>
      <w:r/>
    </w:p>
    <w:p>
      <w:pPr>
        <w:pStyle w:val="Heading2"/>
      </w:pPr>
      <w:r>
        <w:t>Glamour, secrecy and a few eyebrow-raising tales</w:t>
      </w:r>
      <w:r/>
    </w:p>
    <w:p>
      <w:r/>
      <w:r>
        <w:t>There’s a reason the job still carries a dash of glamour. Veteran crew members have described airlines as unusually seductive work environments, where brief encounters and fleeting romances sometimes happened mid-shift or on distant beaches. These personal stories, retold in interviews and archives, underline how crew culture could be both liberating and discreet.</w:t>
      </w:r>
      <w:r/>
    </w:p>
    <w:p>
      <w:r/>
      <w:r>
        <w:t>Still, today’s crew are more public-facing and professional than ever; social media posts tend to keep things tasteful while signalling identity. Hashtags like #flightattendant and #gay let cabin crew share pride and community without breaching workplace rules, and they help passengers glimpse the person behind the uniform.</w:t>
      </w:r>
      <w:r/>
    </w:p>
    <w:p>
      <w:pPr>
        <w:pStyle w:val="Heading2"/>
      </w:pPr>
      <w:r>
        <w:t>What this history means for travellers and crew now</w:t>
      </w:r>
      <w:r/>
    </w:p>
    <w:p>
      <w:r/>
      <w:r>
        <w:t>Understanding this background makes you a more considerate passenger. Flight attendants’ roles have long been multifaceted , safety officer, customer-service pro, sometimes confidant , and many have also been cultural trailblazers. Recognising that human side helps passengers treat crew with the respect that their job and lived experience deserve.</w:t>
      </w:r>
      <w:r/>
    </w:p>
    <w:p>
      <w:r/>
      <w:r>
        <w:t>If you’re curious about the modern scene, look for verified crew accounts and official airline content that celebrate diversity. Remember: identity and professionalism coexist; a confident smile in the aisle may reflect a long personal and social journey.</w:t>
      </w:r>
      <w:r/>
    </w:p>
    <w:p>
      <w:pPr>
        <w:pStyle w:val="Heading2"/>
      </w:pPr>
      <w:r>
        <w:t>Choosing to celebrate , practical ways to show appreciation</w:t>
      </w:r>
      <w:r/>
    </w:p>
    <w:p>
      <w:r/>
      <w:r>
        <w:t>You don’t need to make a grand gesture to honour Flight Attendant Safety Professionals’ Day. A polite thank-you during boarding, following crew instructions promptly, or even a respectful shout-out on social media tagging airlines and crew accounts all help. For frequent flyers, learning a few phrases in crew members’ languages or tipping thoughtfully where allowed goes a long way.</w:t>
      </w:r>
      <w:r/>
    </w:p>
    <w:p>
      <w:r/>
      <w:r>
        <w:t>And if you’re a crew member yourself, sharing parts of your story can feel empowering , within the bounds of company policy, of course. Many find that tasteful, personal posts help humanise the role for the broader public.</w:t>
      </w:r>
      <w:r/>
    </w:p>
    <w:p>
      <w:r/>
      <w:r>
        <w:t>It's a small change that can make every flight feel friendlier and a little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[2]</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2">
        <w:r>
          <w:rPr>
            <w:color w:val="0000EE"/>
            <w:u w:val="single"/>
          </w:rPr>
          <w:t>[3]</w:t>
        </w:r>
      </w:hyperlink>
      <w:r>
        <w:t xml:space="preserve">, </w:t>
      </w:r>
      <w:hyperlink r:id="rId14">
        <w:r>
          <w:rPr>
            <w:color w:val="0000EE"/>
            <w:u w:val="single"/>
          </w:rPr>
          <w:t>[5]</w:t>
        </w:r>
      </w:hyperlink>
      <w:r>
        <w:t xml:space="preserve">- Paragraph 4: </w:t>
      </w:r>
      <w:hyperlink r:id="rId13">
        <w:r>
          <w:rPr>
            <w:color w:val="0000EE"/>
            <w:u w:val="single"/>
          </w:rPr>
          <w:t>[4]</w:t>
        </w:r>
      </w:hyperlink>
      <w:r>
        <w:t xml:space="preserve">, </w:t>
      </w:r>
      <w:hyperlink r:id="rId15">
        <w:r>
          <w:rPr>
            <w:color w:val="0000EE"/>
            <w:u w:val="single"/>
          </w:rPr>
          <w:t>[6]</w:t>
        </w:r>
      </w:hyperlink>
      <w:r>
        <w:t xml:space="preserve">- Paragraph 5: </w:t>
      </w:r>
      <w:hyperlink r:id="rId15">
        <w:r>
          <w:rPr>
            <w:color w:val="0000EE"/>
            <w:u w:val="single"/>
          </w:rPr>
          <w:t>[6]</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https://www.queerty.com/these-gay-flight-attendants-have-us-in-an-upright-position-20260718/</w:t>
        </w:r>
      </w:hyperlink>
      <w:r>
        <w:t xml:space="preserve"> - Please view link - unable to able to access data</w:t>
      </w:r>
      <w:r/>
    </w:p>
    <w:p>
      <w:pPr>
        <w:pStyle w:val="ListNumber"/>
        <w:spacing w:line="240" w:lineRule="auto"/>
        <w:ind w:left="720"/>
      </w:pPr>
      <w:r/>
      <w:hyperlink r:id="rId11">
        <w:r>
          <w:rPr>
            <w:color w:val="0000EE"/>
            <w:u w:val="single"/>
          </w:rPr>
          <w:t>https://www.congress.gov/101/statute/STATUTE-104/STATUTE-104-Pg310.pdf</w:t>
        </w:r>
      </w:hyperlink>
      <w:r>
        <w:t xml:space="preserve"> - This document is the official text of Public Law 101-329, enacted on July 8, 1990, which designates July 19, 1990, as 'Flight Attendant Safety Professionals' Day'. The law acknowledges the critical role of flight attendants in ensuring passenger safety and recognises their professionalism in various emergency situations, including medical emergencies, evacuations, and hijackings. It highlights the significant contributions of flight attendants to the aviation industry and the safety of air travel.</w:t>
      </w:r>
      <w:r/>
    </w:p>
    <w:p>
      <w:pPr>
        <w:pStyle w:val="ListNumber"/>
        <w:spacing w:line="240" w:lineRule="auto"/>
        <w:ind w:left="720"/>
      </w:pPr>
      <w:r/>
      <w:hyperlink r:id="rId12">
        <w:r>
          <w:rPr>
            <w:color w:val="0000EE"/>
            <w:u w:val="single"/>
          </w:rPr>
          <w:t>https://www.ucpress.edu/books/plane-queer/hardcover</w:t>
        </w:r>
      </w:hyperlink>
      <w:r>
        <w:t xml:space="preserve"> - This page provides information about 'Plane Queer: Labor, Sexuality, and AIDS in the History of Male Flight Attendants', a book by Phil Tiemeyer. The book explores the history of male flight attendants from the late 1920s to the post-September 11 era, examining the challenges they faced, including gender-based, sexuality-based, and AIDS-based discrimination. It also discusses how this group of workers created spaces for gay men to come out, fight homophobia, and advocate for LGBT civil rights.</w:t>
      </w:r>
      <w:r/>
    </w:p>
    <w:p>
      <w:pPr>
        <w:pStyle w:val="ListNumber"/>
        <w:spacing w:line="240" w:lineRule="auto"/>
        <w:ind w:left="720"/>
      </w:pPr>
      <w:r/>
      <w:hyperlink r:id="rId13">
        <w:r>
          <w:rPr>
            <w:color w:val="0000EE"/>
            <w:u w:val="single"/>
          </w:rPr>
          <w:t>https://www.researchgate.net/publication/364820962_Plane_Queer_Labor_Sexuality_and_AIDS_in_the_History_of_Male_Flight_Attendants</w:t>
        </w:r>
      </w:hyperlink>
      <w:r>
        <w:t xml:space="preserve"> - This ResearchGate publication provides an abstract of Phil Tiemeyer's book 'Plane Queer: Labor, Sexuality, and AIDS in the History of Male Flight Attendants'. The book details the history of men serving as flight attendants, beginning with the founding of the profession in the late 1920s and continuing into the post-September 11 era. It examines the hardships these men faced at work, including gender-based, sexuality-based, and AIDS-based discrimination, and how they created spaces for gay men to come out and advocate for LGBT civil rights.</w:t>
      </w:r>
      <w:r/>
    </w:p>
    <w:p>
      <w:pPr>
        <w:pStyle w:val="ListNumber"/>
        <w:spacing w:line="240" w:lineRule="auto"/>
        <w:ind w:left="720"/>
      </w:pPr>
      <w:r/>
      <w:hyperlink r:id="rId14">
        <w:r>
          <w:rPr>
            <w:color w:val="0000EE"/>
            <w:u w:val="single"/>
          </w:rPr>
          <w:t>https://books.google.com/books/about/Plane_Queer.html?id=yoQkDQAAQBAJ</w:t>
        </w:r>
      </w:hyperlink>
      <w:r>
        <w:t xml:space="preserve"> - This Google Books page offers a preview of 'Plane Queer: Labor, Sexuality, and AIDS in the History of Male Flight Attendants' by Phil Tiemeyer. The book examines the history of male flight attendants from the late 1920s to the post-September 11 era, focusing on the challenges they faced, including gender-based, sexuality-based, and AIDS-based discrimination. It also discusses how this group of workers created spaces for gay men to come out, fight homophobia, and advocate for LGBT civil rights.</w:t>
      </w:r>
      <w:r/>
    </w:p>
    <w:p>
      <w:pPr>
        <w:pStyle w:val="ListNumber"/>
        <w:spacing w:line="240" w:lineRule="auto"/>
        <w:ind w:left="720"/>
      </w:pPr>
      <w:r/>
      <w:hyperlink r:id="rId15">
        <w:r>
          <w:rPr>
            <w:color w:val="0000EE"/>
            <w:u w:val="single"/>
          </w:rPr>
          <w:t>https://academic.oup.com/jah/article-abstract/103/1/233/1751138</w:t>
        </w:r>
      </w:hyperlink>
      <w:r>
        <w:t xml:space="preserve"> - This is a review of Phil Tiemeyer's book 'Plane Queer: Labor, Sexuality, and AIDS in the History of Male Flight Attendants' published in the Journal of American History. The review discusses the book's examination of the work lives of gay male flight attendants from the late 1920s through 2011, highlighting the challenges they faced and their contributions to LGBT civil rights. It also notes the book's use of interviews and original research in LGBTQ, corporate, and labor archives.</w:t>
      </w:r>
      <w:r/>
    </w:p>
    <w:p>
      <w:pPr>
        <w:pStyle w:val="ListNumber"/>
        <w:spacing w:line="240" w:lineRule="auto"/>
        <w:ind w:left="720"/>
      </w:pPr>
      <w:r/>
      <w:hyperlink r:id="rId10">
        <w:r>
          <w:rPr>
            <w:color w:val="0000EE"/>
            <w:u w:val="single"/>
          </w:rPr>
          <w:t>https://www.presidency.ucsb.edu/documents/proclamation-6157-flight-attendant-safety-professionals-day-1990</w:t>
        </w:r>
      </w:hyperlink>
      <w:r>
        <w:t xml:space="preserve"> - This is the official text of Proclamation 6157, issued by President George H.W. Bush on July 13, 1990, designating July 19, 1990, as 'Flight Attendant Safety Professionals' Day'. The proclamation recognises the critical role of flight attendants in ensuring passenger safety and acknowledges their professionalism in various emergency situations, including accidents, hijackings, in-flight fires, and sudden cabin decompression. It urges the people of the United States to observe the day with appropriate ceremonies and activities.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these-gay-flight-attendants-have-us-in-an-upright-position-20260718/" TargetMode="External"/><Relationship Id="rId10" Type="http://schemas.openxmlformats.org/officeDocument/2006/relationships/hyperlink" Target="https://www.presidency.ucsb.edu/documents/proclamation-6157-flight-attendant-safety-professionals-day-1990" TargetMode="External"/><Relationship Id="rId11" Type="http://schemas.openxmlformats.org/officeDocument/2006/relationships/hyperlink" Target="https://www.congress.gov/101/statute/STATUTE-104/STATUTE-104-Pg310.pdf" TargetMode="External"/><Relationship Id="rId12" Type="http://schemas.openxmlformats.org/officeDocument/2006/relationships/hyperlink" Target="https://www.ucpress.edu/books/plane-queer/hardcover" TargetMode="External"/><Relationship Id="rId13" Type="http://schemas.openxmlformats.org/officeDocument/2006/relationships/hyperlink" Target="https://www.researchgate.net/publication/364820962_Plane_Queer_Labor_Sexuality_and_AIDS_in_the_History_of_Male_Flight_Attendants" TargetMode="External"/><Relationship Id="rId14" Type="http://schemas.openxmlformats.org/officeDocument/2006/relationships/hyperlink" Target="https://books.google.com/books/about/Plane_Queer.html?id=yoQkDQAAQBAJ" TargetMode="External"/><Relationship Id="rId15" Type="http://schemas.openxmlformats.org/officeDocument/2006/relationships/hyperlink" Target="https://academic.oup.com/jah/article-abstract/103/1/233/175113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