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Bars Around the World — Readers Name Their Favourite Local Spots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memories and sticky dancefloors, readers from Louisville to Manila shared the gay bars that matter most , why they love them, what keeps them alive, and which neighbourhood haunts you should visit next. These are the community hubs, the dives and the hidden gems that still feel like home.</w:t>
      </w:r>
      <w:r/>
    </w:p>
    <w:p>
      <w:r/>
      <w:r>
        <w:t>Essential Takeaways</w:t>
      </w:r>
      <w:r/>
      <w:r/>
    </w:p>
    <w:p>
      <w:pPr>
        <w:pStyle w:val="ListBullet"/>
        <w:spacing w:line="240" w:lineRule="auto"/>
        <w:ind w:left="720"/>
      </w:pPr>
      <w:r/>
      <w:r>
        <w:rPr>
          <w:b/>
        </w:rPr>
        <w:t>Community anchors:</w:t>
      </w:r>
      <w:r>
        <w:t xml:space="preserve"> Classic bars like Robert’s Lafitte in Galveston serve as historic hubs for local LGBTQ+ life and fundraising efforts.</w:t>
      </w:r>
      <w:r/>
    </w:p>
    <w:p>
      <w:pPr>
        <w:pStyle w:val="ListBullet"/>
        <w:spacing w:line="240" w:lineRule="auto"/>
        <w:ind w:left="720"/>
      </w:pPr>
      <w:r/>
      <w:r>
        <w:rPr>
          <w:b/>
        </w:rPr>
        <w:t>Small-city scenes thrive:</w:t>
      </w:r>
      <w:r>
        <w:t xml:space="preserve"> Places such as Big Bar in Louisville prove meaningful gay nightlife exists well beyond major metros.</w:t>
      </w:r>
      <w:r/>
    </w:p>
    <w:p>
      <w:pPr>
        <w:pStyle w:val="ListBullet"/>
        <w:spacing w:line="240" w:lineRule="auto"/>
        <w:ind w:left="720"/>
      </w:pPr>
      <w:r/>
      <w:r>
        <w:rPr>
          <w:b/>
        </w:rPr>
        <w:t>Atmosphere matters:</w:t>
      </w:r>
      <w:r>
        <w:t xml:space="preserve"> Readers praise friendly bartenders, cosy patios, and neighbourhood vibes , a place that feels welcoming wins every time.</w:t>
      </w:r>
      <w:r/>
    </w:p>
    <w:p>
      <w:pPr>
        <w:pStyle w:val="ListBullet"/>
        <w:spacing w:line="240" w:lineRule="auto"/>
        <w:ind w:left="720"/>
      </w:pPr>
      <w:r/>
      <w:r>
        <w:rPr>
          <w:b/>
        </w:rPr>
        <w:t>Variety across cities:</w:t>
      </w:r>
      <w:r>
        <w:t xml:space="preserve"> From divey raunch in San Francisco to polished cocktail spots in D.C., gay bars cater to many tastes and identities.</w:t>
      </w:r>
      <w:r/>
    </w:p>
    <w:p>
      <w:pPr>
        <w:pStyle w:val="ListBullet"/>
        <w:spacing w:line="240" w:lineRule="auto"/>
        <w:ind w:left="720"/>
      </w:pPr>
      <w:r/>
      <w:r>
        <w:rPr>
          <w:b/>
        </w:rPr>
        <w:t>Hidden gems need protection:</w:t>
      </w:r>
      <w:r>
        <w:t xml:space="preserve"> Older venues face financial and physical threats, underscoring why patronage and support matter.</w:t>
      </w:r>
      <w:r/>
      <w:r/>
    </w:p>
    <w:p>
      <w:pPr>
        <w:pStyle w:val="Heading2"/>
      </w:pPr>
      <w:r>
        <w:t>Why these bars still mean so much , and why you should care</w:t>
      </w:r>
      <w:r/>
    </w:p>
    <w:p>
      <w:r/>
      <w:r>
        <w:t>Gay bars are more than late-night drinks; they’re where people find friends, lovers, mentors and a sense of belonging. Readers describe familiar smells , cheap perfume, fried food, spilled beer , and the warmth of recognisable faces behind the bar. According to local listings and tourism guides, spots such as Big Bar in Louisville and Robert’s Lafitte in Galveston have become cultural touchstones for their cities. That mix of ritual and comfort explains why patrons rally to support them when trouble hits.</w:t>
      </w:r>
      <w:r/>
    </w:p>
    <w:p>
      <w:pPr>
        <w:pStyle w:val="Heading2"/>
      </w:pPr>
      <w:r>
        <w:t>Small cities are producing unexpectedly great scenes</w:t>
      </w:r>
      <w:r/>
    </w:p>
    <w:p>
      <w:r/>
      <w:r>
        <w:t>You don’t have to head to a coastal megacity to find brilliant queer nightlife. Big Bar in Louisville crops up repeatedly in reader recommendations for its roomy patio and solid bartending, and local guides list it as a go-to for the Highlands neighbourhood. These smaller markets often have tight-knit communities where regulars run fundraisers, staff know your name, and a $5 martini can lead to a meaningful conversation. If you’re planning a weekend away, check neighbourhood listings first , you’ll find a friendlier welcome than you might expect.</w:t>
      </w:r>
      <w:r/>
    </w:p>
    <w:p>
      <w:pPr>
        <w:pStyle w:val="Heading2"/>
      </w:pPr>
      <w:r>
        <w:t>Historic bars carry weight , and sometimes risk</w:t>
      </w:r>
      <w:r/>
    </w:p>
    <w:p>
      <w:r/>
      <w:r>
        <w:t>Certain venues have generational importance. Robert’s Lafitte in Galveston, for example, is mentioned as the city’s original drag bar and a site for community organising. Local reportage and tourism directories show the bar has faced financial strain and even damage threats, prompting local fundraising and public concern. That’s a reminder: historic gay bars can be fragile. Visiting, donating, or lending a hand at events are practical ways to help preserve those spaces for future nights out.</w:t>
      </w:r>
      <w:r/>
    </w:p>
    <w:p>
      <w:pPr>
        <w:pStyle w:val="Heading2"/>
      </w:pPr>
      <w:r>
        <w:t>The delight of hidden, low-key neighbourhood spots</w:t>
      </w:r>
      <w:r/>
    </w:p>
    <w:p>
      <w:r/>
      <w:r>
        <w:t>Readers raved about places you might miss unless someone whispers their name , a tucked-away cocktail bar in D.C. with perfect espresso martinis, or a cosy Castro haunt that still feels like a secret. These bars often win loyalty for their calm vibe, skilled bartenders and the ability to start a night without the crush. When choosing where to go, look for places with consistent service and atmosphere rather than the flashiest sign; your evening will thank you.</w:t>
      </w:r>
      <w:r/>
    </w:p>
    <w:p>
      <w:pPr>
        <w:pStyle w:val="Heading2"/>
      </w:pPr>
      <w:r>
        <w:t>What to look for when picking a bar for your night out</w:t>
      </w:r>
      <w:r/>
    </w:p>
    <w:p>
      <w:r/>
      <w:r>
        <w:t>Think about mood first , do you want a loud dancefloor, a drag show, or a comfortable corner booth? Size up crowd diversity and programming: sports nights, drag bingo and themed parties tell you how a venue serves its community. Practical stuff matters too: patio space, drink prices, and nearby transport can make or break a night. Finally, consider supporting spots with a local history or those fundraising to stay open; your patronage can keep a beloved bar alive.</w:t>
      </w:r>
      <w:r/>
    </w:p>
    <w:p>
      <w:pPr>
        <w:pStyle w:val="Heading2"/>
      </w:pPr>
      <w:r>
        <w:t>Travel tips and bar etiquette for visiting queer venues overseas</w:t>
      </w:r>
      <w:r/>
    </w:p>
    <w:p>
      <w:r/>
      <w:r>
        <w:t>When you travel, check a venue’s socials for theme nights, door policies and safety notes; norms vary by city and country. Be respectful of local cultures and the bar’s crowd , what’s playful in one place might be intrusive in another. If a bar is small or poses as a sanctuary, leave room for locals to enjoy their space too. And if you love a spot, tell a friend or drop a positive review , word of mouth still matters in an algorithm-heavy world.</w:t>
      </w:r>
      <w:r/>
    </w:p>
    <w:p>
      <w:r/>
      <w:r>
        <w:t>It’s a small change that can keep your favourite bar humming for years , show up, be kind, and buy a round.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[7]</w:t>
        </w:r>
      </w:hyperlink>
      <w:r>
        <w:t xml:space="preserve">, </w:t>
      </w:r>
      <w:hyperlink r:id="rId14">
        <w:r>
          <w:rPr>
            <w:color w:val="0000EE"/>
            <w:u w:val="single"/>
          </w:rPr>
          <w:t>[3]</w:t>
        </w:r>
      </w:hyperlink>
      <w:r>
        <w:t xml:space="preserve">- Paragraph 4: </w:t>
      </w:r>
      <w:hyperlink r:id="rId15">
        <w:r>
          <w:rPr>
            <w:color w:val="0000EE"/>
            <w:u w:val="single"/>
          </w:rPr>
          <w:t>[6]</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2">
        <w:r>
          <w:rPr>
            <w:color w:val="0000EE"/>
            <w:u w:val="single"/>
          </w:rPr>
          <w:t>[4]</w:t>
        </w:r>
      </w:hyperlink>
      <w:r>
        <w:t xml:space="preserve">- Paragraph 6: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https://www.queerty.com/from-the-philippines-to-nyc-gays-name-their-favorite-gay-bars-20260719/</w:t>
        </w:r>
      </w:hyperlink>
      <w:r>
        <w:t xml:space="preserve"> - Please view link - unable to able to access data</w:t>
      </w:r>
      <w:r/>
    </w:p>
    <w:p>
      <w:pPr>
        <w:pStyle w:val="ListNumber"/>
        <w:spacing w:line="240" w:lineRule="auto"/>
        <w:ind w:left="720"/>
      </w:pPr>
      <w:r/>
      <w:hyperlink r:id="rId10">
        <w:r>
          <w:rPr>
            <w:color w:val="0000EE"/>
            <w:u w:val="single"/>
          </w:rPr>
          <w:t>https://www.galveston.com/nightlife/find-a-bar/robertslafitte/</w:t>
        </w:r>
      </w:hyperlink>
      <w:r>
        <w:t xml:space="preserve"> - Robert's Lafitte, located at 2501 Avenue Q in Galveston, Texas, is the state's oldest gay bar, operating since 1969. Known for its close-knit, 'neighborhood' ambiance, the bar hosts special events like the 'Turnabout Show,' 'Puppet Show,' and the 'Rocky Horrible Show.' It also features a tropical patio and offers weekly sports specials and pool tournaments. Operating hours are Monday through Saturday from 7 am to 2 am, and Sunday from 10 am to 2 am. The venue is a cornerstone of Galveston's LGBTQ+ community, providing a welcoming space for all.</w:t>
      </w:r>
      <w:r/>
    </w:p>
    <w:p>
      <w:pPr>
        <w:pStyle w:val="ListNumber"/>
        <w:spacing w:line="240" w:lineRule="auto"/>
        <w:ind w:left="720"/>
      </w:pPr>
      <w:r/>
      <w:hyperlink r:id="rId14">
        <w:r>
          <w:rPr>
            <w:color w:val="0000EE"/>
            <w:u w:val="single"/>
          </w:rPr>
          <w:t>https://www.visitgalveston.com/directory/roberts-lafitte/</w:t>
        </w:r>
      </w:hyperlink>
      <w:r>
        <w:t xml:space="preserve"> - Robert's Lafitte, situated at 2501 Avenue Q in Galveston, Texas, is the original drag show bar in the area and holds the title of the oldest LGBTQ+ bar in Texas. Established nearly 50 years ago, it has been a community treasure, offering a fun place for friends to gather. The venue provides a historic and locally owned atmosphere with outdoor seating, making it a cherished spot for both locals and visitors.</w:t>
      </w:r>
      <w:r/>
    </w:p>
    <w:p>
      <w:pPr>
        <w:pStyle w:val="ListNumber"/>
        <w:spacing w:line="240" w:lineRule="auto"/>
        <w:ind w:left="720"/>
      </w:pPr>
      <w:r/>
      <w:hyperlink r:id="rId12">
        <w:r>
          <w:rPr>
            <w:color w:val="0000EE"/>
            <w:u w:val="single"/>
          </w:rPr>
          <w:t>https://louisville.gaycities.com/bars/303914-big-bar</w:t>
        </w:r>
      </w:hyperlink>
      <w:r>
        <w:t xml:space="preserve"> - Big Bar, located at 1202 Bardstown Road in Louisville, Kentucky, is a cozy gay dive bar known for its strong drinks, friendly bartenders, music videos, and karaoke nights. The bar features quirky rainbow decor that adds to its unique charm. Open Monday through Saturday from 4 pm to 3:30 am, and Sunday from 2 pm to 3:30 am, Big Bar offers a welcoming environment for the LGBTQ+ community and allies alike.</w:t>
      </w:r>
      <w:r/>
    </w:p>
    <w:p>
      <w:pPr>
        <w:pStyle w:val="ListNumber"/>
        <w:spacing w:line="240" w:lineRule="auto"/>
        <w:ind w:left="720"/>
      </w:pPr>
      <w:r/>
      <w:hyperlink r:id="rId13">
        <w:r>
          <w:rPr>
            <w:color w:val="0000EE"/>
            <w:u w:val="single"/>
          </w:rPr>
          <w:t>https://www.travelgay.com/venue/big-bar-louisville</w:t>
        </w:r>
      </w:hyperlink>
      <w:r>
        <w:t xml:space="preserve"> - Big Bar, situated near the Highlands area of Louisville, Kentucky, is a popular gay bar featuring quirky decor and a great range of drinks and cocktails. The venue is known for its themed nights and modern, cozy locale, making it a popular spot among locals. Open every day of the week until 3:30 am, Big Bar offers a lively atmosphere for patrons seeking a fun night out.</w:t>
      </w:r>
      <w:r/>
    </w:p>
    <w:p>
      <w:pPr>
        <w:pStyle w:val="ListNumber"/>
        <w:spacing w:line="240" w:lineRule="auto"/>
        <w:ind w:left="720"/>
      </w:pPr>
      <w:r/>
      <w:hyperlink r:id="rId15">
        <w:r>
          <w:rPr>
            <w:color w:val="0000EE"/>
            <w:u w:val="single"/>
          </w:rPr>
          <w:t>https://www.enprimeurclub.com/bars/big-bar-louisville-bar</w:t>
        </w:r>
      </w:hyperlink>
      <w:r>
        <w:t xml:space="preserve"> - Big Bar, located at 1202 Bardstown Road in Louisville, Kentucky, is an independent bar offering classic cocktails, outdoor terrace seating, and a lively atmosphere. The venue is known for its quirky decor and energetic vibe, making it a popular choice for casual hangouts and group outings. Open Monday through Saturday from 4 pm to 3:30 am, and Sunday from 2 pm to 3:30 am, Big Bar provides a unique experience for its patrons.</w:t>
      </w:r>
      <w:r/>
    </w:p>
    <w:p>
      <w:pPr>
        <w:pStyle w:val="ListNumber"/>
        <w:spacing w:line="240" w:lineRule="auto"/>
        <w:ind w:left="720"/>
      </w:pPr>
      <w:r/>
      <w:hyperlink r:id="rId11">
        <w:r>
          <w:rPr>
            <w:color w:val="0000EE"/>
            <w:u w:val="single"/>
          </w:rPr>
          <w:t>https://www.galveston.org/article/historic-galveston-lgbtq-bar-faces-closure-over-repairs</w:t>
        </w:r>
      </w:hyperlink>
      <w:r>
        <w:t xml:space="preserve"> - Robert's Lafitte, Galveston's oldest LGBTQ+ bar, is facing potential closure due to required repairs. The bar, a landmark in the community since 1965, has been notified to undertake expensive repairs within a 30-day timeframe to continue operations. Community members are concerned about the impact of the potential loss of this vital safe space for the LGBTQ+ community in Galveston.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rom-the-philippines-to-nyc-gays-name-their-favorite-gay-bars-20260719/" TargetMode="External"/><Relationship Id="rId10" Type="http://schemas.openxmlformats.org/officeDocument/2006/relationships/hyperlink" Target="https://www.galveston.com/nightlife/find-a-bar/robertslafitte/" TargetMode="External"/><Relationship Id="rId11" Type="http://schemas.openxmlformats.org/officeDocument/2006/relationships/hyperlink" Target="https://www.galveston.org/article/historic-galveston-lgbtq-bar-faces-closure-over-repairs" TargetMode="External"/><Relationship Id="rId12" Type="http://schemas.openxmlformats.org/officeDocument/2006/relationships/hyperlink" Target="https://louisville.gaycities.com/bars/303914-big-bar" TargetMode="External"/><Relationship Id="rId13" Type="http://schemas.openxmlformats.org/officeDocument/2006/relationships/hyperlink" Target="https://www.travelgay.com/venue/big-bar-louisville" TargetMode="External"/><Relationship Id="rId14" Type="http://schemas.openxmlformats.org/officeDocument/2006/relationships/hyperlink" Target="https://www.visitgalveston.com/directory/roberts-lafitte/" TargetMode="External"/><Relationship Id="rId15" Type="http://schemas.openxmlformats.org/officeDocument/2006/relationships/hyperlink" Target="https://www.enprimeurclub.com/bars/big-bar-louisville-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