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Frankfurt CSD 2023 Coverage: What Happened, Who Turned Up,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protesting, and partying: Frankfurt’s 34th Christopher Street Day drew thousands to the Altstadt and Mainufer, mixing rainbow glamour with political urgency , here’s what to know, who spoke up, and how the city’s queer scene marked a weekend that felt equal parts festival and demonstration.</w:t>
      </w:r>
      <w:r/>
    </w:p>
    <w:p>
      <w:r/>
      <w:r>
        <w:t>Essential Takeaways</w:t>
      </w:r>
      <w:r/>
      <w:r/>
    </w:p>
    <w:p>
      <w:pPr>
        <w:pStyle w:val="ListBullet"/>
        <w:spacing w:line="240" w:lineRule="auto"/>
        <w:ind w:left="720"/>
      </w:pPr>
      <w:r/>
      <w:r>
        <w:rPr>
          <w:b/>
        </w:rPr>
        <w:t>Big turnout:</w:t>
      </w:r>
      <w:r>
        <w:t xml:space="preserve"> Police estimated around 17,000 people took part, making Frankfurt’s CSD one of Germany’s larger Pride events. </w:t>
      </w:r>
      <w:r/>
    </w:p>
    <w:p>
      <w:pPr>
        <w:pStyle w:val="ListBullet"/>
        <w:spacing w:line="240" w:lineRule="auto"/>
        <w:ind w:left="720"/>
      </w:pPr>
      <w:r/>
      <w:r>
        <w:rPr>
          <w:b/>
        </w:rPr>
        <w:t>Festival atmosphere:</w:t>
      </w:r>
      <w:r>
        <w:t xml:space="preserve"> Floats, partybuses, DJs and street food gave the Mainufer a Volksfest feel , colours, glitter and Seifenblasen everywhere. </w:t>
      </w:r>
      <w:r/>
    </w:p>
    <w:p>
      <w:pPr>
        <w:pStyle w:val="ListBullet"/>
        <w:spacing w:line="240" w:lineRule="auto"/>
        <w:ind w:left="720"/>
      </w:pPr>
      <w:r/>
      <w:r>
        <w:rPr>
          <w:b/>
        </w:rPr>
        <w:t>Political edge:</w:t>
      </w:r>
      <w:r>
        <w:t xml:space="preserve"> Speakers warned of a “rollback” in queer rights amid rising right-wing violence; one victim had been attacked the night before. </w:t>
      </w:r>
      <w:r/>
    </w:p>
    <w:p>
      <w:pPr>
        <w:pStyle w:val="ListBullet"/>
        <w:spacing w:line="240" w:lineRule="auto"/>
        <w:ind w:left="720"/>
      </w:pPr>
      <w:r/>
      <w:r>
        <w:rPr>
          <w:b/>
        </w:rPr>
        <w:t>Diverse community:</w:t>
      </w:r>
      <w:r>
        <w:t xml:space="preserve"> From allies and families to kink and pup-play groups, the crowd reflected wide-ranging queer identities and solidarity. </w:t>
      </w:r>
      <w:r/>
    </w:p>
    <w:p>
      <w:pPr>
        <w:pStyle w:val="ListBullet"/>
        <w:spacing w:line="240" w:lineRule="auto"/>
        <w:ind w:left="720"/>
      </w:pPr>
      <w:r/>
      <w:r>
        <w:rPr>
          <w:b/>
        </w:rPr>
        <w:t>Safety concerns:</w:t>
      </w:r>
      <w:r>
        <w:t xml:space="preserve"> Organisers stressed the CSD is a demonstration, not merely a parade, with 250 volunteers and police presence to keep the event moving.</w:t>
      </w:r>
      <w:r/>
      <w:r/>
    </w:p>
    <w:p>
      <w:pPr>
        <w:pStyle w:val="Heading2"/>
      </w:pPr>
      <w:r>
        <w:t>A sunny return with a political roar</w:t>
      </w:r>
      <w:r/>
    </w:p>
    <w:p>
      <w:r/>
      <w:r>
        <w:t>The mood was bright and tactile , sun on faces, bubbles popping, music thumping from towering partybuses. After pandemic pauses and wavering enthusiasm, many attendees were simply glad to be back; others came to protest real setbacks. According to local reports, roughly 17,000 people marched, filling the Altstadt with flags and glitter as speakers used the Römerberg stage to call out growing hostility across Europe. That mix , celebration and alarm , is what made this CSD feel particularly urgent.</w:t>
      </w:r>
      <w:r/>
    </w:p>
    <w:p>
      <w:pPr>
        <w:pStyle w:val="Heading2"/>
      </w:pPr>
      <w:r>
        <w:t>Nothing just for show: organisers insist it’s a demo</w:t>
      </w:r>
      <w:r/>
    </w:p>
    <w:p>
      <w:r/>
      <w:r>
        <w:t>Organisers emphasised that CSD remains a demonstration for rights, not just a colourful procession. The message landed amid warnings from politicians about a “rollback” for queer people and reports of violent incidents the night before the event. With 250 volunteers marshalled through the route, and visible police involvement, the event balanced festivity and public-safety logistics. If you’re attending next time, expect a hybrid: bring water and sunscreen, but also be ready to listen and learn.</w:t>
      </w:r>
      <w:r/>
    </w:p>
    <w:p>
      <w:pPr>
        <w:pStyle w:val="Heading2"/>
      </w:pPr>
      <w:r>
        <w:t>Many ways to be present: allies, families and partybuses</w:t>
      </w:r>
      <w:r/>
    </w:p>
    <w:p>
      <w:r/>
      <w:r>
        <w:t>Families, self-described allies and first-timers mingled with long-time activists and club crews , and that variety felt important. Partybuses from long-standing promoters rolled alongside floats from political parties and civic groups, tossing sweets and waving banners. For newcomers, CSD can look like a big street party; for regulars it’s also a place of community-building. If you’re wondering whether to join in, bring an open mind and comfortable shoes , you’ll mostly be standing, waving, and sometimes dancing.</w:t>
      </w:r>
      <w:r/>
    </w:p>
    <w:p>
      <w:pPr>
        <w:pStyle w:val="Heading2"/>
      </w:pPr>
      <w:r>
        <w:t>When fun and fear collide: attacks remind people why they march</w:t>
      </w:r>
      <w:r/>
    </w:p>
    <w:p>
      <w:r/>
      <w:r>
        <w:t>The day’s joy was shadowed by recent violence: police reported a same-sex couple attacked with a glass bottle during the night before CSD, and a queer bar was targeted. Those incidents reinforced why the protest framing matters. Participants repeatedly linked visible celebration to political necessity , visibility is both refuge and target. Organisers, volunteers and police presence aimed to reduce risk, but the episodes underline that CSD remains a frontline for both pride and protection.</w:t>
      </w:r>
      <w:r/>
    </w:p>
    <w:p>
      <w:pPr>
        <w:pStyle w:val="Heading2"/>
      </w:pPr>
      <w:r>
        <w:t>Community beyond clichés: pup-play, DJs and stories of belonging</w:t>
      </w:r>
      <w:r/>
    </w:p>
    <w:p>
      <w:r/>
      <w:r>
        <w:t>You’ll see leather and latex at a CSD, but you’ll also find groups for whom the event is about identity and support. One pup-play collective explained how role play can offer safety, rituals and social belonging rather than just sexual expression. DJs and local promoters reminded attendees that Frankfurt’s queer scene is interwoven with nightlife, charity, and activism. For many, the day is a reminder that the queer community provides connection when family or society has excluded them.</w:t>
      </w:r>
      <w:r/>
    </w:p>
    <w:p>
      <w:r/>
      <w:r>
        <w:t>Closing line Bring your colours, your curiosity and your calm , Frankfurt’s CSD shows how partying and protest can sit side by side to keep rights visible and communities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11">
        <w:r>
          <w:rPr>
            <w:color w:val="0000EE"/>
            <w:u w:val="single"/>
          </w:rPr>
          <w:t>[4]</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https://www.faz.net/aktuell/rhein-main/frankfurt/frankfurt-17-000-besucher-beim-christopher-street-day-csd-accg-201043486.html</w:t>
        </w:r>
      </w:hyperlink>
      <w:r>
        <w:t xml:space="preserve"> - Please view link - unable to able to access data</w:t>
      </w:r>
      <w:r/>
    </w:p>
    <w:p>
      <w:pPr>
        <w:pStyle w:val="ListNumber"/>
        <w:spacing w:line="240" w:lineRule="auto"/>
        <w:ind w:left="720"/>
      </w:pPr>
      <w:r/>
      <w:hyperlink r:id="rId10">
        <w:r>
          <w:rPr>
            <w:color w:val="0000EE"/>
            <w:u w:val="single"/>
          </w:rPr>
          <w:t>https://www.zeit.de/news/2023-07/17/19-strafanzeigen-beim-frankfurter-christopher-street-day</w:t>
        </w:r>
      </w:hyperlink>
      <w:r>
        <w:t xml:space="preserve"> - During the Christopher Street Day (CSD) in Frankfurt, the police recorded 19 criminal charges, with at least three being investigated for potential anti-queer motives. These incidents included assaults on a homosexual man and two transgender individuals. A 39-year-old suspect was arrested in connection with these attacks. Approximately 50,000 people attended the event, making it the largest gathering of the lesbian, gay, bisexual, transgender, intersex, and queer (LGBTIQ) community in Hesse and one of the largest nationwide. (</w:t>
      </w:r>
      <w:hyperlink r:id="rId15">
        <w:r>
          <w:rPr>
            <w:color w:val="0000EE"/>
            <w:u w:val="single"/>
          </w:rPr>
          <w:t>zeit.de</w:t>
        </w:r>
      </w:hyperlink>
      <w:r>
        <w:t>)</w:t>
      </w:r>
      <w:r/>
    </w:p>
    <w:p>
      <w:pPr>
        <w:pStyle w:val="ListNumber"/>
        <w:spacing w:line="240" w:lineRule="auto"/>
        <w:ind w:left="720"/>
      </w:pPr>
      <w:r/>
      <w:hyperlink r:id="rId14">
        <w:r>
          <w:rPr>
            <w:color w:val="0000EE"/>
            <w:u w:val="single"/>
          </w:rPr>
          <w:t>https://www.frankfurter-info.org/termine/csd-frankfurt-2023-here-queer</w:t>
        </w:r>
      </w:hyperlink>
      <w:r>
        <w:t xml:space="preserve"> - The Christopher Street Day (CSD) in Frankfurt took place from July 13 to July 16, 2023, around the Konstablerwache area. The event featured various activities, including a demonstration on Saturday, July 15, starting at 11:00 AM with a gathering at Römerberg. The traditional raising of the rainbow flag at Römer was also part of the festivities. (</w:t>
      </w:r>
      <w:hyperlink r:id="rId16">
        <w:r>
          <w:rPr>
            <w:color w:val="0000EE"/>
            <w:u w:val="single"/>
          </w:rPr>
          <w:t>frankfurter-info.org</w:t>
        </w:r>
      </w:hyperlink>
      <w:r>
        <w:t>)</w:t>
      </w:r>
      <w:r/>
    </w:p>
    <w:p>
      <w:pPr>
        <w:pStyle w:val="ListNumber"/>
        <w:spacing w:line="240" w:lineRule="auto"/>
        <w:ind w:left="720"/>
      </w:pPr>
      <w:r/>
      <w:hyperlink r:id="rId11">
        <w:r>
          <w:rPr>
            <w:color w:val="0000EE"/>
            <w:u w:val="single"/>
          </w:rPr>
          <w:t>https://www.frankfurt-tipp.de/en/index/news/s/ugc/frankfurt-celebrates-diversity-and-tolerance-central-demo-of-christopher-street-day-moves-under-the-motto-here-queer-through-the-city.html</w:t>
        </w:r>
      </w:hyperlink>
      <w:r>
        <w:t xml:space="preserve"> - On Saturday morning, July 15, thousands gathered on Römerberg as Mayor Mike Josef and Mayor Nargess Eskandari-Grünberg, along with representatives from the queer community, raised the rainbow flag on the City Hall balcony. The central demonstration of the Christopher Street Day (CSD) moved through the city under the motto 'Here &amp; Queer', celebrating diversity and tolerance. Participants were united by a serious political concern: the fight for sexual diversity, against discrimination, and attacks on queer people. Despite the festive atmosphere, incidents where queer individuals were hurt, insulted, and threatened still occurred in Frankfurt. (</w:t>
      </w:r>
      <w:hyperlink r:id="rId17">
        <w:r>
          <w:rPr>
            <w:color w:val="0000EE"/>
            <w:u w:val="single"/>
          </w:rPr>
          <w:t>frankfurt-tipp.de</w:t>
        </w:r>
      </w:hyperlink>
      <w:r>
        <w:t>)</w:t>
      </w:r>
      <w:r/>
    </w:p>
    <w:p>
      <w:pPr>
        <w:pStyle w:val="ListNumber"/>
        <w:spacing w:line="240" w:lineRule="auto"/>
        <w:ind w:left="720"/>
      </w:pPr>
      <w:r/>
      <w:hyperlink r:id="rId18">
        <w:r>
          <w:rPr>
            <w:color w:val="0000EE"/>
            <w:u w:val="single"/>
          </w:rPr>
          <w:t>https://www.zeit.de/news/2023-07/14/parade-zum-christopher-street-day-in-frankfurt</w:t>
        </w:r>
      </w:hyperlink>
      <w:r>
        <w:t xml:space="preserve"> - Thousands of people celebrated the Christopher Street Day (CSD) in Frankfurt with a colourful parade. The event, under the motto 'Here &amp; Queer', was attended by Federal Minister of the Interior Nancy Faeser and, for the first time, the Evangelical City Deanery participated with its own float. The celebration aimed to promote the rights and equality of the lesbian, gay, bisexual, transgender, intersex, and queer (LGBTIQ) community. (</w:t>
      </w:r>
      <w:hyperlink r:id="rId19">
        <w:r>
          <w:rPr>
            <w:color w:val="0000EE"/>
            <w:u w:val="single"/>
          </w:rPr>
          <w:t>zeit.de</w:t>
        </w:r>
      </w:hyperlink>
      <w:r>
        <w:t>)</w:t>
      </w:r>
      <w:r/>
    </w:p>
    <w:p>
      <w:pPr>
        <w:pStyle w:val="ListNumber"/>
        <w:spacing w:line="240" w:lineRule="auto"/>
        <w:ind w:left="720"/>
      </w:pPr>
      <w:r/>
      <w:hyperlink r:id="rId13">
        <w:r>
          <w:rPr>
            <w:color w:val="0000EE"/>
            <w:u w:val="single"/>
          </w:rPr>
          <w:t>https://www.ffh.de/nachrichten/hessen/rhein-main/370070-csd-2023-grosse-parade-am-samstag-in-der-frankfurter-innenstadt.html</w:t>
        </w:r>
      </w:hyperlink>
      <w:r>
        <w:t xml:space="preserve"> - On Saturday, July 15, a colourful parade took place in Frankfurt's city centre as part of the Christopher Street Day (CSD). The parade featured over 10,000 participants and 115 marching groups and vehicles, demonstrating for diversity and against discrimination and exclusion. Thousands of visitors were expected to attend. The demonstration started at 12:30 PM at Schaumainkai and proceeded through various streets, ending around 4 PM. Due to the event, there were temporary road closures in the city centre. (</w:t>
      </w:r>
      <w:hyperlink r:id="rId20">
        <w:r>
          <w:rPr>
            <w:color w:val="0000EE"/>
            <w:u w:val="single"/>
          </w:rPr>
          <w:t>ffh.de</w:t>
        </w:r>
      </w:hyperlink>
      <w:r>
        <w:t>)</w:t>
      </w:r>
      <w:r/>
    </w:p>
    <w:p>
      <w:pPr>
        <w:pStyle w:val="ListNumber"/>
        <w:spacing w:line="240" w:lineRule="auto"/>
        <w:ind w:left="720"/>
      </w:pPr>
      <w:r/>
      <w:hyperlink r:id="rId12">
        <w:r>
          <w:rPr>
            <w:color w:val="0000EE"/>
            <w:u w:val="single"/>
          </w:rPr>
          <w:t>https://www.presseportal.de/blaulicht/pm/4970/5557571</w:t>
        </w:r>
      </w:hyperlink>
      <w:r>
        <w:t xml:space="preserve"> - The Christopher Street Day (CSD) celebrations in Frankfurt took place from July 14 to July 16, 2023. The highlight was the demonstration in the form of a parade on Saturday, July 15, with more than 10,000 participants, several floats, and numerous visitors. The Frankfurt police accompanied the celebrations with a tried and tested deployment concept to protect the event. (</w:t>
      </w:r>
      <w:hyperlink r:id="rId21">
        <w:r>
          <w:rPr>
            <w:color w:val="0000EE"/>
            <w:u w:val="single"/>
          </w:rPr>
          <w:t>presseportal.de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rhein-main/frankfurt/frankfurt-17-000-besucher-beim-christopher-street-day-csd-accg-201043486.html" TargetMode="External"/><Relationship Id="rId10" Type="http://schemas.openxmlformats.org/officeDocument/2006/relationships/hyperlink" Target="https://www.zeit.de/news/2023-07/17/19-strafanzeigen-beim-frankfurter-christopher-street-day" TargetMode="External"/><Relationship Id="rId11" Type="http://schemas.openxmlformats.org/officeDocument/2006/relationships/hyperlink" Target="https://www.frankfurt-tipp.de/en/index/news/s/ugc/frankfurt-celebrates-diversity-and-tolerance-central-demo-of-christopher-street-day-moves-under-the-motto-here-queer-through-the-city.html" TargetMode="External"/><Relationship Id="rId12" Type="http://schemas.openxmlformats.org/officeDocument/2006/relationships/hyperlink" Target="https://www.presseportal.de/blaulicht/pm/4970/5557571" TargetMode="External"/><Relationship Id="rId13" Type="http://schemas.openxmlformats.org/officeDocument/2006/relationships/hyperlink" Target="https://www.ffh.de/nachrichten/hessen/rhein-main/370070-csd-2023-grosse-parade-am-samstag-in-der-frankfurter-innenstadt.html" TargetMode="External"/><Relationship Id="rId14" Type="http://schemas.openxmlformats.org/officeDocument/2006/relationships/hyperlink" Target="https://www.frankfurter-info.org/termine/csd-frankfurt-2023-here-queer" TargetMode="External"/><Relationship Id="rId15" Type="http://schemas.openxmlformats.org/officeDocument/2006/relationships/hyperlink" Target="https://www.zeit.de/news/2023-07/17/19-strafanzeigen-beim-frankfurter-christopher-street-day?utm_source=openai" TargetMode="External"/><Relationship Id="rId16" Type="http://schemas.openxmlformats.org/officeDocument/2006/relationships/hyperlink" Target="https://www.frankfurter-info.org/termine/csd-frankfurt-2023-here-queer?utm_source=openai" TargetMode="External"/><Relationship Id="rId17" Type="http://schemas.openxmlformats.org/officeDocument/2006/relationships/hyperlink" Target="https://www.frankfurt-tipp.de/en/index/news/s/ugc/frankfurt-celebrates-diversity-and-tolerance-central-demo-of-christopher-street-day-moves-under-the-motto-here-queer-through-the-city.html?utm_source=openai" TargetMode="External"/><Relationship Id="rId18" Type="http://schemas.openxmlformats.org/officeDocument/2006/relationships/hyperlink" Target="https://www.zeit.de/news/2023-07/14/parade-zum-christopher-street-day-in-frankfurt" TargetMode="External"/><Relationship Id="rId19" Type="http://schemas.openxmlformats.org/officeDocument/2006/relationships/hyperlink" Target="https://www.zeit.de/news/2023-07/14/parade-zum-christopher-street-day-in-frankfurt?utm_source=openai" TargetMode="External"/><Relationship Id="rId20" Type="http://schemas.openxmlformats.org/officeDocument/2006/relationships/hyperlink" Target="https://www.ffh.de/nachrichten/hessen/rhein-main/370070-csd-2023-grosse-parade-am-samstag-in-der-frankfurter-innenstadt.html?utm_source=openai" TargetMode="External"/><Relationship Id="rId21" Type="http://schemas.openxmlformats.org/officeDocument/2006/relationships/hyperlink" Target="https://www.presseportal.de/blaulicht/pm/4970/555757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