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Takes Flight Events for Vancouver Pride 2026: A Night of Cocktails, Costumes and Flight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Pride with dazzling local drag, welcome cocktails and FlyOver’s immersive ride , an evening that mixes performance, selfies and a soaring coast-to-coast adventure. Tickets are limited, so book early if you want front-row sparkle.</w:t>
      </w:r>
      <w:r/>
    </w:p>
    <w:p>
      <w:r/>
      <w:r>
        <w:t>Essential Takeaways</w:t>
      </w:r>
      <w:r/>
      <w:r/>
    </w:p>
    <w:p>
      <w:pPr>
        <w:pStyle w:val="ListBullet"/>
        <w:spacing w:line="240" w:lineRule="auto"/>
        <w:ind w:left="720"/>
      </w:pPr>
      <w:r/>
      <w:r>
        <w:rPr>
          <w:b/>
        </w:rPr>
        <w:t>What it is:</w:t>
      </w:r>
      <w:r>
        <w:t xml:space="preserve"> A Pride edition of FlyOver’s Drag Takes Flight , live drag performances followed by FlyOver’s signature immersive flight experience. </w:t>
      </w:r>
      <w:r/>
    </w:p>
    <w:p>
      <w:pPr>
        <w:pStyle w:val="ListBullet"/>
        <w:spacing w:line="240" w:lineRule="auto"/>
        <w:ind w:left="720"/>
      </w:pPr>
      <w:r/>
      <w:r>
        <w:rPr>
          <w:b/>
        </w:rPr>
        <w:t>Who’s headlining:</w:t>
      </w:r>
      <w:r>
        <w:t xml:space="preserve"> Local favourites including Carlotta Gurl, with performances also featuring Celestial Seasons and Peach Cobblah. </w:t>
      </w:r>
      <w:r/>
    </w:p>
    <w:p>
      <w:pPr>
        <w:pStyle w:val="ListBullet"/>
        <w:spacing w:line="240" w:lineRule="auto"/>
        <w:ind w:left="720"/>
      </w:pPr>
      <w:r/>
      <w:r>
        <w:rPr>
          <w:b/>
        </w:rPr>
        <w:t>What you get:</w:t>
      </w:r>
      <w:r>
        <w:t xml:space="preserve"> A welcome cocktail or mocktail, a live set, a souvenir photo with the performers and the FlyOver journey across Canada. </w:t>
      </w:r>
      <w:r/>
    </w:p>
    <w:p>
      <w:pPr>
        <w:pStyle w:val="ListBullet"/>
        <w:spacing w:line="240" w:lineRule="auto"/>
        <w:ind w:left="720"/>
      </w:pPr>
      <w:r/>
      <w:r>
        <w:rPr>
          <w:b/>
        </w:rPr>
        <w:t>Practical note:</w:t>
      </w:r>
      <w:r>
        <w:t xml:space="preserve"> Limited tickets , buy early; comfortable shoes and a light layer are useful for moving between the Flying Whale lounge and the ride. </w:t>
      </w:r>
      <w:r/>
    </w:p>
    <w:p>
      <w:pPr>
        <w:pStyle w:val="ListBullet"/>
        <w:spacing w:line="240" w:lineRule="auto"/>
        <w:ind w:left="720"/>
      </w:pPr>
      <w:r/>
      <w:r>
        <w:rPr>
          <w:b/>
        </w:rPr>
        <w:t>Vibe:</w:t>
      </w:r>
      <w:r>
        <w:t xml:space="preserve"> Lively, theatrical and celebratory , perfect for Pride-goers looking for a mix of club energy and family-friendly spectacle.</w:t>
      </w:r>
      <w:r/>
      <w:r/>
    </w:p>
    <w:p>
      <w:pPr>
        <w:pStyle w:val="Heading2"/>
      </w:pPr>
      <w:r>
        <w:t>Why Drag Takes Flight feels made for Pride nights</w:t>
      </w:r>
      <w:r/>
    </w:p>
    <w:p>
      <w:r/>
      <w:r>
        <w:t>FlyOver has always flirted with theatricality , think sweeping visuals, booming sound and a crowd leaning forward in their seats , so pairing that with drag is a neat fit. The sensory punch of the flying ride, with its wind, scent and towering screens, amplifies the theatricality of a drag set; you don’t just watch the queens, you feel the moment. According to event listings, organisers are serving a welcome cocktail to get the night rolling, which keeps things social and relaxed before the performance.</w:t>
      </w:r>
      <w:r/>
    </w:p>
    <w:p>
      <w:r/>
      <w:r>
        <w:t>This format answers a simple question: how do you make an attraction feel fresh for Pride? By mixing live, local talent with the immersive tech that FlyOver does best. It’s a small switch that turns a theme-park-adjacent experience into a distinctly Pride-forward party.</w:t>
      </w:r>
      <w:r/>
    </w:p>
    <w:p>
      <w:pPr>
        <w:pStyle w:val="Heading2"/>
      </w:pPr>
      <w:r>
        <w:t>The lineup: local talent taking centre stage</w:t>
      </w:r>
      <w:r/>
    </w:p>
    <w:p>
      <w:r/>
      <w:r>
        <w:t>Carlotta Gurl headlines, backed by Celestial Seasons and Peach Cobblah, names that have been popping up across Vancouver’s queer calendar. Local listings highlight a real appetite for community-driven showcases this Pride season, from club nights to theatre-style events; Drag Takes Flight slots neatly into that trend. Expect polished numbers, quick-change energy and the sort of witty crowd work that makes live drag feel electric.</w:t>
      </w:r>
      <w:r/>
    </w:p>
    <w:p>
      <w:r/>
      <w:r>
        <w:t>If you’re picking your nights by performers, look for short bios or clips online before you book so you know if the humour leans camp, raunchy or family-friendly. That way you won’t be surprised by edgy bits if you’ve brought a mixed-age group.</w:t>
      </w:r>
      <w:r/>
    </w:p>
    <w:p>
      <w:pPr>
        <w:pStyle w:val="Heading2"/>
      </w:pPr>
      <w:r>
        <w:t>What to expect on the night , practical tips</w:t>
      </w:r>
      <w:r/>
    </w:p>
    <w:p>
      <w:r/>
      <w:r>
        <w:t>Doors open in the Flying Whale lounge for a pre-show drink and mingling, then the queens take the stage for their sets and a meet-and-greet photo opportunity. After the performance you’ll board the FlyOver experience, an immersive ride that “soars across Canada” with high-definition visuals and special effects. It’s multisensory, so if you’re sensitive to intense lights or movement, plan accordingly.</w:t>
      </w:r>
      <w:r/>
    </w:p>
    <w:p>
      <w:r/>
      <w:r>
        <w:t>Buy tickets early: organisers are flagging limited availability. Dress for a night out , many guests will go full Pride glitz , but wear something comfortable for the ride. And bring your camera: there’s a souvenir photo with the performers, plus the FlyOver experience itself makes for great post-show posts.</w:t>
      </w:r>
      <w:r/>
    </w:p>
    <w:p>
      <w:pPr>
        <w:pStyle w:val="Heading2"/>
      </w:pPr>
      <w:r>
        <w:t>How this event fits into Vancouver’s Pride season</w:t>
      </w:r>
      <w:r/>
    </w:p>
    <w:p>
      <w:r/>
      <w:r>
        <w:t>Vancouver Pride’s programme this year is busy, ranging from daytime parades to late-night queer club events and community-focused gatherings. Events calendars around the city show a mix of activism, art and nightlife, and Drag Takes Flight ticks the entertainment box while staying publicly accessible. The municipal Pride pages note plenty of family-friendly and adult-oriented options, so this sits in a middle ground , theatrical, accessible and fun.</w:t>
      </w:r>
      <w:r/>
    </w:p>
    <w:p>
      <w:r/>
      <w:r>
        <w:t>For locals and visitors trying to plan a Pride weekend, this is a neat option that combines an evening activity with the spectacle of live drag, making it easy to pair with other events earlier or later in the day.</w:t>
      </w:r>
      <w:r/>
    </w:p>
    <w:p>
      <w:pPr>
        <w:pStyle w:val="Heading2"/>
      </w:pPr>
      <w:r>
        <w:t>Tickets, accessibility and final thoughts</w:t>
      </w:r>
      <w:r/>
    </w:p>
    <w:p>
      <w:r/>
      <w:r>
        <w:t>Organisers advise booking early because tickets are limited. Check FlyOver’s accessibility information if you have mobility needs , many immersive attractions publish details on seating, transfer assistance and sensory considerations. If you’re attending with a group, book together to secure seats nearby and consider skip-the-line options if available.</w:t>
      </w:r>
      <w:r/>
    </w:p>
    <w:p>
      <w:r/>
      <w:r>
        <w:t>It’s a breezy, joyful way to celebrate Pride: a welcome drink, dazzling queens and a flight across the country without leaving the city. Bring your sparkle and a sense of adventure.</w:t>
      </w:r>
      <w:r/>
    </w:p>
    <w:p>
      <w:r/>
      <w:r>
        <w:t>It's a small change that makes every Pride night feel a little more airborne.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0">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10">
        <w:r>
          <w:rPr>
            <w:color w:val="0000EE"/>
            <w:u w:val="single"/>
          </w:rPr>
          <w:t>[5]</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https://myvancity.ca/2026/07/18/the-queens-are-ready-to-takeoff-drag-takes-flight-returns-to-flyover/?utm_source=rss&amp;utm_medium=rss&amp;utm_campaign=the-queens-are-ready-to-takeoff-drag-takes-flight-returns-to-flyover</w:t>
        </w:r>
      </w:hyperlink>
      <w:r>
        <w:t xml:space="preserve"> - Please view link - unable to able to access data</w:t>
      </w:r>
      <w:r/>
    </w:p>
    <w:p>
      <w:pPr>
        <w:pStyle w:val="ListNumber"/>
        <w:spacing w:line="240" w:lineRule="auto"/>
        <w:ind w:left="720"/>
      </w:pPr>
      <w:r/>
      <w:hyperlink r:id="rId9">
        <w:r>
          <w:rPr>
            <w:color w:val="0000EE"/>
            <w:u w:val="single"/>
          </w:rPr>
          <w:t>https://myvancity.ca/2026/07/18/the-queens-are-ready-to-takeoff-drag-takes-flight-returns-to-flyover/?utm_source=rss&amp;utm_medium=rss&amp;utm_campaign=the-queens-are-ready-to-takeoff-drag-takes-flight-returns-to-flyover</w:t>
        </w:r>
      </w:hyperlink>
      <w:r>
        <w:t xml:space="preserve"> - The article announces the return of the 'Drag Takes Flight' series at Flyover Canada, celebrating Vancouver Pride. The event features dazzling drag performances by local icon Carlotta Gurl and friends, including Celestial Seasons and Peach Cobblah. Attendees can enjoy a welcome cocktail, live performances, and an immersive flying journey across Canada. The series includes events on July 30, August 27, September 24, and October 29, with limited tickets available for each date.</w:t>
      </w:r>
      <w:r/>
    </w:p>
    <w:p>
      <w:pPr>
        <w:pStyle w:val="ListNumber"/>
        <w:spacing w:line="240" w:lineRule="auto"/>
        <w:ind w:left="720"/>
      </w:pPr>
      <w:r/>
      <w:hyperlink r:id="rId11">
        <w:r>
          <w:rPr>
            <w:color w:val="0000EE"/>
            <w:u w:val="single"/>
          </w:rPr>
          <w:t>https://www.whatsonqueerbc.com/vancouver-pride-calendar-2026/the-future-of-drag</w:t>
        </w:r>
      </w:hyperlink>
      <w:r>
        <w:t xml:space="preserve"> - This event, 'The Future of Drag 2026', is scheduled for July 31, 2026, at Celebrities Nightclub in Vancouver. It stars Roxxxy Andrews and Marina Summers, with Canada's Drag Race winners Van Goth and Venus. The show features performances by Aurora Matrix, Eboni La'Belle, Hazel, Juice Boxx, Kendall Gender, Makayla Couture, Nearah Nuff, PM, Star Doll, Tiffany Ann Co., Androgynass, Genesis, and Mya. General admission tickets start at $40, and VIP meet-and-greet tickets are available for $70.</w:t>
      </w:r>
      <w:r/>
    </w:p>
    <w:p>
      <w:pPr>
        <w:pStyle w:val="ListNumber"/>
        <w:spacing w:line="240" w:lineRule="auto"/>
        <w:ind w:left="720"/>
      </w:pPr>
      <w:r/>
      <w:hyperlink r:id="rId14">
        <w:r>
          <w:rPr>
            <w:color w:val="0000EE"/>
            <w:u w:val="single"/>
          </w:rPr>
          <w:t>https://www.whatsonqueerbc.com/vancouver-pride-calendar-2026/man-up-pride</w:t>
        </w:r>
      </w:hyperlink>
      <w:r>
        <w:t xml:space="preserve"> - The 'Man Up Pride' event is set for July 31, 2026, at The Pearl in Vancouver. This 18th annual Pride show features drag performances by Rose Butch, Genesis, Vixen Von Flex, Bliss, Mx Bukuru, Yuen Young, Maiden China, SKIM, Bongganisa, and Velvet Ryder. The event also includes live music by Blonde Diamond and DJ sets by Softieshan and Krista Mac. Early bird tickets are priced at $20, with general admission ranging from $28 to $32.</w:t>
      </w:r>
      <w:r/>
    </w:p>
    <w:p>
      <w:pPr>
        <w:pStyle w:val="ListNumber"/>
        <w:spacing w:line="240" w:lineRule="auto"/>
        <w:ind w:left="720"/>
      </w:pPr>
      <w:r/>
      <w:hyperlink r:id="rId10">
        <w:r>
          <w:rPr>
            <w:color w:val="0000EE"/>
            <w:u w:val="single"/>
          </w:rPr>
          <w:t>https://www.vancouverpride.ca/pride2026</w:t>
        </w:r>
      </w:hyperlink>
      <w:r>
        <w:t xml:space="preserve"> - Vancouver Pride 2026, themed 'Unapologetically Queer', invites individuals to celebrate their authentic selves. The event spans from July 25 to August 2, 2026, and aims to embrace authenticity, courage, and connection within the 2SLGBTQIA+ community. The theme encourages participants to show up exactly as they are, supporting one another and creating inclusive spaces for everyone to feel seen, welcomed, and celebrated.</w:t>
      </w:r>
      <w:r/>
    </w:p>
    <w:p>
      <w:pPr>
        <w:pStyle w:val="ListNumber"/>
        <w:spacing w:line="240" w:lineRule="auto"/>
        <w:ind w:left="720"/>
      </w:pPr>
      <w:r/>
      <w:hyperlink r:id="rId13">
        <w:r>
          <w:rPr>
            <w:color w:val="0000EE"/>
            <w:u w:val="single"/>
          </w:rPr>
          <w:t>https://vancouver.ca/people-programs/pride.aspx</w:t>
        </w:r>
      </w:hyperlink>
      <w:r>
        <w:t xml:space="preserve"> - The City of Vancouver's Pride Week celebrations occur annually in late July and early August, bringing together members of the 2SLGBTQIA+ communities to celebrate living authentic lives. The city values its unique differences and stands against discrimination, including homophobia and transphobia. Vancouver is committed to providing support and protection for the most equity-denied members within the 2SLGBTQIA+ communities, working towards a future where everyone feels safe to live their authentic lives.</w:t>
      </w:r>
      <w:r/>
    </w:p>
    <w:p>
      <w:pPr>
        <w:pStyle w:val="ListNumber"/>
        <w:spacing w:line="240" w:lineRule="auto"/>
        <w:ind w:left="720"/>
      </w:pPr>
      <w:r/>
      <w:hyperlink r:id="rId12">
        <w:r>
          <w:rPr>
            <w:color w:val="0000EE"/>
            <w:u w:val="single"/>
          </w:rPr>
          <w:t>https://www.whatsonqueerbc.com/vancouver-pride-calendar-2026/4fterwerk-2026</w:t>
        </w:r>
      </w:hyperlink>
      <w:r>
        <w:t xml:space="preserve"> - The '4FTERWERK' event is scheduled for July 31, 2026, at Parallel 49 Brewing in Vancouver. Organised by Vancouver Queer Irish, the event features drag performances by Batty Banks, Bibi SouPhresh, Bliss, and Beth from Canada's Drag Race Season 2. DJ Amy Grindhouse will provide music for the evening. Early bird tickets are available for $15, with prices for VQI members at $18 and non-members at $21. Accessible tickets are also available.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yvancity.ca/2026/07/18/the-queens-are-ready-to-takeoff-drag-takes-flight-returns-to-flyover/?utm_source=rss&amp;utm_medium=rss&amp;utm_campaign=the-queens-are-ready-to-takeoff-drag-takes-flight-returns-to-flyover" TargetMode="External"/><Relationship Id="rId10" Type="http://schemas.openxmlformats.org/officeDocument/2006/relationships/hyperlink" Target="https://www.vancouverpride.ca/pride2026" TargetMode="External"/><Relationship Id="rId11" Type="http://schemas.openxmlformats.org/officeDocument/2006/relationships/hyperlink" Target="https://www.whatsonqueerbc.com/vancouver-pride-calendar-2026/the-future-of-drag" TargetMode="External"/><Relationship Id="rId12" Type="http://schemas.openxmlformats.org/officeDocument/2006/relationships/hyperlink" Target="https://www.whatsonqueerbc.com/vancouver-pride-calendar-2026/4fterwerk-2026" TargetMode="External"/><Relationship Id="rId13" Type="http://schemas.openxmlformats.org/officeDocument/2006/relationships/hyperlink" Target="https://vancouver.ca/people-programs/pride.aspx" TargetMode="External"/><Relationship Id="rId14" Type="http://schemas.openxmlformats.org/officeDocument/2006/relationships/hyperlink" Target="https://www.whatsonqueerbc.com/vancouver-pride-calendar-2026/man-up-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