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Rostock Turnout Ahead of State Elections: What 6,500 Marchers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 thousands take to the streets: organisers and police counted roughly 6,500 people at Rostock’s Christopher Street Day, a colourful, peaceful demonstration that doubled as a last call to voters ahead of the state election and a reminder of queer history.</w:t>
      </w:r>
      <w:r/>
    </w:p>
    <w:p>
      <w:r/>
      <w:r>
        <w:t>Essential Takeaways</w:t>
      </w:r>
      <w:r/>
      <w:r/>
    </w:p>
    <w:p>
      <w:pPr>
        <w:pStyle w:val="ListBullet"/>
        <w:spacing w:line="240" w:lineRule="auto"/>
        <w:ind w:left="720"/>
      </w:pPr>
      <w:r/>
      <w:r>
        <w:rPr>
          <w:b/>
        </w:rPr>
        <w:t>Large turnout:</w:t>
      </w:r>
      <w:r>
        <w:t xml:space="preserve"> Police and organisers reported about 6,500 participants, signalling strong local engagement.</w:t>
      </w:r>
      <w:r/>
    </w:p>
    <w:p>
      <w:pPr>
        <w:pStyle w:val="ListBullet"/>
        <w:spacing w:line="240" w:lineRule="auto"/>
        <w:ind w:left="720"/>
      </w:pPr>
      <w:r/>
      <w:r>
        <w:rPr>
          <w:b/>
        </w:rPr>
        <w:t>Peaceful atmosphere:</w:t>
      </w:r>
      <w:r>
        <w:t xml:space="preserve"> Authorities said there were no incidents or criminal offences; the mood was festive and calm.</w:t>
      </w:r>
      <w:r/>
    </w:p>
    <w:p>
      <w:pPr>
        <w:pStyle w:val="ListBullet"/>
        <w:spacing w:line="240" w:lineRule="auto"/>
        <w:ind w:left="720"/>
      </w:pPr>
      <w:r/>
      <w:r>
        <w:rPr>
          <w:b/>
        </w:rPr>
        <w:t>Election-focused motto:</w:t>
      </w:r>
      <w:r>
        <w:t xml:space="preserve"> The rally theme, “Slay it loud! Last chance for your voice,” tied the protest to the upcoming Landtag vote.</w:t>
      </w:r>
      <w:r/>
    </w:p>
    <w:p>
      <w:pPr>
        <w:pStyle w:val="ListBullet"/>
        <w:spacing w:line="240" w:lineRule="auto"/>
        <w:ind w:left="720"/>
      </w:pPr>
      <w:r/>
      <w:r>
        <w:rPr>
          <w:b/>
        </w:rPr>
        <w:t>Historic roots:</w:t>
      </w:r>
      <w:r>
        <w:t xml:space="preserve"> The event commemorated the 1969 Stonewall uprising, linking local activism to a global queer history.</w:t>
      </w:r>
      <w:r/>
    </w:p>
    <w:p>
      <w:pPr>
        <w:pStyle w:val="ListBullet"/>
        <w:spacing w:line="240" w:lineRule="auto"/>
        <w:ind w:left="720"/>
      </w:pPr>
      <w:r/>
      <w:r>
        <w:rPr>
          <w:b/>
        </w:rPr>
        <w:t>Visible political context:</w:t>
      </w:r>
      <w:r>
        <w:t xml:space="preserve"> The march came amid broader anti-racism and anti-right-wing demonstrations in the region this year.</w:t>
      </w:r>
      <w:r/>
      <w:r/>
    </w:p>
    <w:p>
      <w:pPr>
        <w:pStyle w:val="Heading2"/>
      </w:pPr>
      <w:r>
        <w:t>A striking turnout with a cheerful, determined feel</w:t>
      </w:r>
      <w:r/>
    </w:p>
    <w:p>
      <w:r/>
      <w:r>
        <w:t>Around 6,500 people gathered in Rostock city centre for the Christopher Street Day parade, according to both police and the event organisers, and the scene was colourful and loud in the friendliest sense. Marchers waved flags, wore bright outfits and carried placards; the noise was more celebratory than confrontational. According to NDR reporting, earlier estimates differed, but the consensus at the end of the day settled on several thousand , a clear sign of local mobilisation.</w:t>
      </w:r>
      <w:r/>
    </w:p>
    <w:p>
      <w:pPr>
        <w:pStyle w:val="Heading2"/>
      </w:pPr>
      <w:r>
        <w:t>Why the slogan mattered: voting, visibility and timing</w:t>
      </w:r>
      <w:r/>
    </w:p>
    <w:p>
      <w:r/>
      <w:r>
        <w:t>Organisers chose the motto “Slay it loud! Last chance for your voice” with the state election in September in mind, underlining that Pride is more than a party , it’s a political moment. That framing helped turn the parade into a get-out-the-vote gesture as much as a protest. It’s a tactic you’ll see across Europe: queer events combining celebration with practical calls to action, because visibility and turnout still go hand in hand.</w:t>
      </w:r>
      <w:r/>
    </w:p>
    <w:p>
      <w:pPr>
        <w:pStyle w:val="Heading2"/>
      </w:pPr>
      <w:r>
        <w:t>Calm policing and a trouble-free day</w:t>
      </w:r>
      <w:r/>
    </w:p>
    <w:p>
      <w:r/>
      <w:r>
        <w:t>Police confirmed there were no incidents or criminal offences during the demonstration, describing the day as “everything peaceful.” That’s notable given the heightened atmosphere around political demonstrations in the city this year, including anti-racism rallies and smaller right‑wing gatherings. The smooth running shows how planning and cooperation between organisers and authorities can keep large events safe without dulling the message.</w:t>
      </w:r>
      <w:r/>
    </w:p>
    <w:p>
      <w:pPr>
        <w:pStyle w:val="Heading2"/>
      </w:pPr>
      <w:r>
        <w:t>Stonewall remembered, local stakes highlighted</w:t>
      </w:r>
      <w:r/>
    </w:p>
    <w:p>
      <w:r/>
      <w:r>
        <w:t>Christopher Street Day always harkens back to the Stonewall uprising in New York in 1969, and Rostock’s parade kept that memory alive while connecting it to today’s struggles. Speakers and banners linked historic resistance to contemporary demands for legal equality, anti-discrimination measures and social acceptance. It’s a reminder that celebrations of Pride carry deep roots and ongoing aims beyond the confetti.</w:t>
      </w:r>
      <w:r/>
    </w:p>
    <w:p>
      <w:pPr>
        <w:pStyle w:val="Heading2"/>
      </w:pPr>
      <w:r>
        <w:t>What this means for voters and activists</w:t>
      </w:r>
      <w:r/>
    </w:p>
    <w:p>
      <w:r/>
      <w:r>
        <w:t>For campaigners, a big, calm CSD sends two signals: there’s visible support for queer rights in the electorate, and those supporters are politically engaged. If you’re a voter who cares about equality, consider this a nudge to check candidate positions on LGBTQ+ issues before you head to the ballot box. For organisers, the takeaway is practical , keep messaging clear, tie events to civic moments, and plan well with local authorities to keep things both loud and safe.</w:t>
      </w:r>
      <w:r/>
    </w:p>
    <w:p>
      <w:r/>
      <w:r>
        <w:t>It's a small but vivid moment of civic life , and a reminder that celebration and politics often walk hand in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0">
        <w:r>
          <w:rPr>
            <w:color w:val="0000EE"/>
            <w:u w:val="single"/>
          </w:rPr>
          <w:t>[3]</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https://www.mopo.de/im-norden/rostock/vor-der-landtagswahl-6500-menschen-demonstrieren-beim-csd-in-rostock/4889271</w:t>
        </w:r>
      </w:hyperlink>
      <w:r>
        <w:t xml:space="preserve"> - Please view link - unable to able to access data</w:t>
      </w:r>
      <w:r/>
    </w:p>
    <w:p>
      <w:pPr>
        <w:pStyle w:val="ListNumber"/>
        <w:spacing w:line="240" w:lineRule="auto"/>
        <w:ind w:left="720"/>
      </w:pPr>
      <w:r/>
      <w:hyperlink r:id="rId9">
        <w:r>
          <w:rPr>
            <w:color w:val="0000EE"/>
            <w:u w:val="single"/>
          </w:rPr>
          <w:t>https://www.mopo.de/im-norden/rostock/vor-der-landtagswahl-6500-menschen-demonstrieren-beim-csd-in-rostock/4889271</w:t>
        </w:r>
      </w:hyperlink>
      <w:r>
        <w:t xml:space="preserve"> - On 18 July 2026, approximately 6,500 people participated in the Christopher Street Day (CSD) demonstration in Rostock, Germany. The event was peaceful, with no incidents or crimes reported. The organisers chose the motto 'Slay it loud! Letzte Chance für deine Stimme' ('Slay it loud! Last chance for your vote'), highlighting the upcoming state elections in September. The CSD commemorates the 1969 Stonewall Riots in New York, a pivotal moment in LGBTQ+ history.</w:t>
      </w:r>
      <w:r/>
    </w:p>
    <w:p>
      <w:pPr>
        <w:pStyle w:val="ListNumber"/>
        <w:spacing w:line="240" w:lineRule="auto"/>
        <w:ind w:left="720"/>
      </w:pPr>
      <w:r/>
      <w:hyperlink r:id="rId10">
        <w:r>
          <w:rPr>
            <w:color w:val="0000EE"/>
            <w:u w:val="single"/>
          </w:rPr>
          <w:t>https://www.ndr.de/nachrichten/mecklenburg-vorpommern/CSD-Rostock-4200-Menschen-demonstrieren-fuer-queere-Rechte%2Ccsd1360.html</w:t>
        </w:r>
      </w:hyperlink>
      <w:r>
        <w:t xml:space="preserve"> - On 20 July 2024, around 4,200 people gathered in Rostock for the Christopher Street Day (CSD) demonstration, advocating for queer rights. The event was prompted by a significant increase in queerphobic crimes in recent years. Participants marched through the city centre, with the police reporting a peaceful demonstration and only minor traffic disruptions. The organisers called for statewide advisory centres for queer individuals and improved reporting mechanisms for queerphobic crimes.</w:t>
      </w:r>
      <w:r/>
    </w:p>
    <w:p>
      <w:pPr>
        <w:pStyle w:val="ListNumber"/>
        <w:spacing w:line="240" w:lineRule="auto"/>
        <w:ind w:left="720"/>
      </w:pPr>
      <w:r/>
      <w:hyperlink r:id="rId13">
        <w:r>
          <w:rPr>
            <w:color w:val="0000EE"/>
            <w:u w:val="single"/>
          </w:rPr>
          <w:t>https://www.zeit.de/news/2024-01/25/tausende-gehen-in-rostock-gegen-rassismus-auf-die-strasse</w:t>
        </w:r>
      </w:hyperlink>
      <w:r>
        <w:t xml:space="preserve"> - On 25 January 2024, thousands gathered in Rostock to protest against racism. The demonstration marked a significant mobilisation against right-wing extremism in Mecklenburg-Vorpommern, with police estimating 6,500 participants and organisers reporting 9,500. The event underscored the region's commitment to combating racism and promoting inclusivity.</w:t>
      </w:r>
      <w:r/>
    </w:p>
    <w:p>
      <w:pPr>
        <w:pStyle w:val="ListNumber"/>
        <w:spacing w:line="240" w:lineRule="auto"/>
        <w:ind w:left="720"/>
      </w:pPr>
      <w:r/>
      <w:hyperlink r:id="rId11">
        <w:r>
          <w:rPr>
            <w:color w:val="0000EE"/>
            <w:u w:val="single"/>
          </w:rPr>
          <w:t>https://www.zeit.de/news/2024-01/30/schwesig-bei-juengsten-demos-gegen-rechtsextremismus-dabei</w:t>
        </w:r>
      </w:hyperlink>
      <w:r>
        <w:t xml:space="preserve"> - On 30 January 2024, Mecklenburg-Vorpommern's Minister-President Manuela Schwesig participated in a demonstration against right-wing extremism in Stralsund. This marked her first appearance at such an event, highlighting the state's proactive stance against right-wing violence and its support for democratic values.</w:t>
      </w:r>
      <w:r/>
    </w:p>
    <w:p>
      <w:pPr>
        <w:pStyle w:val="ListNumber"/>
        <w:spacing w:line="240" w:lineRule="auto"/>
        <w:ind w:left="720"/>
      </w:pPr>
      <w:r/>
      <w:hyperlink r:id="rId12">
        <w:r>
          <w:rPr>
            <w:color w:val="0000EE"/>
            <w:u w:val="single"/>
          </w:rPr>
          <w:t>https://www.ndr.de/nachrichten/mecklenburg-vorpommern/rostock/rund-200-menschen-bei-afd-demonstration-in-rostock%2Cmvregiorostock-4034.html</w:t>
        </w:r>
      </w:hyperlink>
      <w:r>
        <w:t xml:space="preserve"> - On 11 July 2026, approximately 200 people attended an AfD demonstration in Rostock, calling to 'Stop Left-Wing Violence'. A counter-demonstration by the 'Rostock Bunt statt Braun' alliance drew around 300 participants. Both events were peaceful, with no significant incidents reported by the police.</w:t>
      </w:r>
      <w:r/>
    </w:p>
    <w:p>
      <w:pPr>
        <w:pStyle w:val="ListNumber"/>
        <w:spacing w:line="240" w:lineRule="auto"/>
        <w:ind w:left="720"/>
      </w:pPr>
      <w:r/>
      <w:hyperlink r:id="rId14">
        <w:r>
          <w:rPr>
            <w:color w:val="0000EE"/>
            <w:u w:val="single"/>
          </w:rPr>
          <w:t>https://www.zeit.de/news/2024-02/09/demonstration-gegen-rechtsextremismus-in-rostock</w:t>
        </w:r>
      </w:hyperlink>
      <w:r>
        <w:t xml:space="preserve"> - On 9 February 2024, thousands participated in a demonstration against right-wing extremism in Rostock. The event, organised by the 'Rostock nazifrei' alliance and 'Bunt statt braun e.V.', was peaceful, with police reporting 3,200 participants and organisers citing over 5,000. The demonstration aimed to promote a pluralistic and democratic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im-norden/rostock/vor-der-landtagswahl-6500-menschen-demonstrieren-beim-csd-in-rostock/4889271" TargetMode="External"/><Relationship Id="rId10" Type="http://schemas.openxmlformats.org/officeDocument/2006/relationships/hyperlink" Target="https://www.ndr.de/nachrichten/mecklenburg-vorpommern/CSD-Rostock-4200-Menschen-demonstrieren-fuer-queere-Rechte%2Ccsd1360.html" TargetMode="External"/><Relationship Id="rId11" Type="http://schemas.openxmlformats.org/officeDocument/2006/relationships/hyperlink" Target="https://www.zeit.de/news/2024-01/30/schwesig-bei-juengsten-demos-gegen-rechtsextremismus-dabei" TargetMode="External"/><Relationship Id="rId12" Type="http://schemas.openxmlformats.org/officeDocument/2006/relationships/hyperlink" Target="https://www.ndr.de/nachrichten/mecklenburg-vorpommern/rostock/rund-200-menschen-bei-afd-demonstration-in-rostock%2Cmvregiorostock-4034.html" TargetMode="External"/><Relationship Id="rId13" Type="http://schemas.openxmlformats.org/officeDocument/2006/relationships/hyperlink" Target="https://www.zeit.de/news/2024-01/25/tausende-gehen-in-rostock-gegen-rassismus-auf-die-strasse" TargetMode="External"/><Relationship Id="rId14" Type="http://schemas.openxmlformats.org/officeDocument/2006/relationships/hyperlink" Target="https://www.zeit.de/news/2024-02/09/demonstration-gegen-rechtsextremismus-in-rost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