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CSD Frankfurt 2023 Moments: Democracy, Pride and Resilience on the Streets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See Frankfurt come alive: thousands marched with rainbow flags, music and purpose at CSD, despite queer‑hostile attacks the night before , a vivid celebration of democracy, visibility and calls for equal rights that mattered to locals and visitors across the city.</w:t>
      </w:r>
      <w:r/>
    </w:p>
    <w:p>
      <w:r/>
      <w:r>
        <w:t>Essential Takeaways</w:t>
      </w:r>
      <w:r/>
      <w:r/>
    </w:p>
    <w:p>
      <w:pPr>
        <w:pStyle w:val="ListBullet"/>
        <w:spacing w:line="240" w:lineRule="auto"/>
        <w:ind w:left="720"/>
      </w:pPr>
      <w:r/>
      <w:r>
        <w:rPr>
          <w:b/>
        </w:rPr>
        <w:t>Big turnout:</w:t>
      </w:r>
      <w:r>
        <w:t xml:space="preserve"> Police estimated 15,000–17,000 parade participants, with organisers expecting around 150,000 visitors across events. </w:t>
      </w:r>
      <w:r/>
    </w:p>
    <w:p>
      <w:pPr>
        <w:pStyle w:val="ListBullet"/>
        <w:spacing w:line="240" w:lineRule="auto"/>
        <w:ind w:left="720"/>
      </w:pPr>
      <w:r/>
      <w:r>
        <w:rPr>
          <w:b/>
        </w:rPr>
        <w:t>Theme matters:</w:t>
      </w:r>
      <w:r>
        <w:t xml:space="preserve"> This year’s CSD foregrounded democracy , “Democracy needs no alternative” , linking LGBTQ+ rights to civil freedoms. </w:t>
      </w:r>
      <w:r/>
    </w:p>
    <w:p>
      <w:pPr>
        <w:pStyle w:val="ListBullet"/>
        <w:spacing w:line="240" w:lineRule="auto"/>
        <w:ind w:left="720"/>
      </w:pPr>
      <w:r/>
      <w:r>
        <w:rPr>
          <w:b/>
        </w:rPr>
        <w:t>Night incidents:</w:t>
      </w:r>
      <w:r>
        <w:t xml:space="preserve"> Queer‑hostile attacks occurred before the parade, including an assault at a kiosk and bottle‑throwing at a bar entrance; authorities arrested at least one suspect. </w:t>
      </w:r>
      <w:r/>
    </w:p>
    <w:p>
      <w:pPr>
        <w:pStyle w:val="ListBullet"/>
        <w:spacing w:line="240" w:lineRule="auto"/>
        <w:ind w:left="720"/>
      </w:pPr>
      <w:r/>
      <w:r>
        <w:rPr>
          <w:b/>
        </w:rPr>
        <w:t>Programmes and party:</w:t>
      </w:r>
      <w:r>
        <w:t xml:space="preserve"> The four‑day festival began with a riverside street fair and included a rally at the Römer and a finale on the Main embankment. </w:t>
      </w:r>
      <w:r/>
    </w:p>
    <w:p>
      <w:pPr>
        <w:pStyle w:val="ListBullet"/>
        <w:spacing w:line="240" w:lineRule="auto"/>
        <w:ind w:left="720"/>
      </w:pPr>
      <w:r/>
      <w:r>
        <w:rPr>
          <w:b/>
        </w:rPr>
        <w:t>Practical note:</w:t>
      </w:r>
      <w:r>
        <w:t xml:space="preserve"> City planners warned of traffic disruption because other demonstrations were scheduled nearby; expect crowded central routes and road closures.</w:t>
      </w:r>
      <w:r/>
      <w:r/>
    </w:p>
    <w:p>
      <w:pPr>
        <w:pStyle w:val="Heading2"/>
      </w:pPr>
      <w:r>
        <w:t>Streets that feel loud and bright , and a little bruised</w:t>
      </w:r>
      <w:r/>
    </w:p>
    <w:p>
      <w:r/>
      <w:r>
        <w:t>Frankfurt’s central boulevards were a wash of colour and sound, the air carrying music, laughter and the leathery tang of festival food. Organisers say more groups signed up than last year, and spectators lined the route from Kornmarkt to the Main, giving the day a buoyant, defiant energy. Yet the night before reminded everyone that celebration and danger can sit close together; a number of queer‑hostile incidents put safety back on the agenda for stewards and police.</w:t>
      </w:r>
      <w:r/>
    </w:p>
    <w:p>
      <w:pPr>
        <w:pStyle w:val="Heading2"/>
      </w:pPr>
      <w:r>
        <w:t>Why democracy was the headline , and not just pride</w:t>
      </w:r>
      <w:r/>
    </w:p>
    <w:p>
      <w:r/>
      <w:r>
        <w:t>This year’s CSD adopted a clear political frame: democracy and equal rights. Speakers and banners stressed that freedom of speech, assembly and legal equality are bound together , if one falters, the others follow. That framing is a reaction to wider political currents around Europe, where activists feel civil liberties need constant defence. If you’re choosing a protest or a float to follow, look for groups that mix party spirit with concrete demands , legal recognition, anti‑discrimination measures and safer public spaces.</w:t>
      </w:r>
      <w:r/>
    </w:p>
    <w:p>
      <w:pPr>
        <w:pStyle w:val="Heading2"/>
      </w:pPr>
      <w:r>
        <w:t>The tough reality behind the confetti</w:t>
      </w:r>
      <w:r/>
    </w:p>
    <w:p>
      <w:r/>
      <w:r>
        <w:t>Police reported assaults in the early hours, including one attack where a 62‑year‑old man was struck after holding hands with his partner. Window glass was broken at a queer bar and at least one person was detained fleeing the scene. Officials, including the state interior minister, publicly condemned the attacks and stressed that nobody should feel unsafe for being visible. For visitors, that meant more stewards, visible police patrols and a renewed emphasis on sticking to staffed, well‑lit zones if you’re enjoying the night programme.</w:t>
      </w:r>
      <w:r/>
    </w:p>
    <w:p>
      <w:pPr>
        <w:pStyle w:val="Heading2"/>
      </w:pPr>
      <w:r>
        <w:t>What actually happened across the four days , plan your visit next time</w:t>
      </w:r>
      <w:r/>
    </w:p>
    <w:p>
      <w:r/>
      <w:r>
        <w:t>The festival kicked off with a street fair on the Main and culminated in a march after a flag‑raising at the Römer. Routes threaded through central shopping streets before finishing at the riverside, where the party spilled into the evening. Organisers point out that larger festival footprints , stages, food stalls, info booths , are useful for families and first‑time attendees because they offer safe, well‑signposted spaces. If you’re going next year, arrive early for the programme at key points like the Römer and the Eisernen Steg to avoid the densest crowds.</w:t>
      </w:r>
      <w:r/>
    </w:p>
    <w:p>
      <w:pPr>
        <w:pStyle w:val="Heading2"/>
      </w:pPr>
      <w:r>
        <w:t>Balancing celebration and civic action , what activists say</w:t>
      </w:r>
      <w:r/>
    </w:p>
    <w:p>
      <w:r/>
      <w:r>
        <w:t>Participants told reporters they came to both celebrate and to be heard; drums and DJs shared space with banners calling for full legal recognition and protection from violence. According to local coverage, there were more groups marching this year and a sharper policy tone than a decade ago, reflecting how Pride has evolved from a one‑day parade into an ongoing political conversation. If you want to support beyond applause, consider donating to survivor services, volunteering with marshalling teams, or simply learning the safe routes and reporting channels used by organisers.</w:t>
      </w:r>
      <w:r/>
    </w:p>
    <w:p>
      <w:r/>
      <w:r>
        <w:t>It's a small change that can make every parade safer and every demand louder.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0">
        <w:r>
          <w:rPr>
            <w:color w:val="0000EE"/>
            <w:u w:val="single"/>
          </w:rPr>
          <w:t>[5]</w:t>
        </w:r>
      </w:hyperlink>
      <w:r>
        <w:t xml:space="preserve">- Paragraph 5: </w:t>
      </w:r>
      <w:hyperlink r:id="rId14">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https://www.stern.de/gesellschaft/regional/hessen/bekenntnis-zu-gleichen-rechten--tausende-teilnehmende-ziehen-bei-csd-parade-durch-frankfurt-37982442.html</w:t>
        </w:r>
      </w:hyperlink>
      <w:r>
        <w:t xml:space="preserve"> - Please view link - unable to able to access data</w:t>
      </w:r>
      <w:r/>
    </w:p>
    <w:p>
      <w:pPr>
        <w:pStyle w:val="ListNumber"/>
        <w:spacing w:line="240" w:lineRule="auto"/>
        <w:ind w:left="720"/>
      </w:pPr>
      <w:r/>
      <w:hyperlink r:id="rId10">
        <w:r>
          <w:rPr>
            <w:color w:val="0000EE"/>
            <w:u w:val="single"/>
          </w:rPr>
          <w:t>https://www.frankfurter-info.org/termine/csd-frankfurt-2023-here-queer</w:t>
        </w:r>
      </w:hyperlink>
      <w:r>
        <w:t xml:space="preserve"> - The Christopher Street Day (CSD) in Frankfurt took place from 13 to 16 July 2023 around the Konstablerwache area. The event, themed 'Here &amp; Queer', featured a four-day programme celebrating diversity and inclusion. The festivities included a street festival with live music, political talks, and DJ sets, culminating in a parade on 15 July. The organisers aimed to create a safe and inclusive space for the LGBTQ+ community and their allies.</w:t>
      </w:r>
      <w:r/>
    </w:p>
    <w:p>
      <w:pPr>
        <w:pStyle w:val="ListNumber"/>
        <w:spacing w:line="240" w:lineRule="auto"/>
        <w:ind w:left="720"/>
      </w:pPr>
      <w:r/>
      <w:hyperlink r:id="rId11">
        <w:r>
          <w:rPr>
            <w:color w:val="0000EE"/>
            <w:u w:val="single"/>
          </w:rPr>
          <w:t>https://www.frankfurt-tipp.de/en/index/news/s/ugc/frankfurt-celebrates-diversity-and-tolerance-central-demo-of-christopher-street-day-moves-under-the-motto-here-queer-through-the-city.html</w:t>
        </w:r>
      </w:hyperlink>
      <w:r>
        <w:t xml:space="preserve"> - On 15 July 2023, thousands gathered on Römerberg as Frankfurt's Christopher Street Day (CSD) parade, themed 'Here &amp; Queer', moved through the city. The event celebrated diversity and tolerance, with participants united in the fight for sexual diversity and against discrimination. Mayor Mike Josef emphasised the importance of education in combating hate and exclusion, highlighting the need for visibility and awareness from an early age.</w:t>
      </w:r>
      <w:r/>
    </w:p>
    <w:p>
      <w:pPr>
        <w:pStyle w:val="ListNumber"/>
        <w:spacing w:line="240" w:lineRule="auto"/>
        <w:ind w:left="720"/>
      </w:pPr>
      <w:r/>
      <w:hyperlink r:id="rId14">
        <w:r>
          <w:rPr>
            <w:color w:val="0000EE"/>
            <w:u w:val="single"/>
          </w:rPr>
          <w:t>https://www.zeit.de/news/2023-07/17/19-strafanzeigen-beim-frankfurter-christopher-street-day</w:t>
        </w:r>
      </w:hyperlink>
      <w:r>
        <w:t xml:space="preserve"> - During the Christopher Street Day (CSD) in Frankfurt on 15 July 2023, the police recorded 19 criminal complaints. Among these, at least three were being investigated for potential queer-phobic motives, including assaults on a homosexual man and two transgender individuals. A 39-year-old suspect was arrested. The CSD attracted approximately 50,000 visitors, making it one of the largest LGBTQ+ events in Germany.</w:t>
      </w:r>
      <w:r/>
    </w:p>
    <w:p>
      <w:pPr>
        <w:pStyle w:val="ListNumber"/>
        <w:spacing w:line="240" w:lineRule="auto"/>
        <w:ind w:left="720"/>
      </w:pPr>
      <w:r/>
      <w:hyperlink r:id="rId10">
        <w:r>
          <w:rPr>
            <w:color w:val="0000EE"/>
            <w:u w:val="single"/>
          </w:rPr>
          <w:t>https://www.frankfurter-info.org/termine/csd-frankfurt-2023-here-queer</w:t>
        </w:r>
      </w:hyperlink>
      <w:r>
        <w:t xml:space="preserve"> - The Christopher Street Day (CSD) in Frankfurt took place from 13 to 16 July 2023 around the Konstablerwache area. The event, themed 'Here &amp; Queer', featured a four-day programme celebrating diversity and inclusion. The festivities included a street festival with live music, political talks, and DJ sets, culminating in a parade on 15 July. The organisers aimed to create a safe and inclusive space for the LGBTQ+ community and their allies.</w:t>
      </w:r>
      <w:r/>
    </w:p>
    <w:p>
      <w:pPr>
        <w:pStyle w:val="ListNumber"/>
        <w:spacing w:line="240" w:lineRule="auto"/>
        <w:ind w:left="720"/>
      </w:pPr>
      <w:r/>
      <w:hyperlink r:id="rId13">
        <w:r>
          <w:rPr>
            <w:color w:val="0000EE"/>
            <w:u w:val="single"/>
          </w:rPr>
          <w:t>https://www.queer.de/detail.php?article_id=46291</w:t>
        </w:r>
      </w:hyperlink>
      <w:r>
        <w:t xml:space="preserve"> - During the Frankfurt CSD on 15 July 2023, participants attempted to tear rainbow flags from a police patrol car. To prevent further disturbances, the police removed the vehicle from the parade. Despite light rain, the demonstration proceeded peacefully and joyfully. The CSD, under the motto 'Here &amp; Queer', had faced financial challenges due to increased costs but was able to proceed after a successful fundraising campaign.</w:t>
      </w:r>
      <w:r/>
    </w:p>
    <w:p>
      <w:pPr>
        <w:pStyle w:val="ListNumber"/>
        <w:spacing w:line="240" w:lineRule="auto"/>
        <w:ind w:left="720"/>
      </w:pPr>
      <w:r/>
      <w:hyperlink r:id="rId12">
        <w:r>
          <w:rPr>
            <w:color w:val="0000EE"/>
            <w:u w:val="single"/>
          </w:rPr>
          <w:t>https://www.fnp.de/frankfurt/in-frankfurt-heute-here-queer-am-donnerstag-startet-der-christopher-street-day-2023-zr-92398812.html</w:t>
        </w:r>
      </w:hyperlink>
      <w:r>
        <w:t xml:space="preserve"> - The Christopher Street Day (CSD) in Frankfurt commenced on 13 July 2023 under the theme 'Here &amp; Queer'. The event featured a vibrant programme, including a street festival with live music, political talks, and DJ sets. The CSD aimed to celebrate diversity and inclusion, culminating in a parade on 15 July. The organisers emphasised the importance of creating a safe and inclusive space for the LGBTQ+ community and their allies.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ern.de/gesellschaft/regional/hessen/bekenntnis-zu-gleichen-rechten--tausende-teilnehmende-ziehen-bei-csd-parade-durch-frankfurt-37982442.html" TargetMode="External"/><Relationship Id="rId10" Type="http://schemas.openxmlformats.org/officeDocument/2006/relationships/hyperlink" Target="https://www.frankfurter-info.org/termine/csd-frankfurt-2023-here-queer" TargetMode="External"/><Relationship Id="rId11" Type="http://schemas.openxmlformats.org/officeDocument/2006/relationships/hyperlink" Target="https://www.frankfurt-tipp.de/en/index/news/s/ugc/frankfurt-celebrates-diversity-and-tolerance-central-demo-of-christopher-street-day-moves-under-the-motto-here-queer-through-the-city.html" TargetMode="External"/><Relationship Id="rId12" Type="http://schemas.openxmlformats.org/officeDocument/2006/relationships/hyperlink" Target="https://www.fnp.de/frankfurt/in-frankfurt-heute-here-queer-am-donnerstag-startet-der-christopher-street-day-2023-zr-92398812.html" TargetMode="External"/><Relationship Id="rId13" Type="http://schemas.openxmlformats.org/officeDocument/2006/relationships/hyperlink" Target="https://www.queer.de/detail.php?article_id=46291" TargetMode="External"/><Relationship Id="rId14" Type="http://schemas.openxmlformats.org/officeDocument/2006/relationships/hyperlink" Target="https://www.zeit.de/news/2023-07/17/19-strafanzeigen-beim-frankfurter-christopher-street-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