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Anuradha Paudwal LGBTQIA+ Remarks and Backlash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debating after veteran singer Anuradha Paudwal linked LGBTQIA+ rights to the “sanctity” of marriage, sparking wide online pushback , here’s what happened, why it matters and how people are responding.</w:t>
      </w:r>
      <w:r/>
    </w:p>
    <w:p>
      <w:r/>
      <w:r>
        <w:t>Essential Takeaways</w:t>
      </w:r>
      <w:r/>
      <w:r/>
    </w:p>
    <w:p>
      <w:pPr>
        <w:pStyle w:val="ListBullet"/>
        <w:spacing w:line="240" w:lineRule="auto"/>
        <w:ind w:left="720"/>
      </w:pPr>
      <w:r/>
      <w:r>
        <w:rPr>
          <w:b/>
        </w:rPr>
        <w:t>What was said:</w:t>
      </w:r>
      <w:r>
        <w:t xml:space="preserve"> Anuradha Paudwal questioned whether LGBTQIA+ rights have weakened marriage and asked how the community “contributes to society.” </w:t>
      </w:r>
      <w:r/>
    </w:p>
    <w:p>
      <w:pPr>
        <w:pStyle w:val="ListBullet"/>
        <w:spacing w:line="240" w:lineRule="auto"/>
        <w:ind w:left="720"/>
      </w:pPr>
      <w:r/>
      <w:r>
        <w:rPr>
          <w:b/>
        </w:rPr>
        <w:t>Immediate reaction:</w:t>
      </w:r>
      <w:r>
        <w:t xml:space="preserve"> Social media users criticised the remarks as insensitive, noting historical barriers the community faces. </w:t>
      </w:r>
      <w:r/>
    </w:p>
    <w:p>
      <w:pPr>
        <w:pStyle w:val="ListBullet"/>
        <w:spacing w:line="240" w:lineRule="auto"/>
        <w:ind w:left="720"/>
      </w:pPr>
      <w:r/>
      <w:r>
        <w:rPr>
          <w:b/>
        </w:rPr>
        <w:t>Public context:</w:t>
      </w:r>
      <w:r>
        <w:t xml:space="preserve"> The exchange reignited debates about family, equality and how public figures discuss sexuality in India. </w:t>
      </w:r>
      <w:r/>
    </w:p>
    <w:p>
      <w:pPr>
        <w:pStyle w:val="ListBullet"/>
        <w:spacing w:line="240" w:lineRule="auto"/>
        <w:ind w:left="720"/>
      </w:pPr>
      <w:r/>
      <w:r>
        <w:rPr>
          <w:b/>
        </w:rPr>
        <w:t>No formal apology yet:</w:t>
      </w:r>
      <w:r>
        <w:t xml:space="preserve"> Paudwal has not publicly clarified or retracted the comments at the time of reporting. </w:t>
      </w:r>
      <w:r/>
    </w:p>
    <w:p>
      <w:pPr>
        <w:pStyle w:val="ListBullet"/>
        <w:spacing w:line="240" w:lineRule="auto"/>
        <w:ind w:left="720"/>
      </w:pPr>
      <w:r/>
      <w:r>
        <w:rPr>
          <w:b/>
        </w:rPr>
        <w:t>Emotional tone:</w:t>
      </w:r>
      <w:r>
        <w:t xml:space="preserve"> Reactions ranged from disappointment from longtime fans to firm rebuttals defending LGBTQIA+ rights and contributions.</w:t>
      </w:r>
      <w:r/>
      <w:r/>
    </w:p>
    <w:p>
      <w:pPr>
        <w:pStyle w:val="Heading2"/>
      </w:pPr>
      <w:r>
        <w:t>What Paudwal said , and why people were upset</w:t>
      </w:r>
      <w:r/>
    </w:p>
    <w:p>
      <w:r/>
      <w:r>
        <w:t>The main line that sparked the controversy was Paudwal’s claim that marriage has lost its sanctity because of rights granted to LGBTQIA+ people, followed by a question about the community’s contribution to society. The phrasing felt dismissive to many, and a number of commenters said it reduced a diverse group to a stereotype. Reports in several outlets captured the immediate shock and disappointment from users who had admired her work for years.</w:t>
      </w:r>
      <w:r/>
    </w:p>
    <w:p>
      <w:pPr>
        <w:pStyle w:val="Heading2"/>
      </w:pPr>
      <w:r>
        <w:t>Social media pushback , facts and feelings</w:t>
      </w:r>
      <w:r/>
    </w:p>
    <w:p>
      <w:r/>
      <w:r>
        <w:t>Users pointed out a simple fact: you can’t fairly judge contributions from a group that has faced discrimination in education, employment and housing for decades. Some responses highlighted that many LGBTQIA+ people pursue legal recognition, family life and adoption, and that the debate often confuses personal views with civic rights. The online reaction shows how quickly celebrity remarks can become a wider conversation about inclusion and respect.</w:t>
      </w:r>
      <w:r/>
    </w:p>
    <w:p>
      <w:pPr>
        <w:pStyle w:val="Heading2"/>
      </w:pPr>
      <w:r>
        <w:t>Why this conversation matters beyond a single interview</w:t>
      </w:r>
      <w:r/>
    </w:p>
    <w:p>
      <w:r/>
      <w:r>
        <w:t>When a public figure links social change to moral decline, it tends to shift the debate from policy to identity. Observers noted this episode underlines the larger cultural clash over traditional family models versus expanding legal rights. That tension is playing out across media and politics, and it affects how communities negotiate recognition, safety and opportunities.</w:t>
      </w:r>
      <w:r/>
    </w:p>
    <w:p>
      <w:pPr>
        <w:pStyle w:val="Heading2"/>
      </w:pPr>
      <w:r>
        <w:t>How commentators and outlets framed the story</w:t>
      </w:r>
      <w:r/>
    </w:p>
    <w:p>
      <w:r/>
      <w:r>
        <w:t>Several entertainment pages and national dailies covered the exchange, emphasising both the quote and the backlash. Coverage focused less on Paudwal’s broader career and more on the immediate fallout, reflecting readers’ interest in accountability from public figures. Reporters and commentators urged clearer, better-informed conversations from celebrities who hold influence.</w:t>
      </w:r>
      <w:r/>
    </w:p>
    <w:p>
      <w:pPr>
        <w:pStyle w:val="Heading2"/>
      </w:pPr>
      <w:r>
        <w:t>Practical takeaways for readers and public figures</w:t>
      </w:r>
      <w:r/>
    </w:p>
    <w:p>
      <w:r/>
      <w:r>
        <w:t>If you’re a public figure, this is a reminder to consider nuance and facts before commenting on sensitive social issues. For readers, look for sources that explain legal rights, social research and lived experiences rather than rely on isolated remarks. And if you’re discussing family or rights online, pause and think: are you critiquing behaviour, policy, or people’s identities?</w:t>
      </w:r>
      <w:r/>
    </w:p>
    <w:p>
      <w:r/>
      <w:r>
        <w:t>It's a small moment that reopened a much bigger conversation about respect, rights and responsibility.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4">
        <w:r>
          <w:rPr>
            <w:color w:val="0000EE"/>
            <w:u w:val="single"/>
          </w:rPr>
          <w:t>[4]</w:t>
        </w:r>
      </w:hyperlink>
      <w:r>
        <w:t xml:space="preserve">, </w:t>
      </w:r>
      <w:hyperlink r:id="rId15">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3">
        <w:r>
          <w:rPr>
            <w:color w:val="0000EE"/>
            <w:u w:val="single"/>
          </w:rPr>
          <w:t>[7]</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https://www.news18.com/movies/bollywood/anuradha-paudwal-says-lgbtqia-rights-have-hurt-marriages-sanctity-netizens-disagree-ws-kl-10220476.html</w:t>
        </w:r>
      </w:hyperlink>
      <w:r>
        <w:t xml:space="preserve"> - Please view link - unable to able to access data</w:t>
      </w:r>
      <w:r/>
    </w:p>
    <w:p>
      <w:pPr>
        <w:pStyle w:val="ListNumber"/>
        <w:spacing w:line="240" w:lineRule="auto"/>
        <w:ind w:left="720"/>
      </w:pPr>
      <w:r/>
      <w:hyperlink r:id="rId10">
        <w:r>
          <w:rPr>
            <w:color w:val="0000EE"/>
            <w:u w:val="single"/>
          </w:rPr>
          <w:t>https://www.mid-day.com/entertainment/bollywood-news/article/marriage-is-losing-sanctity-because-of-lgbtq-rights-singer-anuradha-paudwal-23640255</w:t>
        </w:r>
      </w:hyperlink>
      <w:r>
        <w:t xml:space="preserve"> - Veteran singer Anuradha Paudwal has faced significant backlash after suggesting that the institution of marriage is losing its sanctity due to rights granted to the LGBTQ community. In a recent podcast interview, she questioned the societal contributions of LGBTQ individuals, stating, "How are they contributing to society?" Her remarks have been widely criticised on social media, with users accusing her of making uninformed and insensitive statements about the queer community. Paudwal has yet to respond to the criticism.</w:t>
      </w:r>
      <w:r/>
    </w:p>
    <w:p>
      <w:pPr>
        <w:pStyle w:val="ListNumber"/>
        <w:spacing w:line="240" w:lineRule="auto"/>
        <w:ind w:left="720"/>
      </w:pPr>
      <w:r/>
      <w:hyperlink r:id="rId11">
        <w:r>
          <w:rPr>
            <w:color w:val="0000EE"/>
            <w:u w:val="single"/>
          </w:rPr>
          <w:t>https://timesofindia.indiatimes.com/entertainment/hindi/music/news/the-sanctity-isnt-left-in-marriage-anuradha-paudwal-faces-backlash-over-lgbtq-remarks-social-media-calls-her-comments-insensitive/articleshow/132459870.cms</w:t>
        </w:r>
      </w:hyperlink>
      <w:r>
        <w:t xml:space="preserve"> - Anuradha Paudwal's recent comments on the LGBTQ community and marriage have sparked controversy. During a podcast interview, she claimed that the sanctity of marriage is compromised due to rights granted to the LGBTQ community and questioned their contributions to society. These statements have been met with criticism on social media, with many users labelling her remarks as insensitive and outdated. Paudwal has not yet addressed the backlash.</w:t>
      </w:r>
      <w:r/>
    </w:p>
    <w:p>
      <w:pPr>
        <w:pStyle w:val="ListNumber"/>
        <w:spacing w:line="240" w:lineRule="auto"/>
        <w:ind w:left="720"/>
      </w:pPr>
      <w:r/>
      <w:hyperlink r:id="rId14">
        <w:r>
          <w:rPr>
            <w:color w:val="0000EE"/>
            <w:u w:val="single"/>
          </w:rPr>
          <w:t>https://www.freepressjournal.in/entertainment/sanctity-nahi-rahi-singer-anuradha-paudwal-blames-lgbtqia-rights-for-institution-of-marriage-becoming-weak-faces-backlash-on-social-media</w:t>
        </w:r>
      </w:hyperlink>
      <w:r>
        <w:t xml:space="preserve"> - Anuradha Paudwal has come under fire after linking the weakening of the institution of marriage to the rights granted to the LGBTQIA+ community. In a recent interview, she questioned how LGBTQ individuals contribute to society, stating, "How are they contributing to society?" Her comments have been widely criticised on social media, with users accusing her of making uninformed and insensitive statements about the queer community. Paudwal has yet to comment on the criticism.</w:t>
      </w:r>
      <w:r/>
    </w:p>
    <w:p>
      <w:pPr>
        <w:pStyle w:val="ListNumber"/>
        <w:spacing w:line="240" w:lineRule="auto"/>
        <w:ind w:left="720"/>
      </w:pPr>
      <w:r/>
      <w:hyperlink r:id="rId12">
        <w:r>
          <w:rPr>
            <w:color w:val="0000EE"/>
            <w:u w:val="single"/>
          </w:rPr>
          <w:t>https://news.abplive.com/entertainment/celebrities/anuradha-paudwal-faces-backlash-over-lgbtq-remarks-how-are-they-contributing-to-society-1857221</w:t>
        </w:r>
      </w:hyperlink>
      <w:r>
        <w:t xml:space="preserve"> - Anuradha Paudwal has sparked backlash after questioning the LGBTQ community's contribution to society during a podcast. Her remarks on marriage and LGBTQ rights have drawn widespread criticism, with many social media users calling the comments insensitive and misinformed. Paudwal has yet to respond to the criticism.</w:t>
      </w:r>
      <w:r/>
    </w:p>
    <w:p>
      <w:pPr>
        <w:pStyle w:val="ListNumber"/>
        <w:spacing w:line="240" w:lineRule="auto"/>
        <w:ind w:left="720"/>
      </w:pPr>
      <w:r/>
      <w:hyperlink r:id="rId15">
        <w:r>
          <w:rPr>
            <w:color w:val="0000EE"/>
            <w:u w:val="single"/>
          </w:rPr>
          <w:t>https://navbharattimes.indiatimes.com/entertainment/news-from-bollywood/anuradha-paudwal-asks-what-is-lgbtq-community-contribution-to-society-people-outraged/articleshow/132482309.cms</w:t>
        </w:r>
      </w:hyperlink>
      <w:r>
        <w:t xml:space="preserve"> - Anuradha Paudwal's recent comments on the LGBTQ community and marriage have sparked controversy. During a podcast interview, she questioned the societal contributions of LGBTQ individuals, stating, "How are they contributing to society?" Her remarks have been met with criticism on social media, with many users labelling her comments as insensitive and uninformed. Paudwal has not yet addressed the backlash.</w:t>
      </w:r>
      <w:r/>
    </w:p>
    <w:p>
      <w:pPr>
        <w:pStyle w:val="ListNumber"/>
        <w:spacing w:line="240" w:lineRule="auto"/>
        <w:ind w:left="720"/>
      </w:pPr>
      <w:r/>
      <w:hyperlink r:id="rId13">
        <w:r>
          <w:rPr>
            <w:color w:val="0000EE"/>
            <w:u w:val="single"/>
          </w:rPr>
          <w:t>https://www.hindustantimes.com/entertainment/music/anuradha-paudwal-faces-backlash-for-saying-the-institution-of-marriage-has-become-weak-because-of-gay-rights-101784366663290.html</w:t>
        </w:r>
      </w:hyperlink>
      <w:r>
        <w:t xml:space="preserve"> - Anuradha Paudwal has faced backlash for suggesting that the institution of marriage has become weak due to gay rights. In a recent interview, she questioned the contributions of the LGBTQ community to society, stating, "How are they contributing to society?" Her remarks have been widely criticised on social media, with users accusing her of making uninformed and insensitive statements about the queer community. Paudwal has yet to comment on the criticism.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s18.com/movies/bollywood/anuradha-paudwal-says-lgbtqia-rights-have-hurt-marriages-sanctity-netizens-disagree-ws-kl-10220476.html" TargetMode="External"/><Relationship Id="rId10" Type="http://schemas.openxmlformats.org/officeDocument/2006/relationships/hyperlink" Target="https://www.mid-day.com/entertainment/bollywood-news/article/marriage-is-losing-sanctity-because-of-lgbtq-rights-singer-anuradha-paudwal-23640255" TargetMode="External"/><Relationship Id="rId11" Type="http://schemas.openxmlformats.org/officeDocument/2006/relationships/hyperlink" Target="https://timesofindia.indiatimes.com/entertainment/hindi/music/news/the-sanctity-isnt-left-in-marriage-anuradha-paudwal-faces-backlash-over-lgbtq-remarks-social-media-calls-her-comments-insensitive/articleshow/132459870.cms" TargetMode="External"/><Relationship Id="rId12" Type="http://schemas.openxmlformats.org/officeDocument/2006/relationships/hyperlink" Target="https://news.abplive.com/entertainment/celebrities/anuradha-paudwal-faces-backlash-over-lgbtq-remarks-how-are-they-contributing-to-society-1857221" TargetMode="External"/><Relationship Id="rId13" Type="http://schemas.openxmlformats.org/officeDocument/2006/relationships/hyperlink" Target="https://www.hindustantimes.com/entertainment/music/anuradha-paudwal-faces-backlash-for-saying-the-institution-of-marriage-has-become-weak-because-of-gay-rights-101784366663290.html" TargetMode="External"/><Relationship Id="rId14" Type="http://schemas.openxmlformats.org/officeDocument/2006/relationships/hyperlink" Target="https://www.freepressjournal.in/entertainment/sanctity-nahi-rahi-singer-anuradha-paudwal-blames-lgbtqia-rights-for-institution-of-marriage-becoming-weak-faces-backlash-on-social-media" TargetMode="External"/><Relationship Id="rId15" Type="http://schemas.openxmlformats.org/officeDocument/2006/relationships/hyperlink" Target="https://navbharattimes.indiatimes.com/entertainment/news-from-bollywood/anuradha-paudwal-asks-what-is-lgbtq-community-contribution-to-society-people-outraged/articleshow/132482309.c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