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Belfast Pride Disruption: Police, Protest and Public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conversations about policing and Pride into a live debate in Belfast , protesters disrupted a panel over the Police Service of Northern Ireland’s role, sparking questions about trust, apology and how institutions should take part in LGBT events. This matters for community relations and for anyone who cares about safe, inclusive Pride celebrations.</w:t>
      </w:r>
      <w:r/>
    </w:p>
    <w:p>
      <w:r/>
      <w:r>
        <w:t>Essential Takeaways</w:t>
      </w:r>
      <w:r/>
      <w:r/>
    </w:p>
    <w:p>
      <w:pPr>
        <w:pStyle w:val="ListBullet"/>
        <w:spacing w:line="240" w:lineRule="auto"/>
        <w:ind w:left="720"/>
      </w:pPr>
      <w:r/>
      <w:r>
        <w:rPr>
          <w:b/>
        </w:rPr>
        <w:t>Panel interrupted:</w:t>
      </w:r>
      <w:r>
        <w:t xml:space="preserve"> Demonstrators held placards and chanted as senior PSNI representatives spoke at a Belfast Pride panel, creating a tense scene.</w:t>
      </w:r>
      <w:r/>
    </w:p>
    <w:p>
      <w:pPr>
        <w:pStyle w:val="ListBullet"/>
        <w:spacing w:line="240" w:lineRule="auto"/>
        <w:ind w:left="720"/>
      </w:pPr>
      <w:r/>
      <w:r>
        <w:rPr>
          <w:b/>
        </w:rPr>
        <w:t>PSNI stance:</w:t>
      </w:r>
      <w:r>
        <w:t xml:space="preserve"> Deputy Chief Constable Bobby Singleton said the force wants “difficult conversations” and that a formal apology over historical treatment is a live issue.</w:t>
      </w:r>
      <w:r/>
    </w:p>
    <w:p>
      <w:pPr>
        <w:pStyle w:val="ListBullet"/>
        <w:spacing w:line="240" w:lineRule="auto"/>
        <w:ind w:left="720"/>
      </w:pPr>
      <w:r/>
      <w:r>
        <w:rPr>
          <w:b/>
        </w:rPr>
        <w:t>Community split:</w:t>
      </w:r>
      <w:r>
        <w:t xml:space="preserve"> Some LGBT groups defend engagement with police as necessary, while others accuse the PSNI of “pinkwashing” or of having unresolved accountability.</w:t>
      </w:r>
      <w:r/>
    </w:p>
    <w:p>
      <w:pPr>
        <w:pStyle w:val="ListBullet"/>
        <w:spacing w:line="240" w:lineRule="auto"/>
        <w:ind w:left="720"/>
      </w:pPr>
      <w:r/>
      <w:r>
        <w:rPr>
          <w:b/>
        </w:rPr>
        <w:t>Background context:</w:t>
      </w:r>
      <w:r>
        <w:t xml:space="preserve"> The PSNI previously stopped officers wearing uniform at Pride parades in 2023; public concern about policing and past conduct still lingers.</w:t>
      </w:r>
      <w:r/>
    </w:p>
    <w:p>
      <w:pPr>
        <w:pStyle w:val="ListBullet"/>
        <w:spacing w:line="240" w:lineRule="auto"/>
        <w:ind w:left="720"/>
      </w:pPr>
      <w:r/>
      <w:r>
        <w:rPr>
          <w:b/>
        </w:rPr>
        <w:t>Practical implication:</w:t>
      </w:r>
      <w:r>
        <w:t xml:space="preserve"> Organisers, activists and officers face the tricky task of balancing safety, visibility and genuine reconciliation.</w:t>
      </w:r>
      <w:r/>
      <w:r/>
    </w:p>
    <w:p>
      <w:pPr>
        <w:pStyle w:val="Heading2"/>
      </w:pPr>
      <w:r>
        <w:t>What happened at Belfast Pride , the scene and the shock</w:t>
      </w:r>
      <w:r/>
    </w:p>
    <w:p>
      <w:r/>
      <w:r>
        <w:t>The panel at the MAC arts venue in central Belfast was meant to be a conversation; instead it turned into an audible dispute as a small group stood up, walked out and others held placards shouting “PSNI out of Pride.” The atmosphere was raw and, for many in the room, emotional , you could feel the tension in the air as two communities squared off.</w:t>
      </w:r>
      <w:r/>
    </w:p>
    <w:p>
      <w:r/>
      <w:r>
        <w:t>Organisers had invited Deputy Chief Constable Bobby Singleton and representatives from Rainbow Project and Cara-Friend to discuss policing and LGBT safety. But the presence of senior PSNI officers, given recent decisions about uniforms and long memories of policing in Northern Ireland, proved too divisive for some attendees.</w:t>
      </w:r>
      <w:r/>
    </w:p>
    <w:p>
      <w:pPr>
        <w:pStyle w:val="Heading2"/>
      </w:pPr>
      <w:r>
        <w:t>Why the PSNI’s participation still divides opinion</w:t>
      </w:r>
      <w:r/>
    </w:p>
    <w:p>
      <w:r/>
      <w:r>
        <w:t>The PSNI’s relationship with the LGBT community hasn’t been linear. Officers marched in Pride from 2017, but in 2023 the service advised staff not to wear uniform at parades, a move that disappointed many and satisfied others. That background makes any PSNI appearance sensitive.</w:t>
      </w:r>
      <w:r/>
    </w:p>
    <w:p>
      <w:r/>
      <w:r>
        <w:t>Singleton told the panel that withdrawing uniform participation was “the hardest and most difficult thing” in his policing career, and that engagement is part of providing a better service. But opponents called the discussion “pinkwashing” , a term critics use when organisations are seen to use Pride for image rather than change , and pointed to unresolved issues like past treatment and responses to wider public disorder.</w:t>
      </w:r>
      <w:r/>
    </w:p>
    <w:p>
      <w:pPr>
        <w:pStyle w:val="Heading2"/>
      </w:pPr>
      <w:r>
        <w:t>The apology question , could the PSNI say sorry?</w:t>
      </w:r>
      <w:r/>
    </w:p>
    <w:p>
      <w:r/>
      <w:r>
        <w:t>One of the liveliest threads from the event was Singleton acknowledging that a formal apology for historical treatment of LGBT people is “a live” issue. That matters because an apology isn’t just words; it’s an admission that can start repair work, and it would be watched closely by campaigners and victims alike.</w:t>
      </w:r>
      <w:r/>
    </w:p>
    <w:p>
      <w:r/>
      <w:r>
        <w:t>At the same time, apologies can be controversial: some people in the community want action and accountability first, others see apology as a meaningful step towards trust. The PSNI signalling it's discussing the issue suggests the force understands the symbolic weight of such a move.</w:t>
      </w:r>
      <w:r/>
    </w:p>
    <w:p>
      <w:pPr>
        <w:pStyle w:val="Heading2"/>
      </w:pPr>
      <w:r>
        <w:t>How organisers are trying to hold space for debate</w:t>
      </w:r>
      <w:r/>
    </w:p>
    <w:p>
      <w:r/>
      <w:r>
        <w:t>Belfast Pride’s co-chair, Lynn Millar, asked demonstrators to leave and insisted the event wasn’t “pinkwashing.” Her point was practical: some in the community want dialogue and safety improvements that can only come from talking to institutions.</w:t>
      </w:r>
      <w:r/>
    </w:p>
    <w:p>
      <w:r/>
      <w:r>
        <w:t>This illustrates a wider dilemma for Pride organisers everywhere: exclude institutions viewed as tainted and risk isolating parts of the community, or include them and face protest and accusations of co-option. The choice depends on local politics, safety assessments and what organisers see as the festival’s purpose this year.</w:t>
      </w:r>
      <w:r/>
    </w:p>
    <w:p>
      <w:pPr>
        <w:pStyle w:val="Heading2"/>
      </w:pPr>
      <w:r>
        <w:t>What this means for Pride-goers and campaigners</w:t>
      </w:r>
      <w:r/>
    </w:p>
    <w:p>
      <w:r/>
      <w:r>
        <w:t>If you’re planning to attend Pride events, expect contested spaces this year , both in conversation and on the streets. Think about what you want from Pride: visibility, protest, celebration or change. For campaigners, the episode underlines the importance of clear demands , whether that’s policies on uniforms, a formal apology, or independent reviews of policing actions.</w:t>
      </w:r>
      <w:r/>
    </w:p>
    <w:p>
      <w:r/>
      <w:r>
        <w:t>For organisers, practical steps help: clearer terms for institutional participation, advance community consultations, and safe ways for dissent to be heard without shutting down debate.</w:t>
      </w:r>
      <w:r/>
    </w:p>
    <w:p>
      <w:r/>
      <w:r>
        <w:t>It's a small change that can make every conversation at Pride safer and more constructive.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3">
        <w:r>
          <w:rPr>
            <w:color w:val="0000EE"/>
            <w:u w:val="single"/>
          </w:rPr>
          <w:t>[6]</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2">
        <w:r>
          <w:rPr>
            <w:color w:val="0000EE"/>
            <w:u w:val="single"/>
          </w:rPr>
          <w:t>[3]</w:t>
        </w:r>
      </w:hyperlink>
      <w:r>
        <w:t xml:space="preserve">- Paragraph 5: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https://ca.news.yahoo.com/pride-event-disrupted-protesters-over-213619978.html</w:t>
        </w:r>
      </w:hyperlink>
      <w:r>
        <w:t xml:space="preserve"> - Please view link - unable to able to access data</w:t>
      </w:r>
      <w:r/>
    </w:p>
    <w:p>
      <w:pPr>
        <w:pStyle w:val="ListNumber"/>
        <w:spacing w:line="240" w:lineRule="auto"/>
        <w:ind w:left="720"/>
      </w:pPr>
      <w:r/>
      <w:hyperlink r:id="rId10">
        <w:r>
          <w:rPr>
            <w:color w:val="0000EE"/>
            <w:u w:val="single"/>
          </w:rPr>
          <w:t>https://www.itv.com/news/utv/2023-07-14/psni-officers-told-not-to-wear-uniform-at-belfast-pride</w:t>
        </w:r>
      </w:hyperlink>
      <w:r>
        <w:t xml:space="preserve"> - In July 2023, the Police Service of Northern Ireland (PSNI) announced that officers and staff could attend Belfast Pride events but were prohibited from participating in uniform. This decision followed internal discussions and aimed to uphold the PSNI's statutory obligations of fairness, integrity, and impartiality. Assistant Chief Constable Bobby Singleton acknowledged that the decision might disappoint some but emphasized the importance of maintaining these principles during Pride events.</w:t>
      </w:r>
      <w:r/>
    </w:p>
    <w:p>
      <w:pPr>
        <w:pStyle w:val="ListNumber"/>
        <w:spacing w:line="240" w:lineRule="auto"/>
        <w:ind w:left="720"/>
      </w:pPr>
      <w:r/>
      <w:hyperlink r:id="rId12">
        <w:r>
          <w:rPr>
            <w:color w:val="0000EE"/>
            <w:u w:val="single"/>
          </w:rPr>
          <w:t>https://www.itv.com/news/utv/2023-07-14/decision-to-stop-psni-wearing-uniforms-at-pride-bitterly-disappointing</w:t>
        </w:r>
      </w:hyperlink>
      <w:r>
        <w:t xml:space="preserve"> - The PSNI's LGBT+ staff support network expressed disappointment over the decision to end uniformed participation in Belfast Pride. They highlighted that previous participation had been empowering for LGBT+ officers and staff, fostering visibility and community engagement. The network emphasized the positive reception from the public and the inspiration it provided for LGBT+ individuals to pursue careers in policing.</w:t>
      </w:r>
      <w:r/>
    </w:p>
    <w:p>
      <w:pPr>
        <w:pStyle w:val="ListNumber"/>
        <w:spacing w:line="240" w:lineRule="auto"/>
        <w:ind w:left="720"/>
      </w:pPr>
      <w:r/>
      <w:hyperlink r:id="rId11">
        <w:r>
          <w:rPr>
            <w:color w:val="0000EE"/>
            <w:u w:val="single"/>
          </w:rPr>
          <w:t>https://www.nipolicingboard.org.uk/questions/belfast-pride-2023</w:t>
        </w:r>
      </w:hyperlink>
      <w:r>
        <w:t xml:space="preserve"> - In September 2023, the Northern Ireland Policing Board sought clarification from the PSNI Chief Constable regarding the decision not to allow uniformed participation in the 2023 Belfast Pride parade. The inquiry focused on the rationale behind the decision, the duration and number of meetings leading to it, and the timing of the public announcement. The PSNI provided detailed responses, outlining the considerations and consultations involved in reaching the decision.</w:t>
      </w:r>
      <w:r/>
    </w:p>
    <w:p>
      <w:pPr>
        <w:pStyle w:val="ListNumber"/>
        <w:spacing w:line="240" w:lineRule="auto"/>
        <w:ind w:left="720"/>
      </w:pPr>
      <w:r/>
      <w:hyperlink r:id="rId14">
        <w:r>
          <w:rPr>
            <w:color w:val="0000EE"/>
            <w:u w:val="single"/>
          </w:rPr>
          <w:t>https://www.itv.com/news/utv/2023-07-30/suspected-hate-crime-as-footage-shows-man-addressing-crowd-ahead-of-pride</w:t>
        </w:r>
      </w:hyperlink>
      <w:r>
        <w:t xml:space="preserve"> - In July 2023, police investigated a suspected hate crime after a man used a public address system to address crowds ahead of the Belfast Pride parade. The incident occurred on Royal Avenue, with the man making comments about homosexuality while several police officers were present. The PSNI treated the incident as a potential hate crime and reviewed body-worn camera footage to gather evidence.</w:t>
      </w:r>
      <w:r/>
    </w:p>
    <w:p>
      <w:pPr>
        <w:pStyle w:val="ListNumber"/>
        <w:spacing w:line="240" w:lineRule="auto"/>
        <w:ind w:left="720"/>
      </w:pPr>
      <w:r/>
      <w:hyperlink r:id="rId13">
        <w:r>
          <w:rPr>
            <w:color w:val="0000EE"/>
            <w:u w:val="single"/>
          </w:rPr>
          <w:t>https://www.psni.police.uk/lgbtq-community-reference-engagement-and-listening-real-event-28-november-2023</w:t>
        </w:r>
      </w:hyperlink>
      <w:r>
        <w:t xml:space="preserve"> - In November 2023, the PSNI's Strategic Community Engagement Team hosted a Reference, Engagement, and Listening (REaL) event in Belfast with representatives from the LGBTQ+ community. The event focused on discussions related to attraction and recruitment, procedural fairness, and local accountability. Attendees included organizations such as Fermanagh Pride, Mermaids NI, Rainbow Project, and others, as well as members of the Northern Ireland Policing Board and the PSNI's LGBT Network.</w:t>
      </w:r>
      <w:r/>
    </w:p>
    <w:p>
      <w:pPr>
        <w:pStyle w:val="ListNumber"/>
        <w:spacing w:line="240" w:lineRule="auto"/>
        <w:ind w:left="720"/>
      </w:pPr>
      <w:r/>
      <w:hyperlink r:id="rId15">
        <w:r>
          <w:rPr>
            <w:color w:val="0000EE"/>
            <w:u w:val="single"/>
          </w:rPr>
          <w:t>https://www.itv.com/news/utv/2023-07-29/thousands-join-nis-largest-ever-pride</w:t>
        </w:r>
      </w:hyperlink>
      <w:r>
        <w:t xml:space="preserve"> - In July 2023, Belfast hosted its largest-ever Pride parade, with thousands of participants and over 250 different groups taking part, marking a 25% increase from the previous year. The parade featured colourful floats and a carnival atmosphere, with the theme 'Stand By Your Trans.' The event was led by trans, non-binary, and gender-diverse individuals, highlighting the inclusive nature of the celebration.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pride-event-disrupted-protesters-over-213619978.html" TargetMode="External"/><Relationship Id="rId10" Type="http://schemas.openxmlformats.org/officeDocument/2006/relationships/hyperlink" Target="https://www.itv.com/news/utv/2023-07-14/psni-officers-told-not-to-wear-uniform-at-belfast-pride" TargetMode="External"/><Relationship Id="rId11" Type="http://schemas.openxmlformats.org/officeDocument/2006/relationships/hyperlink" Target="https://www.nipolicingboard.org.uk/questions/belfast-pride-2023" TargetMode="External"/><Relationship Id="rId12" Type="http://schemas.openxmlformats.org/officeDocument/2006/relationships/hyperlink" Target="https://www.itv.com/news/utv/2023-07-14/decision-to-stop-psni-wearing-uniforms-at-pride-bitterly-disappointing" TargetMode="External"/><Relationship Id="rId13" Type="http://schemas.openxmlformats.org/officeDocument/2006/relationships/hyperlink" Target="https://www.psni.police.uk/lgbtq-community-reference-engagement-and-listening-real-event-28-november-2023" TargetMode="External"/><Relationship Id="rId14" Type="http://schemas.openxmlformats.org/officeDocument/2006/relationships/hyperlink" Target="https://www.itv.com/news/utv/2023-07-30/suspected-hate-crime-as-footage-shows-man-addressing-crowd-ahead-of-pride" TargetMode="External"/><Relationship Id="rId15" Type="http://schemas.openxmlformats.org/officeDocument/2006/relationships/hyperlink" Target="https://www.itv.com/news/utv/2023-07-29/thousands-join-nis-largest-ever-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