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Pride Plans: What to Expect from the Two-Day CSD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See Berlin’s Pride stretch over two days in 2026 , organisers have expanded the official Christopher Street Day so visitors and locals can enjoy new events, bigger demonstrations and a livelier cultural programme across the city’s most iconic squares.</w:t>
      </w:r>
      <w:r/>
    </w:p>
    <w:p>
      <w:r/>
      <w:r>
        <w:t>Essential Takeaways</w:t>
      </w:r>
      <w:r/>
      <w:r/>
    </w:p>
    <w:p>
      <w:pPr>
        <w:pStyle w:val="ListBullet"/>
        <w:spacing w:line="240" w:lineRule="auto"/>
        <w:ind w:left="720"/>
      </w:pPr>
      <w:r/>
      <w:r>
        <w:rPr>
          <w:b/>
        </w:rPr>
        <w:t>Two-day format:</w:t>
      </w:r>
      <w:r>
        <w:t xml:space="preserve"> Berlin CSD will run on 24–25 July 2026, giving more space for events and celebrations.</w:t>
      </w:r>
      <w:r/>
    </w:p>
    <w:p>
      <w:pPr>
        <w:pStyle w:val="ListBullet"/>
        <w:spacing w:line="240" w:lineRule="auto"/>
        <w:ind w:left="720"/>
      </w:pPr>
      <w:r/>
      <w:r>
        <w:rPr>
          <w:b/>
        </w:rPr>
        <w:t>New highlights:</w:t>
      </w:r>
      <w:r>
        <w:t xml:space="preserve"> Expect a Drag March and a democracy evening at the Brandenburger Tor on the first night.</w:t>
      </w:r>
      <w:r/>
    </w:p>
    <w:p>
      <w:pPr>
        <w:pStyle w:val="ListBullet"/>
        <w:spacing w:line="240" w:lineRule="auto"/>
        <w:ind w:left="720"/>
      </w:pPr>
      <w:r/>
      <w:r>
        <w:rPr>
          <w:b/>
        </w:rPr>
        <w:t>Parade route:</w:t>
      </w:r>
      <w:r>
        <w:t xml:space="preserve"> The main demonstration-parade runs from Leipziger Straße past Potsdamer Platz, Nollendorfplatz and the Siegessäule, finishing at the Brandenburger Tor.</w:t>
      </w:r>
      <w:r/>
    </w:p>
    <w:p>
      <w:pPr>
        <w:pStyle w:val="ListBullet"/>
        <w:spacing w:line="240" w:lineRule="auto"/>
        <w:ind w:left="720"/>
      </w:pPr>
      <w:r/>
      <w:r>
        <w:rPr>
          <w:b/>
        </w:rPr>
        <w:t>Bigger programme:</w:t>
      </w:r>
      <w:r>
        <w:t xml:space="preserve"> Stages, talks and cultural slots are planned across central Berlin , easy to join, loud and colourful.</w:t>
      </w:r>
      <w:r/>
    </w:p>
    <w:p>
      <w:pPr>
        <w:pStyle w:val="ListBullet"/>
        <w:spacing w:line="240" w:lineRule="auto"/>
        <w:ind w:left="720"/>
      </w:pPr>
      <w:r/>
      <w:r>
        <w:rPr>
          <w:b/>
        </w:rPr>
        <w:t>Practical vibe:</w:t>
      </w:r>
      <w:r>
        <w:t xml:space="preserve"> Pack comfortable shoes, public‑transport passes and a flexible meeting spot , crowds and sound carry through the squares.</w:t>
      </w:r>
      <w:r/>
      <w:r/>
    </w:p>
    <w:p>
      <w:pPr>
        <w:pStyle w:val="Heading2"/>
      </w:pPr>
      <w:r>
        <w:t>Why Berlin’s Pride is getting a day longer , and why that matters</w:t>
      </w:r>
      <w:r/>
    </w:p>
    <w:p>
      <w:r/>
      <w:r>
        <w:t>Berlin’s CSD has grown into a national showcase, and stretching the event across two days simply gives everyone more room to breathe and celebrate. The extra evening lets organisers stage themed events like a democracy evening and a Drag March before the main parade, so you get both late‑night spectacle and a full‑on Saturday demonstration. According to the event programme, the new layout is a deliberate move to broaden participation and spotlight political themes as well as party culture. For visitors that means less rush, a calmer vibe for daytime family activities, and proper late‑night drag energy when it matters most.</w:t>
      </w:r>
      <w:r/>
    </w:p>
    <w:p>
      <w:pPr>
        <w:pStyle w:val="Heading2"/>
      </w:pPr>
      <w:r>
        <w:t>What’s new: Drag March and democracy evening at Brandenburger Tor</w:t>
      </w:r>
      <w:r/>
    </w:p>
    <w:p>
      <w:r/>
      <w:r>
        <w:t>The headline additions for 24 July take place at the Brandenburger Tor, mixing performance with politics. A democracy evening aims to highlight civil‑rights discussions and speeches, while a Drag March will bring theatrical flair through the city centre. If you want to catch the action, aim for the evening , the atmosphere will be theatrical and loud, with bright costumes and big crowds. It’s a neat way to see Pride’s cultural side before the Saturday parade brings the mass demonstration feel.</w:t>
      </w:r>
      <w:r/>
    </w:p>
    <w:p>
      <w:pPr>
        <w:pStyle w:val="Heading2"/>
      </w:pPr>
      <w:r>
        <w:t>Saturday’s parade: route, rhythm and where to stand</w:t>
      </w:r>
      <w:r/>
    </w:p>
    <w:p>
      <w:r/>
      <w:r>
        <w:t>The main demonstration-parade on 25 July keeps Berlin’s familiar trajectory but is mapped to include key public spaces. The procession starts on Leipziger Straße, moves past Potsdamer Platz and Nollendorfplatz, swings by the Siegessäule and finishes at Brandenburger Tor. That route covers lively neighbourhoods, so pick your position based on what you want: Potsdamer Platz for easy arrivals, Nollendorfplatz for queer community hubs, or the Siegessäule for iconic photo ops and a sweeping view. Wear sturdy shoes, carry water and set a mobile meeting spot , crowds are dense but convivial.</w:t>
      </w:r>
      <w:r/>
    </w:p>
    <w:p>
      <w:pPr>
        <w:pStyle w:val="Heading2"/>
      </w:pPr>
      <w:r>
        <w:t>How the two-day format fits the wider festival scene</w:t>
      </w:r>
      <w:r/>
    </w:p>
    <w:p>
      <w:r/>
      <w:r>
        <w:t>Making CSD a two-day festival mirrors trends at other major European Pride events, where organisers mix protest, performance and family programming across multiple days. The expanded format also allows stages and talks to run without clashing with the parade, so you can catch panels, DJs and community stalls across both days. For locals and visitors alike it means planning pays off: book accommodation early, buy or check local transport passes, and map a few alternative spots to avoid pinch points. The extra day also helps smaller community groups secure visibility without being swallowed by the main parade.</w:t>
      </w:r>
      <w:r/>
    </w:p>
    <w:p>
      <w:pPr>
        <w:pStyle w:val="Heading2"/>
      </w:pPr>
      <w:r>
        <w:t>Practical tips for attendees , get the most out of two days</w:t>
      </w:r>
      <w:r/>
    </w:p>
    <w:p>
      <w:r/>
      <w:r>
        <w:t>Plan for late nights and long walks. Public transport will be busy and some U‑bahn or bus routes may be diverted, so give yourself extra travel time and download the city transport app. Bring sun protection, a reusable water bottle and a power bank , your phone will be your map and meet‑up tool. If you’re attending with children or a group, choose a clear meeting point and consider quieter daytime events on the Friday evening. And remember: Pride is both celebration and demonstration, so be ready to listen as well as cheer.</w:t>
      </w:r>
      <w:r/>
    </w:p>
    <w:p>
      <w:r/>
      <w:r>
        <w:t>It’s a small change that can make each moment of Pride feel more considered, louder and altogether easier to enjoy.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[7]</w:t>
        </w:r>
      </w:hyperlink>
      <w:r>
        <w:t xml:space="preserve">- Paragraph 4: </w:t>
      </w:r>
      <w:hyperlink r:id="rId15">
        <w:r>
          <w:rPr>
            <w:color w:val="0000EE"/>
            <w:u w:val="single"/>
          </w:rPr>
          <w:t>[4]</w:t>
        </w:r>
      </w:hyperlink>
      <w:r>
        <w:t xml:space="preserve">, </w:t>
      </w:r>
      <w:hyperlink r:id="rId10">
        <w:r>
          <w:rPr>
            <w:color w:val="0000EE"/>
            <w:u w:val="single"/>
          </w:rPr>
          <w:t>[2]</w:t>
        </w:r>
      </w:hyperlink>
      <w:r>
        <w:t xml:space="preserve">- Paragraph 5: </w:t>
      </w:r>
      <w:hyperlink r:id="rId11">
        <w:r>
          <w:rPr>
            <w:color w:val="0000EE"/>
            <w:u w:val="single"/>
          </w:rPr>
          <w:t>[5]</w:t>
        </w:r>
      </w:hyperlink>
      <w:r>
        <w:t xml:space="preserve">, </w:t>
      </w:r>
      <w:hyperlink r:id="rId12">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https://www.iamexpat.de/expat-info/germany-news/berlin-pride-run-over-two-days-first-time</w:t>
        </w:r>
      </w:hyperlink>
      <w:r>
        <w:t xml:space="preserve"> - Please view link - unable to able to access data</w:t>
      </w:r>
      <w:r/>
    </w:p>
    <w:p>
      <w:pPr>
        <w:pStyle w:val="ListNumber"/>
        <w:spacing w:line="240" w:lineRule="auto"/>
        <w:ind w:left="720"/>
      </w:pPr>
      <w:r/>
      <w:hyperlink r:id="rId10">
        <w:r>
          <w:rPr>
            <w:color w:val="0000EE"/>
            <w:u w:val="single"/>
          </w:rPr>
          <w:t>https://csd-berlin.de/en/stage-program-2026</w:t>
        </w:r>
      </w:hyperlink>
      <w:r>
        <w:t xml:space="preserve"> - The 2026 Berlin Pride, also known as Christopher Street Day (CSD), will be held over two days, July 24 and 25, at the Brandenburg Gate. The event's slogan is 'Haltung ist hot' ('Taking a stand is hot'). The Friday programme includes a 'Democracy Evening' featuring performances by Wilhelmine, M¥SS KETA, Marcella Rockefeller, Baran Kok, and Maximalismus. The Saturday programme features live performances by LUNA, Mariybu, EBOW, Selene, Wavvyboi, Søren Torpegaard Lund, Louk Jones, Theater des Westens, Karaoke Jesus, DUCTTAPE, FLOSS, and a Surprise Support Act, along with seven dance stages. The event aims to celebrate the diversity of the community with music, political contributions, culture, and international guests.</w:t>
      </w:r>
      <w:r/>
    </w:p>
    <w:p>
      <w:pPr>
        <w:pStyle w:val="ListNumber"/>
        <w:spacing w:line="240" w:lineRule="auto"/>
        <w:ind w:left="720"/>
      </w:pPr>
      <w:r/>
      <w:hyperlink r:id="rId13">
        <w:r>
          <w:rPr>
            <w:color w:val="0000EE"/>
            <w:u w:val="single"/>
          </w:rPr>
          <w:t>https://csd-berlin.de/en/demo-route-2026</w:t>
        </w:r>
      </w:hyperlink>
      <w:r>
        <w:t xml:space="preserve"> - The 48th CSD Berlin Pride Demonstration is scheduled for Saturday, July 25, 2026, starting at 12:00 PM from Leipziger Straße/Charlottenstraße. The route includes Leipziger Straße, Potsdamer Platz, Nollendorfplatz, and Lützowplatz, culminating at the Victory Column (Siegessäule). Some vehicles will continue onto Straße des 17. Juni towards the closing rally at the Brandenburg Gate. The demonstration aims to promote equal rights and celebrate the LGBTQIA+ community.</w:t>
      </w:r>
      <w:r/>
    </w:p>
    <w:p>
      <w:pPr>
        <w:pStyle w:val="ListNumber"/>
        <w:spacing w:line="240" w:lineRule="auto"/>
        <w:ind w:left="720"/>
      </w:pPr>
      <w:r/>
      <w:hyperlink r:id="rId15">
        <w:r>
          <w:rPr>
            <w:color w:val="0000EE"/>
            <w:u w:val="single"/>
          </w:rPr>
          <w:t>https://www.festivalsindeutschland.de/en/festival/csd-berlin-pride</w:t>
        </w:r>
      </w:hyperlink>
      <w:r>
        <w:t xml:space="preserve"> - The 2026 Berlin Pride, also known as Christopher Street Day (CSD), will be celebrated over two days for the first time in its history. The event is scheduled for July 24 and 25, 2026, in Berlin. The Friday programme includes a 'Democracy Night' at the Brandenburg Gate, featuring music, performances, and political contributions from 6 PM to 11 PM. The Saturday programme features the big CSD demo starting at 12 PM at Leipziger Straße/Spittelmarkt, with a procession through Berlin-Mitte and Schöneberg to the final rally at the Brandenburg Gate. The event aims to celebrate diversity and democracy.</w:t>
      </w:r>
      <w:r/>
    </w:p>
    <w:p>
      <w:pPr>
        <w:pStyle w:val="ListNumber"/>
        <w:spacing w:line="240" w:lineRule="auto"/>
        <w:ind w:left="720"/>
      </w:pPr>
      <w:r/>
      <w:hyperlink r:id="rId11">
        <w:r>
          <w:rPr>
            <w:color w:val="0000EE"/>
            <w:u w:val="single"/>
          </w:rPr>
          <w:t>https://www.visitberlin.de/en/event/christopher-street-day-2026</w:t>
        </w:r>
      </w:hyperlink>
      <w:r>
        <w:t xml:space="preserve"> - Christopher Street Day (CSD) in Berlin is an annual celebration of diversity, equality, and pride, drawing hundreds of thousands of people each year. The 2026 event is scheduled for July 25, 2026, at Leipziger Straße/Ecke Spittelmarkt. The festival is known for its colourful demonstration, political statements, and focus on inclusivity. It commemorates the Stonewall Uprising of 1969 and continues to fight for equal rights for all. The event features a parade winding through the city, with speeches for equal rights, queer culture showcases, and a welcoming street-party atmosphere.</w:t>
      </w:r>
      <w:r/>
    </w:p>
    <w:p>
      <w:pPr>
        <w:pStyle w:val="ListNumber"/>
        <w:spacing w:line="240" w:lineRule="auto"/>
        <w:ind w:left="720"/>
      </w:pPr>
      <w:r/>
      <w:hyperlink r:id="rId12">
        <w:r>
          <w:rPr>
            <w:color w:val="0000EE"/>
            <w:u w:val="single"/>
          </w:rPr>
          <w:t>https://gaycation.eu/germany/berlin/events/berlin-csd-2026</w:t>
        </w:r>
      </w:hyperlink>
      <w:r>
        <w:t xml:space="preserve"> - Berlin's Christopher Street Day (CSD) typically draws around one million people and is among the biggest pride events in Europe. The 2026 edition, the 48th, adds a second day for the first time. The weekend starts on Friday evening, July 24, with a rally at Brandenburg Gate. Three stages will run from 6:00 PM to 11:00 PM, mixing live music and artistic acts with political speeches. Saturday, July 25, follows the familiar format, with the parade leaving Leipziger Straße at noon and moving through central Berlin via Potsdamer Platz and Nollendorfplatz, reaching Brandenburg Gate by way of the Siegessäule. The Pride Village on Straße des 17. Juni will host the closing rally at around 3:00 PM, with live performances and the Soul of Stonewall Award ceremony. The programme runs until roughly midnight. The motto this year is 'Haltung ist hot', aimed at Berlin's Abgeordnetenhaus election in September 2026.</w:t>
      </w:r>
      <w:r/>
    </w:p>
    <w:p>
      <w:pPr>
        <w:pStyle w:val="ListNumber"/>
        <w:spacing w:line="240" w:lineRule="auto"/>
        <w:ind w:left="720"/>
      </w:pPr>
      <w:r/>
      <w:hyperlink r:id="rId14">
        <w:r>
          <w:rPr>
            <w:color w:val="0000EE"/>
            <w:u w:val="single"/>
          </w:rPr>
          <w:t>https://berlinboxx.de/hauptstadtkalender/detail/48.-christopher-street-day-2026/5350.html</w:t>
        </w:r>
      </w:hyperlink>
      <w:r>
        <w:t xml:space="preserve"> - The 48th Christopher Street Day (CSD) Berlin 2026 will take place on July 24 and 25, 2026, transforming the capital into an international centre for queer visibility, political demands, and social solidarity. Approximately one million people are traditionally expected at the event, which will be held over two days for the first time. The Friday evening programme includes a large rally at Brandenburg Gate with political contributions, speeches, and artistic performances. On Saturday, the big demonstration march will take place through Berlin, advocating for the rights of gay, lesbian, trans</w:t>
      </w:r>
      <w:r>
        <w:rPr>
          <w:i/>
        </w:rPr>
        <w:t>, inter</w:t>
      </w:r>
      <w:r>
        <w:t>, and bisexual people, as well as against discrimination and exclusion. The event commemorates the Stonewall Inn events in New York in 1969, when queer people first publicly resisted police violence and oppression. Since the first Berlin CSD in 1979, the event has developed into one of the largest Pride demonstrations in Europe—loud, political, and at the same time a celebration of diversity and self-determination. Admission is free.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amexpat.de/expat-info/germany-news/berlin-pride-run-over-two-days-first-time" TargetMode="External"/><Relationship Id="rId10" Type="http://schemas.openxmlformats.org/officeDocument/2006/relationships/hyperlink" Target="https://csd-berlin.de/en/stage-program-2026" TargetMode="External"/><Relationship Id="rId11" Type="http://schemas.openxmlformats.org/officeDocument/2006/relationships/hyperlink" Target="https://www.visitberlin.de/en/event/christopher-street-day-2026" TargetMode="External"/><Relationship Id="rId12" Type="http://schemas.openxmlformats.org/officeDocument/2006/relationships/hyperlink" Target="https://gaycation.eu/germany/berlin/events/berlin-csd-2026" TargetMode="External"/><Relationship Id="rId13" Type="http://schemas.openxmlformats.org/officeDocument/2006/relationships/hyperlink" Target="https://csd-berlin.de/en/demo-route-2026" TargetMode="External"/><Relationship Id="rId14" Type="http://schemas.openxmlformats.org/officeDocument/2006/relationships/hyperlink" Target="https://berlinboxx.de/hauptstadtkalender/detail/48.-christopher-street-day-2026/5350.html" TargetMode="External"/><Relationship Id="rId15" Type="http://schemas.openxmlformats.org/officeDocument/2006/relationships/hyperlink" Target="https://www.festivalsindeutschland.de/en/festival/csd-berlin-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