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Mythology Books to Share With Young Readers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teachers are turning to Queer Mythology: Epic Legends from Around the World as a bright, inclusive way to bring 2SLGBTQIA+ gods and heroes into classroom and home bookshelves; it's a mix of familiar tales and surprising new legends, with vivid art and clear lessons that matter.</w:t>
      </w:r>
      <w:r/>
    </w:p>
    <w:p>
      <w:r/>
      <w:r>
        <w:t>Essential Takeaways</w:t>
      </w:r>
      <w:r/>
      <w:r/>
    </w:p>
    <w:p>
      <w:pPr>
        <w:pStyle w:val="ListBullet"/>
        <w:spacing w:line="240" w:lineRule="auto"/>
        <w:ind w:left="720"/>
      </w:pPr>
      <w:r/>
      <w:r>
        <w:rPr>
          <w:b/>
        </w:rPr>
        <w:t>Author and style:</w:t>
      </w:r>
      <w:r>
        <w:t xml:space="preserve"> Guido A. Sanchez collects 20 myths from around the globe, retold in accessible, lively prose.</w:t>
      </w:r>
      <w:r/>
    </w:p>
    <w:p>
      <w:pPr>
        <w:pStyle w:val="ListBullet"/>
        <w:spacing w:line="240" w:lineRule="auto"/>
        <w:ind w:left="720"/>
      </w:pPr>
      <w:r/>
      <w:r>
        <w:rPr>
          <w:b/>
        </w:rPr>
        <w:t>Visual appeal:</w:t>
      </w:r>
      <w:r>
        <w:t xml:space="preserve"> Each story is paired with bold, colourful art by James Fenner that gives characters texture and emotion.</w:t>
      </w:r>
      <w:r/>
    </w:p>
    <w:p>
      <w:pPr>
        <w:pStyle w:val="ListBullet"/>
        <w:spacing w:line="240" w:lineRule="auto"/>
        <w:ind w:left="720"/>
      </w:pPr>
      <w:r/>
      <w:r>
        <w:rPr>
          <w:b/>
        </w:rPr>
        <w:t>Representation:</w:t>
      </w:r>
      <w:r>
        <w:t xml:space="preserve"> Stories feature queer and gender-diverse figures from Greek, Norse, Chinese, Hawaiian, Haitian, Beninese and Latin American traditions.</w:t>
      </w:r>
      <w:r/>
    </w:p>
    <w:p>
      <w:pPr>
        <w:pStyle w:val="ListBullet"/>
        <w:spacing w:line="240" w:lineRule="auto"/>
        <w:ind w:left="720"/>
      </w:pPr>
      <w:r/>
      <w:r>
        <w:rPr>
          <w:b/>
        </w:rPr>
        <w:t>Tone and lessons:</w:t>
      </w:r>
      <w:r>
        <w:t xml:space="preserve"> Tales are framed around lessons the characters learn, making them classroom-friendly and discussion-ready.</w:t>
      </w:r>
      <w:r/>
    </w:p>
    <w:p>
      <w:pPr>
        <w:pStyle w:val="ListBullet"/>
        <w:spacing w:line="240" w:lineRule="auto"/>
        <w:ind w:left="720"/>
      </w:pPr>
      <w:r/>
      <w:r>
        <w:rPr>
          <w:b/>
        </w:rPr>
        <w:t>Good for readers:</w:t>
      </w:r>
      <w:r>
        <w:t xml:space="preserve"> Suitable for middle-grade to teen readers, and useful for educators building diverse libraries.</w:t>
      </w:r>
      <w:r/>
      <w:r/>
    </w:p>
    <w:p>
      <w:pPr>
        <w:pStyle w:val="Heading2"/>
      </w:pPr>
      <w:r>
        <w:t>Why this book feels important right now</w:t>
      </w:r>
      <w:r/>
    </w:p>
    <w:p>
      <w:r/>
      <w:r>
        <w:t>Queer Mythology lands at a moment when representation is both demanded and debated, and the first thing you notice is how alive the pages feel , bright art, direct storytelling and a clear intent to celebrate difference. According to the author’s site, Guido A. Sanchez has gathered myths that speak to gender variance and queerness across cultures, which gives the book a global sweep rather than a single cultural lens. That matters in classrooms and homes where kids need mirrors and windows, not just one or the other.</w:t>
      </w:r>
      <w:r/>
    </w:p>
    <w:p>
      <w:pPr>
        <w:pStyle w:val="Heading2"/>
      </w:pPr>
      <w:r>
        <w:t>Familiar faces, fresh angles</w:t>
      </w:r>
      <w:r/>
    </w:p>
    <w:p>
      <w:r/>
      <w:r>
        <w:t>You’ll find well-known names alongside lesser-known figures. Greek favourites like Athena, Hermes, Achilles and Apollo appear, but their stories are told with an emphasis on relationships and identity that you don’t always see in standard myth retellings. Meanwhile Loki’s boundary-defying antics from Norse lore crop up as another example of mythic gender fluidity. Readers who think they know classical myths will be pleasantly surprised by the queer threads that Sanchez teases out.</w:t>
      </w:r>
      <w:r/>
    </w:p>
    <w:p>
      <w:pPr>
        <w:pStyle w:val="Heading2"/>
      </w:pPr>
      <w:r>
        <w:t>New stories that broaden the map</w:t>
      </w:r>
      <w:r/>
    </w:p>
    <w:p>
      <w:r/>
      <w:r>
        <w:t>The book shines when it introduces tales most western readers haven’t met , a Chilean folktale about Florinda who steps into princely roles, a Hawaiian love story of Lono and Kapa’ihi, and Tu’er Shen, the Chinese rabbit deity who protects queer people. There’s also Ghede Nibo from Haitian belief, Mawu-Lisa from Benin’s Dahomean tradition, and Romanian tales that touch on gender transition. These additions help normalise the idea that gender diversity isn’t a modern invention but a strand woven through many cultural narratives.</w:t>
      </w:r>
      <w:r/>
    </w:p>
    <w:p>
      <w:pPr>
        <w:pStyle w:val="Heading2"/>
      </w:pPr>
      <w:r>
        <w:t>How teachers and parents can use it</w:t>
      </w:r>
      <w:r/>
    </w:p>
    <w:p>
      <w:r/>
      <w:r>
        <w:t>This is a practical classroom resource. The stories are short enough for a read-aloud and rich enough to spark discussion about identity, cultural context and storytelling itself. Pair a tale with art projects, creative writing prompts or comparative mythology units. For younger readers, pick gentler stories and scaffold with definitions; for older kids, bring in primary myth texts or scholarly articles to explore how labels change over time. Schools building diverse collections will find it a straightforward pick.</w:t>
      </w:r>
      <w:r/>
    </w:p>
    <w:p>
      <w:pPr>
        <w:pStyle w:val="Heading2"/>
      </w:pPr>
      <w:r>
        <w:t>A note on cultural respect and context</w:t>
      </w:r>
      <w:r/>
    </w:p>
    <w:p>
      <w:r/>
      <w:r>
        <w:t>Celebrating global queer pasts requires care. Sanchez frames each tale as part of its originating culture, and educators should do the same , use the book as a starting point, not the definitive cultural source. According to listings and reviews, the retellings are designed to be respectful, but it’s sensible to complement them with background reading and, where possible, voices from the cultures represented. That approach keeps lessons honest and deepens students’ understanding.</w:t>
      </w:r>
      <w:r/>
    </w:p>
    <w:p>
      <w:r/>
      <w:r>
        <w:t>It's a small change that can make every classroom and home shelf feel a little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https://teacherbees.ca/queer-mythology/</w:t>
        </w:r>
      </w:hyperlink>
      <w:r>
        <w:t xml:space="preserve"> - Please view link - unable to able to access data</w:t>
      </w:r>
      <w:r/>
    </w:p>
    <w:p>
      <w:pPr>
        <w:pStyle w:val="ListNumber"/>
        <w:spacing w:line="240" w:lineRule="auto"/>
        <w:ind w:left="720"/>
      </w:pPr>
      <w:r/>
      <w:hyperlink r:id="rId10">
        <w:r>
          <w:rPr>
            <w:color w:val="0000EE"/>
            <w:u w:val="single"/>
          </w:rPr>
          <w:t>https://www.guidoasanchez.com/queermythology/</w:t>
        </w:r>
      </w:hyperlink>
      <w:r>
        <w:t xml:space="preserve"> - Guido A. Sanchez's official website provides detailed information about his book 'Queer Mythology: Epic Legends from Around the World'. The site includes a description of the book, highlighting its focus on LGBTQIA+ gods, heroes, and spirits from various cultures. It also offers purchasing options, including links to Hachette, Amazon, Barnes &amp; Noble, and Bookshop.org. For readers interested in signed copies, contact details are provided. The page features endorsements from authors like Mombian, Sara Farizan, and Carrie Harris, praising the book's inclusive and affirming content.</w:t>
      </w:r>
      <w:r/>
    </w:p>
    <w:p>
      <w:pPr>
        <w:pStyle w:val="ListNumber"/>
        <w:spacing w:line="240" w:lineRule="auto"/>
        <w:ind w:left="720"/>
      </w:pPr>
      <w:r/>
      <w:hyperlink r:id="rId12">
        <w:r>
          <w:rPr>
            <w:color w:val="0000EE"/>
            <w:u w:val="single"/>
          </w:rPr>
          <w:t>https://acwise.net/review-queer-mythology-epic-legends-from-around-the-world/</w:t>
        </w:r>
      </w:hyperlink>
      <w:r>
        <w:t xml:space="preserve"> - This review on acwise.net discusses 'Queer Mythology: Epic Legends from Around the World' by Guido A. Sanchez. The reviewer highlights the book's collection of twenty myths from various cultures, each accompanied by illustrations by James Fenner. The review emphasizes the positive focus of the retellings, showcasing hope, affirmation, and love. It notes that the book serves as an excellent introduction to mythology and queer stories, potentially inspiring readers to explore more in these genres.</w:t>
      </w:r>
      <w:r/>
    </w:p>
    <w:p>
      <w:pPr>
        <w:pStyle w:val="ListNumber"/>
        <w:spacing w:line="240" w:lineRule="auto"/>
        <w:ind w:left="720"/>
      </w:pPr>
      <w:r/>
      <w:hyperlink r:id="rId13">
        <w:r>
          <w:rPr>
            <w:color w:val="0000EE"/>
            <w:u w:val="single"/>
          </w:rPr>
          <w:t>https://www.goodreads.com/en/book/show/207621828-queer-mythology</w:t>
        </w:r>
      </w:hyperlink>
      <w:r>
        <w:t xml:space="preserve"> - The Goodreads page for 'Queer Mythology: Epic Legends from Around the World' by Guido A. Sanchez provides a comprehensive overview of the book. It includes a brief description, noting the collection of twenty myths from different cultures, each highlighting LGBTQIA+ themes. The page features user ratings and reviews, with an average rating of 3.91 out of 5 based on 205 ratings and 49 reviews. Readers can find additional insights and opinions from the Goodreads community here.</w:t>
      </w:r>
      <w:r/>
    </w:p>
    <w:p>
      <w:pPr>
        <w:pStyle w:val="ListNumber"/>
        <w:spacing w:line="240" w:lineRule="auto"/>
        <w:ind w:left="720"/>
      </w:pPr>
      <w:r/>
      <w:hyperlink r:id="rId11">
        <w:r>
          <w:rPr>
            <w:color w:val="0000EE"/>
            <w:u w:val="single"/>
          </w:rPr>
          <w:t>https://queerbookbar.com/products/queer-mythology-epic-legends-from-around-the-world</w:t>
        </w:r>
      </w:hyperlink>
      <w:r>
        <w:t xml:space="preserve"> - Queer Book Bar's product page for 'Queer Mythology: Epic Legends from Around the World' offers details about the book, including its price and availability. The page provides a description of the book, emphasizing its focus on LGBTQIA+ gods, heroes, and spirits from various cultures. It mentions the publication date as December 24th, 2024, and notes that pre-orders will be handled upon arrival of the item. The page includes the book's cover image and purchasing options.</w:t>
      </w:r>
      <w:r/>
    </w:p>
    <w:p>
      <w:pPr>
        <w:pStyle w:val="ListNumber"/>
        <w:spacing w:line="240" w:lineRule="auto"/>
        <w:ind w:left="720"/>
      </w:pPr>
      <w:r/>
      <w:hyperlink r:id="rId14">
        <w:r>
          <w:rPr>
            <w:color w:val="0000EE"/>
            <w:u w:val="single"/>
          </w:rPr>
          <w:t>https://sdglibrary.bibliocommons.com/item/show/377189167</w:t>
        </w:r>
      </w:hyperlink>
      <w:r>
        <w:t xml:space="preserve"> - The SDG Library's catalog entry for 'Queer Mythology' by Guido A. Sanchez provides bibliographic details about the book. It lists the author, illustrator (James Fenner), publisher (RP Teens), and publication year (2024). The entry includes the book's ISBN numbers and physical description. It also provides information about the book's availability, noting that it is offered in multiple formats. The entry includes subject and genre classifications, such as 'Sexual minorities in literature' and 'Folklore'.</w:t>
      </w:r>
      <w:r/>
    </w:p>
    <w:p>
      <w:pPr>
        <w:pStyle w:val="ListNumber"/>
        <w:spacing w:line="240" w:lineRule="auto"/>
        <w:ind w:left="720"/>
      </w:pPr>
      <w:r/>
      <w:hyperlink r:id="rId15">
        <w:r>
          <w:rPr>
            <w:color w:val="0000EE"/>
            <w:u w:val="single"/>
          </w:rPr>
          <w:t>https://www.biggerbooks.com/queer-mythology-epic-legends-from-around/bk/9780762487202</w:t>
        </w:r>
      </w:hyperlink>
      <w:r>
        <w:t xml:space="preserve"> - BiggerBooks' product page for 'Queer Mythology: Epic Legends from Around the World' by Guido A. Sanchez offers details about the book, including its ISBN, cover type, and copyright date. The page provides a brief summary of the book, highlighting its focus on LGBTQIA+ gods, heroes, and spirits from various cultures. It mentions the publication date as October 1, 2024, and notes that supplemental materials are not guaranteed with rental or used book purchases.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eacherbees.ca/queer-mythology/" TargetMode="External"/><Relationship Id="rId10" Type="http://schemas.openxmlformats.org/officeDocument/2006/relationships/hyperlink" Target="https://www.guidoasanchez.com/queermythology/" TargetMode="External"/><Relationship Id="rId11" Type="http://schemas.openxmlformats.org/officeDocument/2006/relationships/hyperlink" Target="https://queerbookbar.com/products/queer-mythology-epic-legends-from-around-the-world" TargetMode="External"/><Relationship Id="rId12" Type="http://schemas.openxmlformats.org/officeDocument/2006/relationships/hyperlink" Target="https://acwise.net/review-queer-mythology-epic-legends-from-around-the-world/" TargetMode="External"/><Relationship Id="rId13" Type="http://schemas.openxmlformats.org/officeDocument/2006/relationships/hyperlink" Target="https://www.goodreads.com/en/book/show/207621828-queer-mythology" TargetMode="External"/><Relationship Id="rId14" Type="http://schemas.openxmlformats.org/officeDocument/2006/relationships/hyperlink" Target="https://sdglibrary.bibliocommons.com/item/show/377189167" TargetMode="External"/><Relationship Id="rId15" Type="http://schemas.openxmlformats.org/officeDocument/2006/relationships/hyperlink" Target="https://www.biggerbooks.com/queer-mythology-epic-legends-from-around/bk/97807624872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