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Oradea Pride 2026: Why Civil Society Is Pressing City Hall to Allow the March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louder civic chorus: more than 120 civil society groups from 30 countries have urged Oradea officials to let Pride go ahead on July 25, arguing a march is a core democratic right and warning the city risks joining Budapest as a repeat blocker of LGBTIQ+ demonstrations.</w:t>
      </w:r>
      <w:r/>
    </w:p>
    <w:p>
      <w:r/>
      <w:r>
        <w:t>Essential takeaways</w:t>
      </w:r>
      <w:r/>
      <w:r/>
    </w:p>
    <w:p>
      <w:pPr>
        <w:pStyle w:val="ListBullet"/>
        <w:spacing w:line="240" w:lineRule="auto"/>
        <w:ind w:left="720"/>
      </w:pPr>
      <w:r/>
      <w:r>
        <w:rPr>
          <w:b/>
        </w:rPr>
        <w:t>Broad support:</w:t>
      </w:r>
      <w:r>
        <w:t xml:space="preserve"> Over 120 organisations from 30 countries signed a public appeal backing ARK Oradea and calling for a safe Pride March.</w:t>
      </w:r>
      <w:r/>
    </w:p>
    <w:p>
      <w:pPr>
        <w:pStyle w:val="ListBullet"/>
        <w:spacing w:line="240" w:lineRule="auto"/>
        <w:ind w:left="720"/>
      </w:pPr>
      <w:r/>
      <w:r>
        <w:rPr>
          <w:b/>
        </w:rPr>
        <w:t>Rejected routes:</w:t>
      </w:r>
      <w:r>
        <w:t xml:space="preserve"> Organisers offered 100+ route options; reports say the municipality may refuse all and propose a single assembly on the city outskirts.</w:t>
      </w:r>
      <w:r/>
    </w:p>
    <w:p>
      <w:pPr>
        <w:pStyle w:val="ListBullet"/>
        <w:spacing w:line="240" w:lineRule="auto"/>
        <w:ind w:left="720"/>
      </w:pPr>
      <w:r/>
      <w:r>
        <w:rPr>
          <w:b/>
        </w:rPr>
        <w:t>Pattern of refusals:</w:t>
      </w:r>
      <w:r>
        <w:t xml:space="preserve"> After four years of blocked Pride routes, signatories see this as a systemic denial of freedom of assembly.</w:t>
      </w:r>
      <w:r/>
    </w:p>
    <w:p>
      <w:pPr>
        <w:pStyle w:val="ListBullet"/>
        <w:spacing w:line="240" w:lineRule="auto"/>
        <w:ind w:left="720"/>
      </w:pPr>
      <w:r/>
      <w:r>
        <w:rPr>
          <w:b/>
        </w:rPr>
        <w:t>Reputational risk:</w:t>
      </w:r>
      <w:r>
        <w:t xml:space="preserve"> Groups warn continued bans could harm Romania's image within the EU as a country that upholds European values.</w:t>
      </w:r>
      <w:r/>
    </w:p>
    <w:p>
      <w:pPr>
        <w:pStyle w:val="ListBullet"/>
        <w:spacing w:line="240" w:lineRule="auto"/>
        <w:ind w:left="720"/>
      </w:pPr>
      <w:r/>
      <w:r>
        <w:rPr>
          <w:b/>
        </w:rPr>
        <w:t>On-the-ground reality:</w:t>
      </w:r>
      <w:r>
        <w:t xml:space="preserve"> Despite past refusals, hundreds joined an unauthorised Pride march last summer, showing strong local support.</w:t>
      </w:r>
      <w:r/>
      <w:r/>
    </w:p>
    <w:p>
      <w:pPr>
        <w:pStyle w:val="Heading2"/>
      </w:pPr>
      <w:r>
        <w:t>Why hundreds of organisations felt the need to write in</w:t>
      </w:r>
      <w:r/>
    </w:p>
    <w:p>
      <w:r/>
      <w:r>
        <w:t>More than 120 groups, from ILGA Europe to Forbidden Colours and dozens of Pride organisers worldwide, signed a public letter urging Oradea City Hall to let the march proceed on a route that actually allows people to walk together. The letter is framed as solidarity with ARK Oradea and flags freedom of assembly as the key issue. According to IGLYO and ILGA Europe, the collective action was meant to raise the alarm quickly and visibly. The tone is practical and urgent: this isn’t just advocacy, it’s a test of civic rights.</w:t>
      </w:r>
      <w:r/>
    </w:p>
    <w:p>
      <w:pPr>
        <w:pStyle w:val="Heading2"/>
      </w:pPr>
      <w:r>
        <w:t>What organisers submitted and what the city reportedly plans</w:t>
      </w:r>
      <w:r/>
    </w:p>
    <w:p>
      <w:r/>
      <w:r>
        <w:t>ARK Oradea told authorities it submitted its notification at the earliest legal moment and proposed more than 100 possible routes to avoid the old administrative excuses. Local reporting suggests the municipality may reject every option and instead offer a single static assembly area on the periphery. Organisers argue, reasonably, that a meeting point is not the same as a march, and that confining the event to the outskirts undermines the purpose of public visibility. For anyone organising or supporting an event, the lesson is clear: register early, propose flexible routes, and document the process.</w:t>
      </w:r>
      <w:r/>
    </w:p>
    <w:p>
      <w:pPr>
        <w:pStyle w:val="Heading2"/>
      </w:pPr>
      <w:r>
        <w:t>This looks like a pattern, not a one-off snag</w:t>
      </w:r>
      <w:r/>
    </w:p>
    <w:p>
      <w:r/>
      <w:r>
        <w:t>Signatories emphasised that after four consecutive years of Pride events being blocked, the issue stretches beyond paperwork into the realm of deliberate restriction. Observers point to Budapest as a precedent within the EU where authorities have repeatedly limited Pride marches, and warn Oradea risks following that path. Civil society groups say repeated refusals damage trust in institutions and can have diplomatic and cultural fallout for Romania. If you care about civic rights, these repeated denials are the sort of trend that merits international attention.</w:t>
      </w:r>
      <w:r/>
    </w:p>
    <w:p>
      <w:pPr>
        <w:pStyle w:val="Heading2"/>
      </w:pPr>
      <w:r>
        <w:t>Local context and how people have responded on the ground</w:t>
      </w:r>
      <w:r/>
    </w:p>
    <w:p>
      <w:r/>
      <w:r>
        <w:t>In 2025, city officials rejected 11 proposed routes citing construction and overlapping events; meanwhile, public spaces were reserved for numerous religious and philanthropic gatherings. Despite the formal refusal, hundreds still took to the streets in an unauthorised march last summer, demonstrating grassroots support and the limits of administrative bans. According to local outlets and statements from organisers, residents and activists want more than symbolic recognition, they want the practical ability to assemble where people live and pass through. That persistence tells you how important visibility is to communities who often feel sidelined.</w:t>
      </w:r>
      <w:r/>
    </w:p>
    <w:p>
      <w:pPr>
        <w:pStyle w:val="Heading2"/>
      </w:pPr>
      <w:r>
        <w:t>What happens next and practical implications for organisers and supporters</w:t>
      </w:r>
      <w:r/>
    </w:p>
    <w:p>
      <w:r/>
      <w:r>
        <w:t>The groups behind the letter have formally asked the municipal commission and mayor Florin Birta to approve a march route that ensures effective exercise of rights. If you’re planning to attend or help, bear in mind the advice from organisers: follow official notices, be prepared for last-minute changes, and prioritise safety. International attention may increase pressure on the city, but legal avenues and public advocacy should continue in parallel. For civic-minded readers, supporting reputable local NGOs or monitoring official announcements are practical ways to stay involved.</w:t>
      </w:r>
      <w:r/>
    </w:p>
    <w:p>
      <w:r/>
      <w:r>
        <w:t>It's a small civic moment with outsized meaning , how Oradea responds will tell you a lot about where Romania stands on public rights and European values.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2">
        <w:r>
          <w:rPr>
            <w:color w:val="0000EE"/>
            <w:u w:val="single"/>
          </w:rPr>
          <w:t>[6]</w:t>
        </w:r>
      </w:hyperlink>
      <w:r>
        <w:t xml:space="preserve">, </w:t>
      </w:r>
      <w:hyperlink r:id="rId13">
        <w:r>
          <w:rPr>
            <w:color w:val="0000EE"/>
            <w:u w:val="single"/>
          </w:rPr>
          <w:t>[7]</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https://www.romania-insider.com/civil-society-organizations-call-allow-oradea-pride-2026</w:t>
        </w:r>
      </w:hyperlink>
      <w:r>
        <w:t xml:space="preserve"> - Please view link - unable to able to access data</w:t>
      </w:r>
      <w:r/>
    </w:p>
    <w:p>
      <w:pPr>
        <w:pStyle w:val="ListNumber"/>
        <w:spacing w:line="240" w:lineRule="auto"/>
        <w:ind w:left="720"/>
      </w:pPr>
      <w:r/>
      <w:hyperlink r:id="rId10">
        <w:r>
          <w:rPr>
            <w:color w:val="0000EE"/>
            <w:u w:val="single"/>
          </w:rPr>
          <w:t>https://www.iglyo.org/news/oradea-pride-potential-ban-2026</w:t>
        </w:r>
      </w:hyperlink>
      <w:r>
        <w:t xml:space="preserve"> - The International Lesbian, Gay, Bisexual, Trans, Queer Youth and Student Organisation (IGLYO) has expressed solidarity with ARK Oradea and the LGBTQI community of Oradea, Romania, in the face of local authorities' intention to block the Pride March scheduled for 25 July 2026. IGLYO calls on the Mayor of Oradea and other competent institutions to ensure the march can proceed safely, highlighting that preventing the event would violate fundamental human rights protected under the European Convention on Human Rights.</w:t>
      </w:r>
      <w:r/>
    </w:p>
    <w:p>
      <w:pPr>
        <w:pStyle w:val="ListNumber"/>
        <w:spacing w:line="240" w:lineRule="auto"/>
        <w:ind w:left="720"/>
      </w:pPr>
      <w:r/>
      <w:hyperlink r:id="rId15">
        <w:r>
          <w:rPr>
            <w:color w:val="0000EE"/>
            <w:u w:val="single"/>
          </w:rPr>
          <w:t>https://www.coe.int/en/web/congress/-/congress-standing-rapporteur-on-human-rights-calls-on-oradea-authorities-to-ensure-pride-march-can-proceed-safely</w:t>
        </w:r>
      </w:hyperlink>
      <w:r>
        <w:t xml:space="preserve"> - Peter Drenth, the Congress Standing Rapporteur on Human Rights, has urged Oradea authorities to permit the Pride March scheduled for 25 July 2026. Drenth expressed concern over reports that local authorities may refuse permission for the march, marking the fourth consecutive year of such obstacles. He reminded local and regional authorities that freedom of expression, assembly, and association are fundamental human rights protected under the European Convention on Human Rights.</w:t>
      </w:r>
      <w:r/>
    </w:p>
    <w:p>
      <w:pPr>
        <w:pStyle w:val="ListNumber"/>
        <w:spacing w:line="240" w:lineRule="auto"/>
        <w:ind w:left="720"/>
      </w:pPr>
      <w:r/>
      <w:hyperlink r:id="rId11">
        <w:r>
          <w:rPr>
            <w:color w:val="0000EE"/>
            <w:u w:val="single"/>
          </w:rPr>
          <w:t>https://www.ilga-europe.org/news/joint-statement-of-solidarity-with-oradea-pride-romania/</w:t>
        </w:r>
      </w:hyperlink>
      <w:r>
        <w:t xml:space="preserve"> - ILGA-Europe, along with other signatory organisations, has expressed solidarity with ARK Oradea and the LGBTQI+ community of Oradea, Romania, urging local authorities to respect fundamental rights and allow the Oradea Pride March 2026 to take place safely. The organisations highlight that after four consecutive years without the Pride march, the issue is no longer about administrative or logistical difficulties but a deliberate failure to respect a fundamental right.</w:t>
      </w:r>
      <w:r/>
    </w:p>
    <w:p>
      <w:pPr>
        <w:pStyle w:val="ListNumber"/>
        <w:spacing w:line="240" w:lineRule="auto"/>
        <w:ind w:left="720"/>
      </w:pPr>
      <w:r/>
      <w:hyperlink r:id="rId14">
        <w:r>
          <w:rPr>
            <w:color w:val="0000EE"/>
            <w:u w:val="single"/>
          </w:rPr>
          <w:t>https://www.forbidden-colours.com/2026/07/15/romania-oradea-pride-also-banned-in-2026/</w:t>
        </w:r>
      </w:hyperlink>
      <w:r>
        <w:t xml:space="preserve"> - Forbidden Colours, in coordination with ACCEPT Romania, has led an international civil society appeal calling on the Municipality of Oradea to allow the Oradea Pride March to proceed safely on 25 July 2026. The appeal has garnered support from over 120 Romanian, European, and international organisations, urging local and national authorities to guarantee the effective exercise of freedom of assembly and prevent a repetition of the police violence witnessed during Oradea Pride in 2025.</w:t>
      </w:r>
      <w:r/>
    </w:p>
    <w:p>
      <w:pPr>
        <w:pStyle w:val="ListNumber"/>
        <w:spacing w:line="240" w:lineRule="auto"/>
        <w:ind w:left="720"/>
      </w:pPr>
      <w:r/>
      <w:hyperlink r:id="rId12">
        <w:r>
          <w:rPr>
            <w:color w:val="0000EE"/>
            <w:u w:val="single"/>
          </w:rPr>
          <w:t>https://www.digi24.ro/stiri/actualitate/social/peste-120-de-organizatii-din-30-de-tari-cer-primariei-oradea-sa-permita-marsul-pride-este-un-drept-fundamental-3863509</w:t>
        </w:r>
      </w:hyperlink>
      <w:r>
        <w:t xml:space="preserve"> - Over 120 civil society organisations from 30 countries have signed an international appeal urging local authorities in Oradea, Romania, to respect the freedom of assembly and allow the Oradea Pride March, scheduled for 25 July 2026, to take place safely. The appeal comes after organisers, ARK Oradea, submitted the notification for the event within the legal deadline, proposing more than 100 route options, yet local authorities appear intent on rejecting all proposed routes.</w:t>
      </w:r>
      <w:r/>
    </w:p>
    <w:p>
      <w:pPr>
        <w:pStyle w:val="ListNumber"/>
        <w:spacing w:line="240" w:lineRule="auto"/>
        <w:ind w:left="720"/>
      </w:pPr>
      <w:r/>
      <w:hyperlink r:id="rId13">
        <w:r>
          <w:rPr>
            <w:color w:val="0000EE"/>
            <w:u w:val="single"/>
          </w:rPr>
          <w:t>https://www.oradea-online.ro/stiri/oradea-pride-2026-organizatorii-anunta-o-noua-editie-dupa-marsul-cu-scandal-din-vara-trecuta-vor-dialog-real-cu-primaria-201357.html</w:t>
        </w:r>
      </w:hyperlink>
      <w:r>
        <w:t xml:space="preserve"> - ARK Oradea has announced the organisation of the fourth edition of Oradea Pride, with the central event—a march for the LGBTQIA+ community and its supporters—scheduled for 25 July 2026. This follows the previous year's event, which was marked by the refusal of the Oradea City Hall to authorise the event, leading to tensions with the gendarmerie and fines amounting to nearly 20,000 lei. The organisers are seeking a 'real dialogue' with the City Hall for this year's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omania-insider.com/civil-society-organizations-call-allow-oradea-pride-2026" TargetMode="External"/><Relationship Id="rId10" Type="http://schemas.openxmlformats.org/officeDocument/2006/relationships/hyperlink" Target="https://www.iglyo.org/news/oradea-pride-potential-ban-2026" TargetMode="External"/><Relationship Id="rId11" Type="http://schemas.openxmlformats.org/officeDocument/2006/relationships/hyperlink" Target="https://www.ilga-europe.org/news/joint-statement-of-solidarity-with-oradea-pride-romania/" TargetMode="External"/><Relationship Id="rId12" Type="http://schemas.openxmlformats.org/officeDocument/2006/relationships/hyperlink" Target="https://www.digi24.ro/stiri/actualitate/social/peste-120-de-organizatii-din-30-de-tari-cer-primariei-oradea-sa-permita-marsul-pride-este-un-drept-fundamental-3863509" TargetMode="External"/><Relationship Id="rId13" Type="http://schemas.openxmlformats.org/officeDocument/2006/relationships/hyperlink" Target="https://www.oradea-online.ro/stiri/oradea-pride-2026-organizatorii-anunta-o-noua-editie-dupa-marsul-cu-scandal-din-vara-trecuta-vor-dialog-real-cu-primaria-201357.html" TargetMode="External"/><Relationship Id="rId14" Type="http://schemas.openxmlformats.org/officeDocument/2006/relationships/hyperlink" Target="https://www.forbidden-colours.com/2026/07/15/romania-oradea-pride-also-banned-in-2026/" TargetMode="External"/><Relationship Id="rId15" Type="http://schemas.openxmlformats.org/officeDocument/2006/relationships/hyperlink" Target="https://www.coe.int/en/web/congress/-/congress-standing-rapporteur-on-human-rights-calls-on-oradea-authorities-to-ensure-pride-march-can-proceed-safe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