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Liverpool Pride Opening Party Moves Venue — What That Means for Attendees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buzzing: Liverpool Pride’s opening night has been moved to a new venue just steps away, promising a punchier, more intimate launch to the city’s weekend of celebrations. Who’s playing, where to go, and why the change might actually be a win for the crowd.</w:t>
      </w:r>
      <w:r/>
    </w:p>
    <w:p>
      <w:r/>
      <w:r>
        <w:t>Essential Takeaways</w:t>
      </w:r>
      <w:r/>
      <w:r/>
    </w:p>
    <w:p>
      <w:pPr>
        <w:pStyle w:val="ListBullet"/>
        <w:spacing w:line="240" w:lineRule="auto"/>
        <w:ind w:left="720"/>
      </w:pPr>
      <w:r/>
      <w:r>
        <w:rPr>
          <w:b/>
        </w:rPr>
        <w:t>New venue:</w:t>
      </w:r>
      <w:r>
        <w:t xml:space="preserve"> The Opening Party is now at The Auditorium on Liverpool Experience Campus, a short walk from the M&amp;S Bank Arena.</w:t>
      </w:r>
      <w:r/>
    </w:p>
    <w:p>
      <w:pPr>
        <w:pStyle w:val="ListBullet"/>
        <w:spacing w:line="240" w:lineRule="auto"/>
        <w:ind w:left="720"/>
      </w:pPr>
      <w:r/>
      <w:r>
        <w:rPr>
          <w:b/>
        </w:rPr>
        <w:t>Big names:</w:t>
      </w:r>
      <w:r>
        <w:t xml:space="preserve"> Sugababes headline, joined by Beth Ditto, RuPaul’s Drag Race stars and DJ favourites like Horse Meat Disco.</w:t>
      </w:r>
      <w:r/>
    </w:p>
    <w:p>
      <w:pPr>
        <w:pStyle w:val="ListBullet"/>
        <w:spacing w:line="240" w:lineRule="auto"/>
        <w:ind w:left="720"/>
      </w:pPr>
      <w:r/>
      <w:r>
        <w:rPr>
          <w:b/>
        </w:rPr>
        <w:t>More intimate feel:</w:t>
      </w:r>
      <w:r>
        <w:t xml:space="preserve"> Organisers say the Auditorium will deliver a vibrant, high-energy atmosphere that suits the night.</w:t>
      </w:r>
      <w:r/>
    </w:p>
    <w:p>
      <w:pPr>
        <w:pStyle w:val="ListBullet"/>
        <w:spacing w:line="240" w:lineRule="auto"/>
        <w:ind w:left="720"/>
      </w:pPr>
      <w:r/>
      <w:r>
        <w:rPr>
          <w:b/>
        </w:rPr>
        <w:t>Accessible parade route:</w:t>
      </w:r>
      <w:r>
        <w:t xml:space="preserve"> The Pride march is walking-only this year, improving accessibility by removing vehicle floats and road closures.</w:t>
      </w:r>
      <w:r/>
    </w:p>
    <w:p>
      <w:pPr>
        <w:pStyle w:val="ListBullet"/>
        <w:spacing w:line="240" w:lineRule="auto"/>
        <w:ind w:left="720"/>
      </w:pPr>
      <w:r/>
      <w:r>
        <w:rPr>
          <w:b/>
        </w:rPr>
        <w:t>Hosts and ceremony:</w:t>
      </w:r>
      <w:r>
        <w:t xml:space="preserve"> Hosted by Tyler DeClaire with Debbie Darling and Pam Sandwich curating the Opening Ceremony and performances.</w:t>
      </w:r>
      <w:r/>
      <w:r/>
    </w:p>
    <w:p>
      <w:pPr>
        <w:pStyle w:val="Heading2"/>
      </w:pPr>
      <w:r>
        <w:t>Why organisers shifted the Opening Party , and why it matters</w:t>
      </w:r>
      <w:r/>
    </w:p>
    <w:p>
      <w:r/>
      <w:r>
        <w:t>Organisers moved the planned event from the M&amp;S Bank Arena to The Auditorium at the Liverpool Experience Campus as final planning wrapped up. The change is local and practical , only a few minutes’ walk , but it alters the mood. The Auditorium is being positioned as a cozier, higher-energy space that suits a party-led opener rather than a sprawling arena show. For ticket-holders that often means better sightlines, a louder, more immediate atmosphere and fewer cavernous corners where the sound gets lost.</w:t>
      </w:r>
      <w:r/>
    </w:p>
    <w:p>
      <w:pPr>
        <w:pStyle w:val="Heading2"/>
      </w:pPr>
      <w:r>
        <w:t>Who’s on the bill , headline acts and surprise pull</w:t>
      </w:r>
      <w:r/>
    </w:p>
    <w:p>
      <w:r/>
      <w:r>
        <w:t>Sugababes are the marquee name, expected to deliver a hits-packed set that should land well in a packed, intimate room. Beth Ditto will play her first solo Liverpool show, while fan-favourites from RuPaul’s Drag Race and well-loved DJs , including the return of Horse Meat Disco , round out a lineup designed to mix mainstream pop with club culture. It’s a line-up that signals Pride wants both community performances and big, headline moments.</w:t>
      </w:r>
      <w:r/>
    </w:p>
    <w:p>
      <w:pPr>
        <w:pStyle w:val="Heading2"/>
      </w:pPr>
      <w:r>
        <w:t>Practical tips for attendees , getting there, what to expect</w:t>
      </w:r>
      <w:r/>
    </w:p>
    <w:p>
      <w:r/>
      <w:r>
        <w:t>If you’ve got tickets, plan your route to Liverpool Experience Campus rather than the arena’s main entrance , signage and staff will guide you but the few-minute walk is worth noting. Expect a denser crowd and bring ear protection if you’re sensitive to bass-heavy sets. For those going to the march the following day, note the new walking-only route: it starts at Houghton Street and finishes on Lord Street, avoiding vehicle floats and road closures to improve accessibility and focus on community participation.</w:t>
      </w:r>
      <w:r/>
    </w:p>
    <w:p>
      <w:pPr>
        <w:pStyle w:val="Heading2"/>
      </w:pPr>
      <w:r>
        <w:t>Accessibility and community focus , a nudged direction for Pride</w:t>
      </w:r>
      <w:r/>
    </w:p>
    <w:p>
      <w:r/>
      <w:r>
        <w:t>This year’s march removes vehicles and floats, concentrating on pedestrian access and inclusivity. That reflects a broader aim to make Pride less disruptive to the city while more welcoming for people with mobility needs. The collaboration between Sahir House and LCR Pride Foundation also points to a Pride rooted in local organisations and community voices, with the Opening Ceremony curated by a local performer to showcase homegrown talent.</w:t>
      </w:r>
      <w:r/>
    </w:p>
    <w:p>
      <w:pPr>
        <w:pStyle w:val="Heading2"/>
      </w:pPr>
      <w:r>
        <w:t>What to watch next , announcements and atmosphere</w:t>
      </w:r>
      <w:r/>
    </w:p>
    <w:p>
      <w:r/>
      <w:r>
        <w:t>Organisers have promised further details on the Opening Ceremony performers in the coming weeks, which could introduce more local acts and community groups. If the Auditorium format hits the right note, expect future events to favour settings that favour interaction over scale. Either way, the weekend looks set to pair a bold party opening with a more intimate, community-focused march.</w:t>
      </w:r>
      <w:r/>
    </w:p>
    <w:p>
      <w:r/>
      <w:r>
        <w:t>It’s a small shift with a big vibe , go enjoy the night that suits your Pride pace.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https://www.liverpoolecho.co.uk/whats-on/whats-on-news/liverpool-pride-celebrations-moved-days-34301846</w:t>
        </w:r>
      </w:hyperlink>
      <w:r>
        <w:t xml:space="preserve"> - Please view link - unable to able to access data</w:t>
      </w:r>
      <w:r/>
    </w:p>
    <w:p>
      <w:pPr>
        <w:pStyle w:val="ListNumber"/>
        <w:spacing w:line="240" w:lineRule="auto"/>
        <w:ind w:left="720"/>
      </w:pPr>
      <w:r/>
      <w:hyperlink r:id="rId10">
        <w:r>
          <w:rPr>
            <w:color w:val="0000EE"/>
            <w:u w:val="single"/>
          </w:rPr>
          <w:t>https://www.mandsbankarena.com/whats-on/liverpools-pride-opening-party/</w:t>
        </w:r>
      </w:hyperlink>
      <w:r>
        <w:t xml:space="preserve"> - Liverpool's Pride Opening Party is scheduled for Friday, 24 July 2026, at the M&amp;S Bank Arena. The event features Sugababes headlining with a full set of their greatest hits, marking their first performance in Liverpool in several years. Beth Ditto, known for her work with Gossip, will perform her first solo show in Liverpool. The lineup also includes drag stars Bimini and Tia Kofi, along with performances by Harrsn featuring the House Gospel Choir and Horse Meat Disco. The event is hosted by Tyler DaClaire, with drag queens Debbie Darling and Pam Sandwich also performing. The night will commence with a specially curated Liverpool’s Pride Opening Ceremony, showcasing numerous LGBTQ+ performers from across the city. Tickets are available for purchase through the M&amp;S Bank Arena's official website.</w:t>
      </w:r>
      <w:r/>
    </w:p>
    <w:p>
      <w:pPr>
        <w:pStyle w:val="ListNumber"/>
        <w:spacing w:line="240" w:lineRule="auto"/>
        <w:ind w:left="720"/>
      </w:pPr>
      <w:r/>
      <w:hyperlink r:id="rId13">
        <w:r>
          <w:rPr>
            <w:color w:val="0000EE"/>
            <w:u w:val="single"/>
          </w:rPr>
          <w:t>https://ra.co/events/2452258</w:t>
        </w:r>
      </w:hyperlink>
      <w:r>
        <w:t xml:space="preserve"> - The RA (Resident Advisor) event listing provides details about Liverpool's Pride 2026 Official Opening Party, taking place on Friday, 24 July 2026, at the M&amp;S Bank Arena. The event is described as a bold, high-energy celebration of unity, inclusion, and community, featuring world-class artists and iconic LGBTQ+ performers. The lineup includes Sugababes, Beth Ditto, Tia Kofi, Bimini, Horse Meat Disco, Harrsn featuring the House Gospel Choir, and local hosts Tyler DaClaire, Pam Sandwich, and Debbie Darling. The event aims to be one of the most unforgettable Pride launch events the city has ever seen.</w:t>
      </w:r>
      <w:r/>
    </w:p>
    <w:p>
      <w:pPr>
        <w:pStyle w:val="ListNumber"/>
        <w:spacing w:line="240" w:lineRule="auto"/>
        <w:ind w:left="720"/>
      </w:pPr>
      <w:r/>
      <w:hyperlink r:id="rId11">
        <w:r>
          <w:rPr>
            <w:color w:val="0000EE"/>
            <w:u w:val="single"/>
          </w:rPr>
          <w:t>https://www.clickliverpool.com/culture/64530-sugababes-to-kick-off-liverpools-pride-2026/</w:t>
        </w:r>
      </w:hyperlink>
      <w:r>
        <w:t xml:space="preserve"> - Sugababes are set to headline Liverpool’s Pride 2026 Opening Party on Friday, 24 July 2026, at the M&amp;S Bank Arena. This performance marks their first appearance in Liverpool in several years. The event also features LGBTQ+ icon Beth Ditto, performing her first solo show in Liverpool, and drag stars Bimini and Tia Kofi. Additional performances include Harrsn featuring the House Gospel Choir and Horse Meat Disco. The event is hosted by Tyler DaClaire, with drag queens Debbie Darling and Pam Sandwich also performing. The night will begin with a Liverpool’s Pride Opening Ceremony, bringing together numerous LGBTQ+ performers from across the city.</w:t>
      </w:r>
      <w:r/>
    </w:p>
    <w:p>
      <w:pPr>
        <w:pStyle w:val="ListNumber"/>
        <w:spacing w:line="240" w:lineRule="auto"/>
        <w:ind w:left="720"/>
      </w:pPr>
      <w:r/>
      <w:hyperlink r:id="rId14">
        <w:r>
          <w:rPr>
            <w:color w:val="0000EE"/>
            <w:u w:val="single"/>
          </w:rPr>
          <w:t>https://www.gaytravel4u.com/event/liverpool-pride/</w:t>
        </w:r>
      </w:hyperlink>
      <w:r>
        <w:t xml:space="preserve"> - Liverpool Pride 2026 is scheduled from Friday, 24 July to Sunday, 26 July 2026. The event is one of the largest gay pride festivals in the UK and is held annually in memory of Michael Causer, who was murdered in Liverpool in 2008. The Opening Party on Friday, 24 July, at the M&amp;S Bank Arena features Sugababes headlining with a full set of their greatest hits, and Beth Ditto performing her first solo show in Liverpool. The lineup also includes drag stars Bimini and Tia Kofi, along with performances by Harrsn featuring the House Gospel Choir and Horse Meat Disco. The Main Parade on Saturday, 25 July, starts at the city's Pier Head and follows a fully accessible, step-free route along Strand Street and Salthouse Quay at the Albert Dock, ending at the M&amp;S Bank Arena. The event is designed to be fully accessible, step-free, and wheelchair-friendly to ensure the whole community can get involved in the celebrations.</w:t>
      </w:r>
      <w:r/>
    </w:p>
    <w:p>
      <w:pPr>
        <w:pStyle w:val="ListNumber"/>
        <w:spacing w:line="240" w:lineRule="auto"/>
        <w:ind w:left="720"/>
      </w:pPr>
      <w:r/>
      <w:hyperlink r:id="rId12">
        <w:r>
          <w:rPr>
            <w:color w:val="0000EE"/>
            <w:u w:val="single"/>
          </w:rPr>
          <w:t>https://www.theguideliverpool.com/sugababes-to-kick-off-liverpools-pride-2026-in-style/</w:t>
        </w:r>
      </w:hyperlink>
      <w:r>
        <w:t xml:space="preserve"> - Sugababes are set to headline Liverpool’s Pride 2026 Opening Party on Friday, 24 July 2026, at the M&amp;S Bank Arena. This performance marks their first appearance in Liverpool in several years. The event also features LGBTQ+ icon Beth Ditto, performing her first solo show in Liverpool, and drag stars Bimini and Tia Kofi. Additional performances include Harrsn featuring the House Gospel Choir and Horse Meat Disco. The event is hosted by Tyler DaClaire, with drag queens Debbie Darling and Pam Sandwich also performing. The night will begin with a Liverpool’s Pride Opening Ceremony, bringing together numerous LGBTQ+ performers from across the city. Tickets for the opening party go on sale from 2 April, with prices starting from £35.</w:t>
      </w:r>
      <w:r/>
    </w:p>
    <w:p>
      <w:pPr>
        <w:pStyle w:val="ListNumber"/>
        <w:spacing w:line="240" w:lineRule="auto"/>
        <w:ind w:left="720"/>
      </w:pPr>
      <w:r/>
      <w:hyperlink r:id="rId10">
        <w:r>
          <w:rPr>
            <w:color w:val="0000EE"/>
            <w:u w:val="single"/>
          </w:rPr>
          <w:t>https://www.mandsbankarena.com/whats-on/liverpools-pride-opening-party/</w:t>
        </w:r>
      </w:hyperlink>
      <w:r>
        <w:t xml:space="preserve"> - Liverpool's Pride Opening Party is scheduled for Friday, 24 July 2026, at the M&amp;S Bank Arena. The event features Sugababes headlining with a full set of their greatest hits, marking their first performance in Liverpool in several years. Beth Ditto, known for her work with Gossip, will perform her first solo show in Liverpool. The lineup also includes drag stars Bimini and Tia Kofi, along with performances by Harrsn featuring the House Gospel Choir and Horse Meat Disco. The event is hosted by Tyler DaClaire, with drag queens Debbie Darling and Pam Sandwich also performing. The night will commence with a specially curated Liverpool’s Pride Opening Ceremony, showcasing numerous LGBTQ+ performers from across the city. Tickets are available for purchase through the M&amp;S Bank Arena's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rpoolecho.co.uk/whats-on/whats-on-news/liverpool-pride-celebrations-moved-days-34301846" TargetMode="External"/><Relationship Id="rId10" Type="http://schemas.openxmlformats.org/officeDocument/2006/relationships/hyperlink" Target="https://www.mandsbankarena.com/whats-on/liverpools-pride-opening-party/" TargetMode="External"/><Relationship Id="rId11" Type="http://schemas.openxmlformats.org/officeDocument/2006/relationships/hyperlink" Target="https://www.clickliverpool.com/culture/64530-sugababes-to-kick-off-liverpools-pride-2026/" TargetMode="External"/><Relationship Id="rId12" Type="http://schemas.openxmlformats.org/officeDocument/2006/relationships/hyperlink" Target="https://www.theguideliverpool.com/sugababes-to-kick-off-liverpools-pride-2026-in-style/" TargetMode="External"/><Relationship Id="rId13" Type="http://schemas.openxmlformats.org/officeDocument/2006/relationships/hyperlink" Target="https://ra.co/events/2452258" TargetMode="External"/><Relationship Id="rId14" Type="http://schemas.openxmlformats.org/officeDocument/2006/relationships/hyperlink" Target="https://www.gaytravel4u.com/event/liverpool-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