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Date Ideas in NYC for Unforgettable Nights Out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romantics alike are rediscovering New York as a playground for creative, queer-friendly dates , from rooftop pools with skyline views to intimate jazz in a brownstone, theatrical nights that leave you laughing, and restaurant buses that make the city itself part of the meal. Here’s why these ideas matter and how to pick the perfect one.</w:t>
      </w:r>
      <w:r/>
    </w:p>
    <w:p>
      <w:r/>
      <w:r>
        <w:t>Essential Takeaways</w:t>
      </w:r>
      <w:r/>
      <w:r/>
    </w:p>
    <w:p>
      <w:pPr>
        <w:pStyle w:val="ListBullet"/>
        <w:spacing w:line="240" w:lineRule="auto"/>
        <w:ind w:left="720"/>
      </w:pPr>
      <w:r/>
      <w:r>
        <w:rPr>
          <w:b/>
        </w:rPr>
        <w:t>Broadway laughter:</w:t>
      </w:r>
      <w:r>
        <w:t xml:space="preserve"> Oh, Mary! is a tight, 80-minute comedy experience that sparks conversation and repeat visits thanks to a rotating cast and bold staging. </w:t>
      </w:r>
      <w:r/>
    </w:p>
    <w:p>
      <w:pPr>
        <w:pStyle w:val="ListBullet"/>
        <w:spacing w:line="240" w:lineRule="auto"/>
        <w:ind w:left="720"/>
      </w:pPr>
      <w:r/>
      <w:r>
        <w:rPr>
          <w:b/>
        </w:rPr>
        <w:t>Dinner with a view:</w:t>
      </w:r>
      <w:r>
        <w:t xml:space="preserve"> Bustronome’s glass-roofed double-decker bus pairs French-leaning multi-course menus with cinematic routes past Midtown and downtown landmarks. </w:t>
      </w:r>
      <w:r/>
    </w:p>
    <w:p>
      <w:pPr>
        <w:pStyle w:val="ListBullet"/>
        <w:spacing w:line="240" w:lineRule="auto"/>
        <w:ind w:left="720"/>
      </w:pPr>
      <w:r/>
      <w:r>
        <w:rPr>
          <w:b/>
        </w:rPr>
        <w:t>Relaxed recharge:</w:t>
      </w:r>
      <w:r>
        <w:t xml:space="preserve"> Bathhouse’s rooftop pool in Williamsburg offers heated, year-round swimming and thermal rooms for a restorative, phone-free date. </w:t>
      </w:r>
      <w:r/>
    </w:p>
    <w:p>
      <w:pPr>
        <w:pStyle w:val="ListBullet"/>
        <w:spacing w:line="240" w:lineRule="auto"/>
        <w:ind w:left="720"/>
      </w:pPr>
      <w:r/>
      <w:r>
        <w:rPr>
          <w:b/>
        </w:rPr>
        <w:t>Late-night intimacy:</w:t>
      </w:r>
      <w:r>
        <w:t xml:space="preserve"> Brownstone Jazz and Bill’s Place deliver up-close jazz sets in living-room settings , quiet, soulful, and atmospheric. </w:t>
      </w:r>
      <w:r/>
    </w:p>
    <w:p>
      <w:pPr>
        <w:pStyle w:val="ListBullet"/>
        <w:spacing w:line="240" w:lineRule="auto"/>
        <w:ind w:left="720"/>
      </w:pPr>
      <w:r/>
      <w:r>
        <w:rPr>
          <w:b/>
        </w:rPr>
        <w:t>Unique thrills:</w:t>
      </w:r>
      <w:r>
        <w:t xml:space="preserve"> RiseNY mixes museum-style exhibits with a 4D flight simulation for a culture-meets-adrenaline date that wraps up with rooftop cocktails.</w:t>
      </w:r>
      <w:r/>
      <w:r/>
    </w:p>
    <w:p>
      <w:pPr>
        <w:pStyle w:val="Heading2"/>
      </w:pPr>
      <w:r>
        <w:t>Laugh until you cry: why a short, sharp Broadway play is brilliant for a date</w:t>
      </w:r>
      <w:r/>
    </w:p>
    <w:p>
      <w:r/>
      <w:r>
        <w:t>There’s something disarming about sitting shoulder to shoulder and laughing at the same thing, and an 80-minute comedy like Oh, Mary! does just that , fast-paced, sharp, and unapologetically chaotic. It’s a show that keeps the energy high and the night young; you’re out before you’ve overstayed your welcome, full of lines to quote on the walk home. According to Broadway listings, the production’s rotating cast adds an element of surprise, so repeat outings feel fresh. If you want to plan around timing, aim for an early curtain to leave space for a late drink or a midnight slice nearby. For couples who prefer spectacle, consider a campy musical night instead; it’s a different mood but equally memorable.</w:t>
      </w:r>
      <w:r/>
    </w:p>
    <w:p>
      <w:pPr>
        <w:pStyle w:val="Heading2"/>
      </w:pPr>
      <w:r>
        <w:t>Make the city the backdrop: dinner on a moving, glass-roofed bus</w:t>
      </w:r>
      <w:r/>
    </w:p>
    <w:p>
      <w:r/>
      <w:r>
        <w:t>If you’ve done rooftops and river cruises, a glass-roofed, double-decker restaurant bus offers a novel middle ground: the view is ever-changing, but you stay cosied at your table. Bustronome’s dinner route lasts about two and a half hours and winds past icons like the Empire State Building and the Manhattan Bridge, while a seasonal French-influenced menu keeps the focus on food rather than narration. Parties sit privately, which makes it feel intimate even amid the bustle. Practical tip: choose a dinner run for the full skyline sweep and book in advance , these seats fill fast on weekends.</w:t>
      </w:r>
      <w:r/>
    </w:p>
    <w:p>
      <w:pPr>
        <w:pStyle w:val="Heading2"/>
      </w:pPr>
      <w:r>
        <w:t>Slow down together: the restorative appeal of a rooftop pool and thermal spa</w:t>
      </w:r>
      <w:r/>
    </w:p>
    <w:p>
      <w:r/>
      <w:r>
        <w:t>For dates that whisper rather than shout, Bathhouse’s Williamsburg rooftop pool is a rare slice of calm with a widescreen Manhattan view. The space mixes thermal rooms, cold plunges, saunas, and couple-focused treatments, and its no-phones policy encourages real presence. Day passes are wallet-friendly, so you can opt for a quick detox or a full spa afternoon. If you’re pairing it with dinner, book treatments early and leave enough time to dry and dress before heading out; it’s a lovely way to extend a quiet, tactile shared experience.</w:t>
      </w:r>
      <w:r/>
    </w:p>
    <w:p>
      <w:pPr>
        <w:pStyle w:val="Heading2"/>
      </w:pPr>
      <w:r>
        <w:t>Hear it live: intimate jazz nights for leaning in and lingering</w:t>
      </w:r>
      <w:r/>
    </w:p>
    <w:p>
      <w:r/>
      <w:r>
        <w:t>New York’s jazz scene rewards curiosity, and small-room venues like Brownstone Jazz in Bed-Stuy or Bill’s Place in Harlem make for intensely intimate dates. These performances often feel like a conversation rather than a concert , acoustic sets, low lights, and the kind of closeness that invites whispered commentary. Bring cash for tips and, in BYOB spots, pick up a favourite bottle en route. Jazz nights are especially good when you want to listen rather than talk; the music often does the conversational heavy lifting for you.</w:t>
      </w:r>
      <w:r/>
    </w:p>
    <w:p>
      <w:pPr>
        <w:pStyle w:val="Heading2"/>
      </w:pPr>
      <w:r>
        <w:t>Elevate the unusual: museums, immersive rides, and rooftop follow-ups</w:t>
      </w:r>
      <w:r/>
    </w:p>
    <w:p>
      <w:r/>
      <w:r>
        <w:t>When you can’t decide between culture and spectacle, RiseNY solves the dilemma with interactive galleries and a 4D flight that lifts you above the boroughs. It compresses history, pop culture, and a mini adrenaline hit into under 90 minutes, so it’s ideal for a first or fifth date that’s lively but not exhausting. Follow it with cocktails at a nearby rooftop bar to decompress and trade favourite moments. For museum-minded couples, mixing a shorter immersive experience with a relaxed bar stop strikes a smart balance.</w:t>
      </w:r>
      <w:r/>
    </w:p>
    <w:p>
      <w:pPr>
        <w:pStyle w:val="Heading2"/>
      </w:pPr>
      <w:r>
        <w:t>Sail away: when a harbour cruise becomes a private little world</w:t>
      </w:r>
      <w:r/>
    </w:p>
    <w:p>
      <w:r/>
      <w:r>
        <w:t>For something deliberately cinematic, The Mark Sailboat’s two-hour harbour cruises feel like a floating supper club. Watching the skyline slide by and the Statue of Liberty draw near has an old-school romance to it, and the onboard hors d’oeuvres and wine service make it feel special. Tickets can be pricey, so consider this for anniversaries or milestones; if you want privacy, ask about private charters. Seasickness-prone dates should pick a calm night and sit mid-ship for the smoothest ride.</w:t>
      </w:r>
      <w:r/>
    </w:p>
    <w:p>
      <w:pPr>
        <w:pStyle w:val="Heading2"/>
      </w:pPr>
      <w:r>
        <w:t>Choosing the right date for your vibe</w:t>
      </w:r>
      <w:r/>
    </w:p>
    <w:p>
      <w:r/>
      <w:r>
        <w:t>Think about energy levels and what you want to talk about afterwards. Choose theatre or a 4D ride if you want shared talking points, a moving-restaurant or sail if you want scenery and uninterrupted time, a spa for quiet reconnection, and jazz if you want an intimate, sensory evening. Book ahead for weekends, check accessibility and dietary options, and leave room for spontaneity , a short walk or late-night café can turn a good night into a great one.</w:t>
      </w:r>
      <w:r/>
    </w:p>
    <w:p>
      <w:r/>
      <w:r>
        <w:t>It's a small change that can make every night out feel intentionally memorable.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1">
        <w:r>
          <w:rPr>
            <w:color w:val="0000EE"/>
            <w:u w:val="single"/>
          </w:rPr>
          <w:t>[5]</w:t>
        </w:r>
      </w:hyperlink>
      <w:r>
        <w:t xml:space="preserve">- Paragraph 3: </w:t>
      </w:r>
      <w:hyperlink r:id="rId9">
        <w:r>
          <w:rPr>
            <w:color w:val="0000EE"/>
            <w:u w:val="single"/>
          </w:rPr>
          <w:t>[1]</w:t>
        </w:r>
      </w:hyperlink>
      <w:r>
        <w:t xml:space="preserve">, </w:t>
      </w:r>
      <w:hyperlink r:id="rId11">
        <w:r>
          <w:rPr>
            <w:color w:val="0000EE"/>
            <w:u w:val="single"/>
          </w:rPr>
          <w:t>[5]</w:t>
        </w:r>
      </w:hyperlink>
      <w:r>
        <w:t xml:space="preserve">- Paragraph 4: </w:t>
      </w:r>
      <w:hyperlink r:id="rId9">
        <w:r>
          <w:rPr>
            <w:color w:val="0000EE"/>
            <w:u w:val="single"/>
          </w:rPr>
          <w:t>[1]</w:t>
        </w:r>
      </w:hyperlink>
      <w:r>
        <w:t xml:space="preserve">, </w:t>
      </w:r>
      <w:hyperlink r:id="rId11">
        <w:r>
          <w:rPr>
            <w:color w:val="0000EE"/>
            <w:u w:val="single"/>
          </w:rPr>
          <w:t>[5]</w:t>
        </w:r>
      </w:hyperlink>
      <w:r>
        <w:t xml:space="preserve">- Paragraph 5: </w:t>
      </w:r>
      <w:hyperlink r:id="rId9">
        <w:r>
          <w:rPr>
            <w:color w:val="0000EE"/>
            <w:u w:val="single"/>
          </w:rPr>
          <w:t>[1]</w:t>
        </w:r>
      </w:hyperlink>
      <w:r>
        <w:t xml:space="preserve">, </w:t>
      </w:r>
      <w:hyperlink r:id="rId11">
        <w:r>
          <w:rPr>
            <w:color w:val="0000EE"/>
            <w:u w:val="single"/>
          </w:rPr>
          <w:t>[5]</w:t>
        </w:r>
      </w:hyperlink>
      <w:r>
        <w:t xml:space="preserve">- Paragraph 6: </w:t>
      </w:r>
      <w:hyperlink r:id="rId9">
        <w:r>
          <w:rPr>
            <w:color w:val="0000EE"/>
            <w:u w:val="single"/>
          </w:rPr>
          <w:t>[1]</w:t>
        </w:r>
      </w:hyperlink>
      <w:r>
        <w:t xml:space="preserve">, </w:t>
      </w:r>
      <w:hyperlink r:id="rId11">
        <w:r>
          <w:rPr>
            <w:color w:val="0000EE"/>
            <w:u w:val="single"/>
          </w:rPr>
          <w:t>[5]</w:t>
        </w:r>
      </w:hyperlink>
      <w:r>
        <w:t xml:space="preserve">- Paragraph 7: </w:t>
      </w:r>
      <w:hyperlink r:id="rId9">
        <w:r>
          <w:rPr>
            <w:color w:val="0000EE"/>
            <w:u w:val="single"/>
          </w:rPr>
          <w:t>[1]</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https://www.out.com/travel-nightlife/best-lgbtq-date-ideas-nyc</w:t>
        </w:r>
      </w:hyperlink>
      <w:r>
        <w:t xml:space="preserve"> - Please view link - unable to able to access data</w:t>
      </w:r>
      <w:r/>
    </w:p>
    <w:p>
      <w:pPr>
        <w:pStyle w:val="ListNumber"/>
        <w:spacing w:line="240" w:lineRule="auto"/>
        <w:ind w:left="720"/>
      </w:pPr>
      <w:r/>
      <w:hyperlink r:id="rId10">
        <w:r>
          <w:rPr>
            <w:color w:val="0000EE"/>
            <w:u w:val="single"/>
          </w:rPr>
          <w:t>https://www.broadway.com/shows/oh-mary/frequently-asked-questions/</w:t>
        </w:r>
      </w:hyperlink>
      <w:r>
        <w:t xml:space="preserve"> - This page provides detailed information about the Broadway show 'Oh, Mary!', including its duration, age recommendation, and historical accuracy. It also addresses the current and past cast members, highlighting that Meg Stalter stars as Mary Todd Lincoln through September 12, 2026. The show is an 80-minute dark comedy reimagining Mary Todd Lincoln's life in the weeks leading up to Abraham Lincoln’s assassination, blending sharp, chaotic, and absurd elements.</w:t>
      </w:r>
      <w:r/>
    </w:p>
    <w:p>
      <w:pPr>
        <w:pStyle w:val="ListNumber"/>
        <w:spacing w:line="240" w:lineRule="auto"/>
        <w:ind w:left="720"/>
      </w:pPr>
      <w:r/>
      <w:hyperlink r:id="rId12">
        <w:r>
          <w:rPr>
            <w:color w:val="0000EE"/>
            <w:u w:val="single"/>
          </w:rPr>
          <w:t>https://www.broadway.com/shows/oh-mary/story/</w:t>
        </w:r>
      </w:hyperlink>
      <w:r>
        <w:t xml:space="preserve"> - This article offers an overview of 'Oh, Mary!', a dark comedy about Mary Todd Lincoln in the weeks leading up to Abraham Lincoln’s assassination. The play, written by Cole Escola and directed by Sam Pinkleton, has received critical acclaim, including Tony Awards for Best Leading Actor in a Play and Best Direction of a Play. It was also named a finalist for the Pulitzer Prize for Drama.</w:t>
      </w:r>
      <w:r/>
    </w:p>
    <w:p>
      <w:pPr>
        <w:pStyle w:val="ListNumber"/>
        <w:spacing w:line="240" w:lineRule="auto"/>
        <w:ind w:left="720"/>
      </w:pPr>
      <w:r/>
      <w:hyperlink r:id="rId13">
        <w:r>
          <w:rPr>
            <w:color w:val="0000EE"/>
            <w:u w:val="single"/>
          </w:rPr>
          <w:t>https://www.broadway.com/shows/oh-mary/cast/</w:t>
        </w:r>
      </w:hyperlink>
      <w:r>
        <w:t xml:space="preserve"> - This page lists the cast and creative team of 'Oh, Mary!', featuring Meg Stalter as Mary Todd Lincoln through September 12, 2026. The creative team includes writer Cole Escola and director Sam Pinkleton. The play is a dark comedy reimagining Mary Todd Lincoln's life, blending elements of drag, U.S. history, Shakespeare, vaudeville, and cabaret.</w:t>
      </w:r>
      <w:r/>
    </w:p>
    <w:p>
      <w:pPr>
        <w:pStyle w:val="ListNumber"/>
        <w:spacing w:line="240" w:lineRule="auto"/>
        <w:ind w:left="720"/>
      </w:pPr>
      <w:r/>
      <w:hyperlink r:id="rId11">
        <w:r>
          <w:rPr>
            <w:color w:val="0000EE"/>
            <w:u w:val="single"/>
          </w:rPr>
          <w:t>https://www.broadway.com/shows/oh-mary/</w:t>
        </w:r>
      </w:hyperlink>
      <w:r>
        <w:t xml:space="preserve"> - This page provides information about 'Oh, Mary!', including ticket prices, seating options, and reviews. The play has received positive reviews from critics and audiences alike, with a 4.3 out of 5 stars average rating. The show is praised for its humor and originality, with performances that demand full attention.</w:t>
      </w:r>
      <w:r/>
    </w:p>
    <w:p>
      <w:pPr>
        <w:pStyle w:val="ListNumber"/>
        <w:spacing w:line="240" w:lineRule="auto"/>
        <w:ind w:left="720"/>
      </w:pPr>
      <w:r/>
      <w:hyperlink r:id="rId14">
        <w:r>
          <w:rPr>
            <w:color w:val="0000EE"/>
            <w:u w:val="single"/>
          </w:rPr>
          <w:t>https://www.broadway.com/shows/oh-mary/event/21757563/12-03-2026/1930/</w:t>
        </w:r>
      </w:hyperlink>
      <w:r>
        <w:t xml:space="preserve"> - This page provides ticket information for 'Oh, Mary!' on December 3, 2026, at the Lyceum Theatre in New York City. The play is an 80-minute dark comedy reimagining Mary Todd Lincoln's life, blending sharp, chaotic, and absurd elements. Tickets are available in various price ranges, with discounts offered for certain sections.</w:t>
      </w:r>
      <w:r/>
    </w:p>
    <w:p>
      <w:pPr>
        <w:pStyle w:val="ListNumber"/>
        <w:spacing w:line="240" w:lineRule="auto"/>
        <w:ind w:left="720"/>
      </w:pPr>
      <w:r/>
      <w:hyperlink r:id="rId15">
        <w:r>
          <w:rPr>
            <w:color w:val="0000EE"/>
            <w:u w:val="single"/>
          </w:rPr>
          <w:t>https://www.broadway.com/shows/oh-mary/event/21757564/12-10-2026/1930/</w:t>
        </w:r>
      </w:hyperlink>
      <w:r>
        <w:t xml:space="preserve"> - This page provides ticket information for 'Oh, Mary!' on December 10, 2026, at the Lyceum Theatre in New York City. The play is an 80-minute dark comedy reimagining Mary Todd Lincoln's life, blending sharp, chaotic, and absurd elements. Tickets are available in various price ranges, with discounts offered for certain sections.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com/travel-nightlife/best-lgbtq-date-ideas-nyc" TargetMode="External"/><Relationship Id="rId10" Type="http://schemas.openxmlformats.org/officeDocument/2006/relationships/hyperlink" Target="https://www.broadway.com/shows/oh-mary/frequently-asked-questions/" TargetMode="External"/><Relationship Id="rId11" Type="http://schemas.openxmlformats.org/officeDocument/2006/relationships/hyperlink" Target="https://www.broadway.com/shows/oh-mary/" TargetMode="External"/><Relationship Id="rId12" Type="http://schemas.openxmlformats.org/officeDocument/2006/relationships/hyperlink" Target="https://www.broadway.com/shows/oh-mary/story/" TargetMode="External"/><Relationship Id="rId13" Type="http://schemas.openxmlformats.org/officeDocument/2006/relationships/hyperlink" Target="https://www.broadway.com/shows/oh-mary/cast/" TargetMode="External"/><Relationship Id="rId14" Type="http://schemas.openxmlformats.org/officeDocument/2006/relationships/hyperlink" Target="https://www.broadway.com/shows/oh-mary/event/21757563/12-03-2026/1930/" TargetMode="External"/><Relationship Id="rId15" Type="http://schemas.openxmlformats.org/officeDocument/2006/relationships/hyperlink" Target="https://www.broadway.com/shows/oh-mary/event/21757564/12-10-2026/19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