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Leeds Pride 2026 Sponsorship: Why Leeds United Leading the Parade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fans alike are spotting a welcome change as Leeds United again sponsors Leeds Pride for its 20th anniversary , and, for the first time, will lead the parade on Sunday, a visual pledge to inclusion that matters for the club, the city and supporters.</w:t>
      </w:r>
      <w:r/>
    </w:p>
    <w:p>
      <w:r/>
      <w:r>
        <w:t>Essential Takeaways</w:t>
      </w:r>
      <w:r/>
      <w:r/>
    </w:p>
    <w:p>
      <w:pPr>
        <w:pStyle w:val="ListBullet"/>
        <w:spacing w:line="240" w:lineRule="auto"/>
        <w:ind w:left="720"/>
      </w:pPr>
      <w:r/>
      <w:r>
        <w:rPr>
          <w:b/>
        </w:rPr>
        <w:t>Club backing:</w:t>
      </w:r>
      <w:r>
        <w:t xml:space="preserve"> Leeds United is an official sponsor of Leeds Pride 2026 and will lead the parade, signalling a public commitment to inclusion.</w:t>
      </w:r>
      <w:r/>
    </w:p>
    <w:p>
      <w:pPr>
        <w:pStyle w:val="ListBullet"/>
        <w:spacing w:line="240" w:lineRule="auto"/>
        <w:ind w:left="720"/>
      </w:pPr>
      <w:r/>
      <w:r>
        <w:rPr>
          <w:b/>
        </w:rPr>
        <w:t>Visible allies:</w:t>
      </w:r>
      <w:r>
        <w:t xml:space="preserve"> Former players and club figures will march with the Leeds United group, offering familiar, supportive faces.</w:t>
      </w:r>
      <w:r/>
    </w:p>
    <w:p>
      <w:pPr>
        <w:pStyle w:val="ListBullet"/>
        <w:spacing w:line="240" w:lineRule="auto"/>
        <w:ind w:left="720"/>
      </w:pPr>
      <w:r/>
      <w:r>
        <w:rPr>
          <w:b/>
        </w:rPr>
        <w:t>Ongoing work:</w:t>
      </w:r>
      <w:r>
        <w:t xml:space="preserve"> The club says this goes beyond one weekend , it’s part of a season-long push to challenge homophobia and boost belonging.</w:t>
      </w:r>
      <w:r/>
    </w:p>
    <w:p>
      <w:pPr>
        <w:pStyle w:val="ListBullet"/>
        <w:spacing w:line="240" w:lineRule="auto"/>
        <w:ind w:left="720"/>
      </w:pPr>
      <w:r/>
      <w:r>
        <w:rPr>
          <w:b/>
        </w:rPr>
        <w:t>Community links:</w:t>
      </w:r>
      <w:r>
        <w:t xml:space="preserve"> Marching Out Together remains a key partner, with shared events and pre-parade activities bringing supporters and staff together.</w:t>
      </w:r>
      <w:r/>
    </w:p>
    <w:p>
      <w:pPr>
        <w:pStyle w:val="ListBullet"/>
        <w:spacing w:line="240" w:lineRule="auto"/>
        <w:ind w:left="720"/>
      </w:pPr>
      <w:r/>
      <w:r>
        <w:rPr>
          <w:b/>
        </w:rPr>
        <w:t>Atmosphere:</w:t>
      </w:r>
      <w:r>
        <w:t xml:space="preserve"> Expect a celebratory, colourful weekend across the city, with thousands likely to attend and accessible events for all.</w:t>
      </w:r>
      <w:r/>
      <w:r/>
    </w:p>
    <w:p>
      <w:pPr>
        <w:pStyle w:val="Heading2"/>
      </w:pPr>
      <w:r>
        <w:t>Leeds United stepping up , leading the parade for Pride</w:t>
      </w:r>
      <w:r/>
    </w:p>
    <w:p>
      <w:r/>
      <w:r>
        <w:t>Leeds United will lead the Leeds Pride procession for the first time this year, a striking sight that brings the club out into the city in a way fans will notice. The move is about more than ceremony; it’s a loud, visual allyship that makes a statement to anyone watching from the pavement. According to the club, this leadership role is part of renewing its commitment to welcome everyone, and you can spot the Leeds United walking group among the floats and banners. If you’re going, expect a familiar crest in a very different setting , and a warm, communal buzz.</w:t>
      </w:r>
      <w:r/>
    </w:p>
    <w:p>
      <w:pPr>
        <w:pStyle w:val="Heading2"/>
      </w:pPr>
      <w:r>
        <w:t>Familiar faces, friendly voices , ex-players and mascots on the march</w:t>
      </w:r>
      <w:r/>
    </w:p>
    <w:p>
      <w:r/>
      <w:r>
        <w:t>Former players and club personalities will join the walking group this year, putting known faces at the heart of the parade. That kind of presence matters , fans see people they recognise supporting LGBTQ+ colleagues and communities, and it cuts through the usual matchday echoes. The club has said these appearances are about signalling inclusion across the fanbase, and it’s a simple way to show allyship. If you want a selfie with a former pro or a mascot moment, this is the sort of event where it’s cheerful and encouraged.</w:t>
      </w:r>
      <w:r/>
    </w:p>
    <w:p>
      <w:pPr>
        <w:pStyle w:val="Heading2"/>
      </w:pPr>
      <w:r>
        <w:t>Partnership with Marching Out Together , real work, not just a photo op</w:t>
      </w:r>
      <w:r/>
    </w:p>
    <w:p>
      <w:r/>
      <w:r>
        <w:t>Leeds United’s relationship with Marching Out Together is being presented as long-term, not a one-off publicity moment. The club is hosting pre-parade breakfasts with colleagues and members of Marching Out Together and has pledged season-long action to tackle homophobia in football. That’s important context , according to the community group, these links help turn visibility into programmes, conversations and practical support inside stadiums and fan spaces. For anyone wondering whether it’s meaningful, look for follow-up initiatives during the season.</w:t>
      </w:r>
      <w:r/>
    </w:p>
    <w:p>
      <w:pPr>
        <w:pStyle w:val="Heading2"/>
      </w:pPr>
      <w:r>
        <w:t>The city celebrates 20 years , what to expect at Leeds Pride</w:t>
      </w:r>
      <w:r/>
    </w:p>
    <w:p>
      <w:r/>
      <w:r>
        <w:t>Leeds Pride hits the streets over the weekend with events across the city and thousands expected to join in the anniversary celebrations. Local councils and organisers are positioning this as a major community weekend with music, stalls and family-friendly moments, so the atmosphere should be colourful and busy. If you’re planning to go, wear comfortable shoes, pick a meeting spot for friends, and check scheduled times for the parade and other headline events. It’s a chance to experience the city at its most inclusive and lively.</w:t>
      </w:r>
      <w:r/>
    </w:p>
    <w:p>
      <w:pPr>
        <w:pStyle w:val="Heading2"/>
      </w:pPr>
      <w:r>
        <w:t>Why this matters for fans and for football culture</w:t>
      </w:r>
      <w:r/>
    </w:p>
    <w:p>
      <w:r/>
      <w:r>
        <w:t>When a club leads a parade it changes the conversation, even for people who don’t usually follow equality programmes. Public acts of support signal to younger fans, to staff and to matchgoers that home is meant to be for everyone. Industry voices suggest that visible sponsorship and sustained partnerships can help shift attitudes inside stadiums and online. So while a weekend of celebrations is joyful, the real test will be whether the club’s actions during the season match the visibility seen on the parade route.</w:t>
      </w:r>
      <w:r/>
    </w:p>
    <w:p>
      <w:r/>
      <w:r>
        <w:t>It's a small change that can make every supporter feel a bit more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9">
        <w:r>
          <w:rPr>
            <w:color w:val="0000EE"/>
            <w:u w:val="single"/>
          </w:rPr>
          <w:t>[1]</w:t>
        </w:r>
      </w:hyperlink>
      <w:r>
        <w:t xml:space="preserve">- Paragraph 4: </w:t>
      </w:r>
      <w:hyperlink r:id="rId11">
        <w:r>
          <w:rPr>
            <w:color w:val="0000EE"/>
            <w:u w:val="single"/>
          </w:rPr>
          <w:t>[4]</w:t>
        </w:r>
      </w:hyperlink>
      <w:r>
        <w:t xml:space="preserve">, </w:t>
      </w:r>
      <w:hyperlink r:id="rId14">
        <w:r>
          <w:rPr>
            <w:color w:val="0000EE"/>
            <w:u w:val="single"/>
          </w:rPr>
          <w:t>[7]</w:t>
        </w:r>
      </w:hyperlink>
      <w:r>
        <w:t xml:space="preserve">- Paragraph 5: </w:t>
      </w:r>
      <w:hyperlink r:id="rId12">
        <w:r>
          <w:rPr>
            <w:color w:val="0000EE"/>
            <w:u w:val="single"/>
          </w:rPr>
          <w:t>[6]</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https://www.yorkshireeveningpost.co.uk/sport/football/leeds-united/leeds-united-leeds-pride-marching-out-together-tony-dorigo-noel-whelan-8804629</w:t>
        </w:r>
      </w:hyperlink>
      <w:r>
        <w:t xml:space="preserve"> - Please view link - unable to able to access data</w:t>
      </w:r>
      <w:r/>
    </w:p>
    <w:p>
      <w:pPr>
        <w:pStyle w:val="ListNumber"/>
        <w:spacing w:line="240" w:lineRule="auto"/>
        <w:ind w:left="720"/>
      </w:pPr>
      <w:r/>
      <w:hyperlink r:id="rId10">
        <w:r>
          <w:rPr>
            <w:color w:val="0000EE"/>
            <w:u w:val="single"/>
          </w:rPr>
          <w:t>https://www.leedsunited.com/en/news/leeds-united-sponsors-leeds-pride-2026</w:t>
        </w:r>
      </w:hyperlink>
      <w:r>
        <w:t xml:space="preserve"> - Leeds United and Marching Out Together are official sponsors of Leeds Pride 2026, marking the event's 30th anniversary. The celebrations will take place on Saturday 18th and Sunday 19th July, with Leeds United leading the parade for the first time. Former players Jermaine Beckford, Tony Dorigo, Noel Whelan, and Bridie Hannon, along with Lucas the Kop Cat, will participate to show support for the LGBTQ+ community. The club continues its commitment to equality and inclusion, collaborating with Marching Out Together to challenge homophobia in football and promote belonging for all.</w:t>
      </w:r>
      <w:r/>
    </w:p>
    <w:p>
      <w:pPr>
        <w:pStyle w:val="ListNumber"/>
        <w:spacing w:line="240" w:lineRule="auto"/>
        <w:ind w:left="720"/>
      </w:pPr>
      <w:r/>
      <w:hyperlink r:id="rId15">
        <w:r>
          <w:rPr>
            <w:color w:val="0000EE"/>
            <w:u w:val="single"/>
          </w:rPr>
          <w:t>https://www.yorkshirehousing.co.uk/news/leeds-pride-2026/</w:t>
        </w:r>
      </w:hyperlink>
      <w:r>
        <w:t xml:space="preserve"> - Yorkshire Housing is an official sponsor of Leeds Pride 2026, celebrating the event's 20th anniversary. They will march in the parade on Sunday 19th July and host a market stall, demonstrating their commitment to providing safe spaces for individuals to be themselves. This sponsorship reflects their dedication to supporting the LGBTQ+ community and fostering inclusivity.</w:t>
      </w:r>
      <w:r/>
    </w:p>
    <w:p>
      <w:pPr>
        <w:pStyle w:val="ListNumber"/>
        <w:spacing w:line="240" w:lineRule="auto"/>
        <w:ind w:left="720"/>
      </w:pPr>
      <w:r/>
      <w:hyperlink r:id="rId11">
        <w:r>
          <w:rPr>
            <w:color w:val="0000EE"/>
            <w:u w:val="single"/>
          </w:rPr>
          <w:t>https://welcometoleeds.co.uk/article/leeds-pride-announces-2026-dates-and-huge-20th-anniversary-celebration/</w:t>
        </w:r>
      </w:hyperlink>
      <w:r>
        <w:t xml:space="preserve"> - Leeds Pride has confirmed the dates for its 2026 festival, marking the event's 20th anniversary. The celebrations will be held across Saturday 18th and Sunday 19th July, expanding to a full two-day event for the first time. The festival will feature local LGBTQ+ talent, world-class entertainment, the iconic Pride parade, street parties, and a packed programme of events. La Voix, a Strictly Come Dancing icon and RuPaul’s Drag Race star, is the first performer confirmed for the Main Stage.</w:t>
      </w:r>
      <w:r/>
    </w:p>
    <w:p>
      <w:pPr>
        <w:pStyle w:val="ListNumber"/>
        <w:spacing w:line="240" w:lineRule="auto"/>
        <w:ind w:left="720"/>
      </w:pPr>
      <w:r/>
      <w:hyperlink r:id="rId13">
        <w:r>
          <w:rPr>
            <w:color w:val="0000EE"/>
            <w:u w:val="single"/>
          </w:rPr>
          <w:t>https://www.marchingouttogether.co.uk/</w:t>
        </w:r>
      </w:hyperlink>
      <w:r>
        <w:t xml:space="preserve"> - Marching Out Together is the official LGBTQ+ supporters' group of Leeds United, dedicated to promoting equality, diversity, and inclusion. They are leading the parade at Leeds Pride 2026, with former players Jermaine Beckford, Noel Whelan, Tony Dorigo, and Bridie Hannon joining them. The group also has a market stall on Leeds Bridge, offering merchandise and raffle tickets to support their initiatives throughout the year.</w:t>
      </w:r>
      <w:r/>
    </w:p>
    <w:p>
      <w:pPr>
        <w:pStyle w:val="ListNumber"/>
        <w:spacing w:line="240" w:lineRule="auto"/>
        <w:ind w:left="720"/>
      </w:pPr>
      <w:r/>
      <w:hyperlink r:id="rId12">
        <w:r>
          <w:rPr>
            <w:color w:val="0000EE"/>
            <w:u w:val="single"/>
          </w:rPr>
          <w:t>https://www.leedsunited.com/en/news/thousands-in-attendance-at-leeds-pride</w:t>
        </w:r>
      </w:hyperlink>
      <w:r>
        <w:t xml:space="preserve"> - Leeds United, alongside Marching Out Together, participated in Leeds Pride 2025, with thousands in attendance despite rainy weather. The club sponsored the event, showing ongoing support for the LGBTQ+ community. Members of Marching Out Together distributed merchandise, including pin badges and stickers, and held a market stall to raise funds supporting their work promoting equality, diversity, and inclusion.</w:t>
      </w:r>
      <w:r/>
    </w:p>
    <w:p>
      <w:pPr>
        <w:pStyle w:val="ListNumber"/>
        <w:spacing w:line="240" w:lineRule="auto"/>
        <w:ind w:left="720"/>
      </w:pPr>
      <w:r/>
      <w:hyperlink r:id="rId14">
        <w:r>
          <w:rPr>
            <w:color w:val="0000EE"/>
            <w:u w:val="single"/>
          </w:rPr>
          <w:t>https://news.leeds.gov.uk/news/leeds-city-council-looks-forward-to-celebrating-20-years-of-pride</w:t>
        </w:r>
      </w:hyperlink>
      <w:r>
        <w:t xml:space="preserve"> - Leeds City Council is looking forward to celebrating 20 years of Leeds Pride, expecting over 60,000 attendees. The city centre will be transformed with a colourful parade on Sunday 19th July. The council has reaffirmed its commitment to LGBTQ+ inclusive support through the launch of the 2024-2029 LGBT+ Inclusive Leeds plan and provides a forum for the LGBTQ+ community to engage with council services and partners.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yorkshireeveningpost.co.uk/sport/football/leeds-united/leeds-united-leeds-pride-marching-out-together-tony-dorigo-noel-whelan-8804629" TargetMode="External"/><Relationship Id="rId10" Type="http://schemas.openxmlformats.org/officeDocument/2006/relationships/hyperlink" Target="https://www.leedsunited.com/en/news/leeds-united-sponsors-leeds-pride-2026" TargetMode="External"/><Relationship Id="rId11" Type="http://schemas.openxmlformats.org/officeDocument/2006/relationships/hyperlink" Target="https://welcometoleeds.co.uk/article/leeds-pride-announces-2026-dates-and-huge-20th-anniversary-celebration/" TargetMode="External"/><Relationship Id="rId12" Type="http://schemas.openxmlformats.org/officeDocument/2006/relationships/hyperlink" Target="https://www.leedsunited.com/en/news/thousands-in-attendance-at-leeds-pride" TargetMode="External"/><Relationship Id="rId13" Type="http://schemas.openxmlformats.org/officeDocument/2006/relationships/hyperlink" Target="https://www.marchingouttogether.co.uk/" TargetMode="External"/><Relationship Id="rId14" Type="http://schemas.openxmlformats.org/officeDocument/2006/relationships/hyperlink" Target="https://news.leeds.gov.uk/news/leeds-city-council-looks-forward-to-celebrating-20-years-of-pride" TargetMode="External"/><Relationship Id="rId15" Type="http://schemas.openxmlformats.org/officeDocument/2006/relationships/hyperlink" Target="https://www.yorkshirehousing.co.uk/news/leeds-pri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