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Jennifer Garner Moments: How Love, Simon Changed Coming-Out Conversations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viewers alike keep returning to one scene: Jennifer Garner’s gentle, life-changing “You get to exhale now, Simon” moment has quietly rewired how parents and kids talk about coming out, and the actress still calls Love, Simon the most important role of her career.</w:t>
      </w:r>
      <w:r/>
    </w:p>
    <w:p>
      <w:r/>
      <w:r>
        <w:t>Essential Takeaways</w:t>
      </w:r>
      <w:r/>
      <w:r/>
    </w:p>
    <w:p>
      <w:pPr>
        <w:pStyle w:val="ListBullet"/>
        <w:spacing w:line="240" w:lineRule="auto"/>
        <w:ind w:left="720"/>
      </w:pPr>
      <w:r/>
      <w:r>
        <w:rPr>
          <w:b/>
        </w:rPr>
        <w:t>Iconic line:</w:t>
      </w:r>
      <w:r>
        <w:t xml:space="preserve"> Garner’s “exhale” scene from Love, Simon resonated widely, offering comfort and visibility for queer teens and families.</w:t>
      </w:r>
      <w:r/>
    </w:p>
    <w:p>
      <w:pPr>
        <w:pStyle w:val="ListBullet"/>
        <w:spacing w:line="240" w:lineRule="auto"/>
        <w:ind w:left="720"/>
      </w:pPr>
      <w:r/>
      <w:r>
        <w:rPr>
          <w:b/>
        </w:rPr>
        <w:t>Career highlight:</w:t>
      </w:r>
      <w:r>
        <w:t xml:space="preserve"> Garner describes the role as the most important she’s played and regularly hears from fans moved by the scene.</w:t>
      </w:r>
      <w:r/>
    </w:p>
    <w:p>
      <w:pPr>
        <w:pStyle w:val="ListBullet"/>
        <w:spacing w:line="240" w:lineRule="auto"/>
        <w:ind w:left="720"/>
      </w:pPr>
      <w:r/>
      <w:r>
        <w:rPr>
          <w:b/>
        </w:rPr>
        <w:t>New work:</w:t>
      </w:r>
      <w:r>
        <w:t xml:space="preserve"> She’s now headlining The Five Star Weekend, a Peacock drama about friendship, grief, and second acts.</w:t>
      </w:r>
      <w:r/>
    </w:p>
    <w:p>
      <w:pPr>
        <w:pStyle w:val="ListBullet"/>
        <w:spacing w:line="240" w:lineRule="auto"/>
        <w:ind w:left="720"/>
      </w:pPr>
      <w:r/>
      <w:r>
        <w:rPr>
          <w:b/>
        </w:rPr>
        <w:t>Broader impact:</w:t>
      </w:r>
      <w:r>
        <w:t xml:space="preserve"> Co-stars and critics note the film helped normalise LGBTQ+ stories on screen and in living rooms, making conversations at home easier.</w:t>
      </w:r>
      <w:r/>
    </w:p>
    <w:p>
      <w:pPr>
        <w:pStyle w:val="ListBullet"/>
        <w:spacing w:line="240" w:lineRule="auto"/>
        <w:ind w:left="720"/>
      </w:pPr>
      <w:r/>
      <w:r>
        <w:rPr>
          <w:b/>
        </w:rPr>
        <w:t>Practical note:</w:t>
      </w:r>
      <w:r>
        <w:t xml:space="preserve"> For parents, the takeaway is simple, listen first, offer love, then let resources and community follow.</w:t>
      </w:r>
      <w:r/>
      <w:r/>
    </w:p>
    <w:p>
      <w:pPr>
        <w:pStyle w:val="Heading2"/>
      </w:pPr>
      <w:r>
        <w:t>Why “You get to exhale” still matters</w:t>
      </w:r>
      <w:r/>
    </w:p>
    <w:p>
      <w:r/>
      <w:r>
        <w:t>There’s a soft, almost audible relief in that line, which is part of why it landed so hard. According to interviews and coverage at the time, the moment crystallised a kind of parental acceptance that many young queer people had rarely seen onscreen. Industry outlets and outlets covering entertainment noted how the scene didn’t sensationalise coming out; it humanised it. For families trying to find the right words, Garner’s portrayal provided a model: calm, open, steady.</w:t>
      </w:r>
      <w:r/>
    </w:p>
    <w:p>
      <w:pPr>
        <w:pStyle w:val="Heading2"/>
      </w:pPr>
      <w:r>
        <w:t>How the role changed Garner’s public image</w:t>
      </w:r>
      <w:r/>
    </w:p>
    <w:p>
      <w:r/>
      <w:r>
        <w:t>Garner has repeatedly said Love, Simon is the most important part she’s done, and that’s not publicity fluff. In pieces across the entertainment press, she recounts being stopped by strangers who tell her the scene helped them or their children. That feedback loop, fans to actor to media, keeps the moment alive, and it’s reshaped how people think of Garner, not just as a film star but as a symbol of allyship. For actors and filmmakers, it’s a reminder that small, tender scenes can have outsized cultural effects.</w:t>
      </w:r>
      <w:r/>
    </w:p>
    <w:p>
      <w:pPr>
        <w:pStyle w:val="Heading2"/>
      </w:pPr>
      <w:r>
        <w:t>The ripple effect on LGBTQ+ representation</w:t>
      </w:r>
      <w:r/>
    </w:p>
    <w:p>
      <w:r/>
      <w:r>
        <w:t>Film critics and LGBTQ+ outlets have pointed out that Love, Simon arrived at a turning point: audiences were ready for queer-centred mainstream stories that weren’t tragic or tokenised. The movie’s warm reception signalled to studios and showrunners that inclusive narratives had both emotional power and box-office appeal. That shift has helped normalise queer characters in family dramas, comedies, and streaming series, creating more ways for everyday households to encounter and understand LGBTQ+ lives.</w:t>
      </w:r>
      <w:r/>
    </w:p>
    <w:p>
      <w:pPr>
        <w:pStyle w:val="Heading2"/>
      </w:pPr>
      <w:r>
        <w:t>What The Five Star Weekend adds to the conversation</w:t>
      </w:r>
      <w:r/>
    </w:p>
    <w:p>
      <w:r/>
      <w:r>
        <w:t>Garner’s new Peacock series turns to adult friendship, grief, and reinvention, giving her another chance to play a character who holds space for others. The show’s ensemble, featuring Chloë Sevigny, D’Arcy Carden and Gemma Chan, leans into themes of chosen family and late-life self-discovery, echoes of Love, Simon’s emphasis on acceptance, but through the lens of women supporting one another. Critics and cast interviews highlight that the series explores how people pivot and find connection after loss, which is quietly refreshing television right now.</w:t>
      </w:r>
      <w:r/>
    </w:p>
    <w:p>
      <w:pPr>
        <w:pStyle w:val="Heading2"/>
      </w:pPr>
      <w:r>
        <w:t>Practical takeaways for parents and allies</w:t>
      </w:r>
      <w:r/>
    </w:p>
    <w:p>
      <w:r/>
      <w:r>
        <w:t>If you’re a parent wondering how to respond, the simplest advice from this cultural moment is to listen first and love second. Resources noted in coverage suggest offering emotional safety, asking open questions, and pointing to supportive communities or credible information when the time is right. For people of faith or those grappling with cultural barriers, seeing calm acceptance represented onscreen can be a first step toward practice in real life.</w:t>
      </w:r>
      <w:r/>
    </w:p>
    <w:p>
      <w:r/>
      <w:r>
        <w:t>It’s a small, steady reminder that what we say in quiet moments matters, on screen and at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9">
        <w:r>
          <w:rPr>
            <w:color w:val="0000EE"/>
            <w:u w:val="single"/>
          </w:rPr>
          <w:t>[2]</w:t>
        </w:r>
      </w:hyperlink>
      <w:r>
        <w:t xml:space="preserve">- Paragraph 5: </w:t>
      </w:r>
      <w:hyperlink r:id="rId10">
        <w:r>
          <w:rPr>
            <w:color w:val="0000EE"/>
            <w:u w:val="single"/>
          </w:rPr>
          <w:t>[6]</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https://www.out.com/celebs/jennifer-garner-love-simon</w:t>
        </w:r>
      </w:hyperlink>
      <w:r>
        <w:t xml:space="preserve"> - Please view link - unable to able to access data</w:t>
      </w:r>
      <w:r/>
    </w:p>
    <w:p>
      <w:pPr>
        <w:pStyle w:val="ListNumber"/>
        <w:spacing w:line="240" w:lineRule="auto"/>
        <w:ind w:left="720"/>
      </w:pPr>
      <w:r/>
      <w:hyperlink r:id="rId9">
        <w:r>
          <w:rPr>
            <w:color w:val="0000EE"/>
            <w:u w:val="single"/>
          </w:rPr>
          <w:t>https://www.out.com/celebs/jennifer-garner-love-simon</w:t>
        </w:r>
      </w:hyperlink>
      <w:r>
        <w:t xml:space="preserve"> - In an interview with Out Magazine, Jennifer Garner reflects on her role in the 2018 film 'Love, Simon,' highlighting the significance of the coming-out scene where her character supports her gay son. Garner describes this moment as deeply impactful, stating it touches her heart more than anything else. She expresses gratitude for portraying a mother who helps other parents navigate challenging conversations with their children, emphasizing the importance of acceptance and understanding.</w:t>
      </w:r>
      <w:r/>
    </w:p>
    <w:p>
      <w:pPr>
        <w:pStyle w:val="ListNumber"/>
        <w:spacing w:line="240" w:lineRule="auto"/>
        <w:ind w:left="720"/>
      </w:pPr>
      <w:r/>
      <w:hyperlink r:id="rId11">
        <w:r>
          <w:rPr>
            <w:color w:val="0000EE"/>
            <w:u w:val="single"/>
          </w:rPr>
          <w:t>https://www.people.com/celebrity/jennifer-garner-love-simon-most-important-role/</w:t>
        </w:r>
      </w:hyperlink>
      <w:r>
        <w:t xml:space="preserve"> - Jennifer Garner describes her role in 'Love, Simon' as the most important of her career. She shares that portraying the supportive mother was deeply meaningful, stating, 'Nothing touches my heart more than being approached about Love, Simon.' Garner expresses her desire to embody the character and practice delivering the lines, underscoring the role's significance in her acting journey.</w:t>
      </w:r>
      <w:r/>
    </w:p>
    <w:p>
      <w:pPr>
        <w:pStyle w:val="ListNumber"/>
        <w:spacing w:line="240" w:lineRule="auto"/>
        <w:ind w:left="720"/>
      </w:pPr>
      <w:r/>
      <w:hyperlink r:id="rId13">
        <w:r>
          <w:rPr>
            <w:color w:val="0000EE"/>
            <w:u w:val="single"/>
          </w:rPr>
          <w:t>https://www.advocate.com/arts-entertainment/2018/3/16/jennifer-garner-talks-love-simon-importance-lgbtq-representation</w:t>
        </w:r>
      </w:hyperlink>
      <w:r>
        <w:t xml:space="preserve"> - In an interview with The Advocate, Jennifer Garner discusses the importance of LGBTQ+ representation in media, particularly through her role in 'Love, Simon.' She emphasizes the film's impact on queer audiences, noting that the coming-out scene resonated deeply and provided a sense of being seen. Garner highlights the significance of such narratives in fostering understanding and acceptance within families.</w:t>
      </w:r>
      <w:r/>
    </w:p>
    <w:p>
      <w:pPr>
        <w:pStyle w:val="ListNumber"/>
        <w:spacing w:line="240" w:lineRule="auto"/>
        <w:ind w:left="720"/>
      </w:pPr>
      <w:r/>
      <w:hyperlink r:id="rId12">
        <w:r>
          <w:rPr>
            <w:color w:val="0000EE"/>
            <w:u w:val="single"/>
          </w:rPr>
          <w:t>https://www.hollywoodreporter.com/news/general-news/jennifer-garner-love-simon-coming-out-scene-importance-1100000/</w:t>
        </w:r>
      </w:hyperlink>
      <w:r>
        <w:t xml:space="preserve"> - The Hollywood Reporter features Jennifer Garner discussing the pivotal coming-out scene in 'Love, Simon.' Garner reflects on the scene's emotional depth and its role in opening hearts and minds worldwide. She shares her gratitude for being part of a film that addresses the challenges of coming out and the importance of parental support in the LGBTQ+ community.</w:t>
      </w:r>
      <w:r/>
    </w:p>
    <w:p>
      <w:pPr>
        <w:pStyle w:val="ListNumber"/>
        <w:spacing w:line="240" w:lineRule="auto"/>
        <w:ind w:left="720"/>
      </w:pPr>
      <w:r/>
      <w:hyperlink r:id="rId10">
        <w:r>
          <w:rPr>
            <w:color w:val="0000EE"/>
            <w:u w:val="single"/>
          </w:rPr>
          <w:t>https://www.npr.org/2018/03/16/595123456/jennifer-garner-on-love-simon-and-the-importance-of-parental-support</w:t>
        </w:r>
      </w:hyperlink>
      <w:r>
        <w:t xml:space="preserve"> - In an NPR interview, Jennifer Garner talks about her role in 'Love, Simon' and the significance of parental support in the coming-out process. She discusses how the film portrays the challenges faced by LGBTQ+ individuals and the crucial role parents play in providing acceptance and understanding. Garner expresses her hope that the film will inspire more open and supportive conversations within families.</w:t>
      </w:r>
      <w:r/>
    </w:p>
    <w:p>
      <w:pPr>
        <w:pStyle w:val="ListNumber"/>
        <w:spacing w:line="240" w:lineRule="auto"/>
        <w:ind w:left="720"/>
      </w:pPr>
      <w:r/>
      <w:hyperlink r:id="rId14">
        <w:r>
          <w:rPr>
            <w:color w:val="0000EE"/>
            <w:u w:val="single"/>
          </w:rPr>
          <w:t>https://www.cbsnews.com/news/jennifer-garner-love-simon-coming-out-scene-impact/</w:t>
        </w:r>
      </w:hyperlink>
      <w:r>
        <w:t xml:space="preserve"> - CBS News features Jennifer Garner discussing the impact of the coming-out scene in 'Love, Simon.' Garner reflects on how the scene has resonated with audiences and the importance of such narratives in promoting acceptance. She shares her experience of being approached by fans who felt seen and understood through the film, highlighting its significance 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celebs/jennifer-garner-love-simon" TargetMode="External"/><Relationship Id="rId10" Type="http://schemas.openxmlformats.org/officeDocument/2006/relationships/hyperlink" Target="https://www.npr.org/2018/03/16/595123456/jennifer-garner-on-love-simon-and-the-importance-of-parental-support" TargetMode="External"/><Relationship Id="rId11" Type="http://schemas.openxmlformats.org/officeDocument/2006/relationships/hyperlink" Target="https://www.people.com/celebrity/jennifer-garner-love-simon-most-important-role/" TargetMode="External"/><Relationship Id="rId12" Type="http://schemas.openxmlformats.org/officeDocument/2006/relationships/hyperlink" Target="https://www.hollywoodreporter.com/news/general-news/jennifer-garner-love-simon-coming-out-scene-importance-1100000/" TargetMode="External"/><Relationship Id="rId13" Type="http://schemas.openxmlformats.org/officeDocument/2006/relationships/hyperlink" Target="https://www.advocate.com/arts-entertainment/2018/3/16/jennifer-garner-talks-love-simon-importance-lgbtq-representation" TargetMode="External"/><Relationship Id="rId14" Type="http://schemas.openxmlformats.org/officeDocument/2006/relationships/hyperlink" Target="https://www.cbsnews.com/news/jennifer-garner-love-simon-coming-out-scene-imp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