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Gaydalajara Travel Guide: Where Guadalajara’s Queer Culture Comes Alive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drag show, tuck into shrimp tacos and wander leafy streets , Guadalajara’s queer scene is local, lively and rooted in neighbourhood life, making it one of the best LGBTQ+ destinations in Mexico for culture, food and community.</w:t>
      </w:r>
      <w:r/>
    </w:p>
    <w:p>
      <w:r/>
      <w:r>
        <w:t>Essential Takeaways</w:t>
      </w:r>
      <w:r/>
      <w:r/>
    </w:p>
    <w:p>
      <w:pPr>
        <w:pStyle w:val="ListBullet"/>
        <w:spacing w:line="240" w:lineRule="auto"/>
        <w:ind w:left="720"/>
      </w:pPr>
      <w:r/>
      <w:r>
        <w:rPr>
          <w:b/>
        </w:rPr>
        <w:t>Warm welcome:</w:t>
      </w:r>
      <w:r>
        <w:t xml:space="preserve"> Guadalajara mixes official LGBTQ+ protections with a genuinely inclusive street-level vibe.</w:t>
      </w:r>
      <w:r/>
    </w:p>
    <w:p>
      <w:pPr>
        <w:pStyle w:val="ListBullet"/>
        <w:spacing w:line="240" w:lineRule="auto"/>
        <w:ind w:left="720"/>
      </w:pPr>
      <w:r/>
      <w:r>
        <w:rPr>
          <w:b/>
        </w:rPr>
        <w:t>Neighbourhood hub:</w:t>
      </w:r>
      <w:r>
        <w:t xml:space="preserve"> Colonia Americana is the go-to area for queer nightlife, brunch spots and indie culture.</w:t>
      </w:r>
      <w:r/>
    </w:p>
    <w:p>
      <w:pPr>
        <w:pStyle w:val="ListBullet"/>
        <w:spacing w:line="240" w:lineRule="auto"/>
        <w:ind w:left="720"/>
      </w:pPr>
      <w:r/>
      <w:r>
        <w:rPr>
          <w:b/>
        </w:rPr>
        <w:t>Local flavour:</w:t>
      </w:r>
      <w:r>
        <w:t xml:space="preserve"> Queer venues sit beside long‑running cantinas and family eateries, so the city feels authentically Mexican.</w:t>
      </w:r>
      <w:r/>
    </w:p>
    <w:p>
      <w:pPr>
        <w:pStyle w:val="ListBullet"/>
        <w:spacing w:line="240" w:lineRule="auto"/>
        <w:ind w:left="720"/>
      </w:pPr>
      <w:r/>
      <w:r>
        <w:rPr>
          <w:b/>
        </w:rPr>
        <w:t>Easy access:</w:t>
      </w:r>
      <w:r>
        <w:t xml:space="preserve"> Recent international events have put Guadalajara on the map, but it still rewards curious travellers.</w:t>
      </w:r>
      <w:r/>
    </w:p>
    <w:p>
      <w:pPr>
        <w:pStyle w:val="ListBullet"/>
        <w:spacing w:line="240" w:lineRule="auto"/>
        <w:ind w:left="720"/>
      </w:pPr>
      <w:r/>
      <w:r>
        <w:rPr>
          <w:b/>
        </w:rPr>
        <w:t>Sensory note:</w:t>
      </w:r>
      <w:r>
        <w:t xml:space="preserve"> Expect lively sounds, bold street style and some of the best tacos you’ll taste.</w:t>
      </w:r>
      <w:r/>
      <w:r/>
    </w:p>
    <w:p>
      <w:pPr>
        <w:pStyle w:val="Heading2"/>
      </w:pPr>
      <w:r>
        <w:t>Why Guadalajara feels like Gaydalajara , and not just a slogan</w:t>
      </w:r>
      <w:r/>
    </w:p>
    <w:p>
      <w:r/>
      <w:r>
        <w:t>Walk into a late‑night bar and you’ll notice how natural it all feels: drag performers, friends clapping, neighbourhood regulars ordering comfort food. That local texture matters. According to local reporting, the city’s commitment to LGBTQ+ rights is institutional as well as cultural, which gives queer visitors both visibility and legal protections. Put simply, it’s not performative , it’s woven into everyday life.</w:t>
      </w:r>
      <w:r/>
    </w:p>
    <w:p>
      <w:pPr>
        <w:pStyle w:val="Heading2"/>
      </w:pPr>
      <w:r>
        <w:t>Start in Colonia Americana , the neighbourhood everyone raves about</w:t>
      </w:r>
      <w:r/>
    </w:p>
    <w:p>
      <w:r/>
      <w:r>
        <w:t>Colonia Americana was singled out by international outlets as a cool, walkable neighbourhood and for good reason. Trendy cafes, cocktail bars and queer venues cluster on tree-lined streets, making it easy to bar-hop or linger over a long brunch. For visitors, the practical upside is huge: you can sleep, eat and find nightlife all within a short stroll, which keeps evenings relaxed and spontaneous.</w:t>
      </w:r>
      <w:r/>
    </w:p>
    <w:p>
      <w:pPr>
        <w:pStyle w:val="Heading2"/>
      </w:pPr>
      <w:r>
        <w:t>Food and nightlife: tacos, cantinas and late-night lip-syncs</w:t>
      </w:r>
      <w:r/>
    </w:p>
    <w:p>
      <w:r/>
      <w:r>
        <w:t>One of the joys of Guadalajara is that queer spots sit next to century-old cantinas and family-run restaurants, so you can pair a rooftop margarita with a beloved local birria. Nightlife ranges from low-key queer bars to full-on drag shows that pull crowds; you might catch a performer in sequins and a motorcycle helmet singing pop anthems. Tip: follow locals’ leads for the best shrimp tacos , they rarely steer you wrong.</w:t>
      </w:r>
      <w:r/>
    </w:p>
    <w:p>
      <w:pPr>
        <w:pStyle w:val="Heading2"/>
      </w:pPr>
      <w:r>
        <w:t>Safety, rights and what that means when you travel</w:t>
      </w:r>
      <w:r/>
    </w:p>
    <w:p>
      <w:r/>
      <w:r>
        <w:t>Guadalajara’s municipal initiatives and state-level advances on gender identity give the city a level of institutional support that travellers notice. For LGBTQ+ families, trans visitors and solo travellers alike, that translates into clearer legal recognition and a sense of civic backing. Still, basic travel sense applies: stay aware of your surroundings at night, ask venues about accessibility if needed, and carry copies of any important documents.</w:t>
      </w:r>
      <w:r/>
    </w:p>
    <w:p>
      <w:pPr>
        <w:pStyle w:val="Heading2"/>
      </w:pPr>
      <w:r>
        <w:t>When to go, how to plan and practical tips</w:t>
      </w:r>
      <w:r/>
    </w:p>
    <w:p>
      <w:r/>
      <w:r>
        <w:t>The city’s profile has risen after hosting international events and big Pride celebrations, so peak times bring energy and crowds. Visit in the shoulder seasons if you want easier bookings and calmer streets, but expect vibrancy year-round. Book accommodation in or near Colonia Americana for convenience, learn a few Spanish phrases to connect with hosts, and bring comfortable shoes , the best discoveries often happen while you’re wandering.</w:t>
      </w:r>
      <w:r/>
    </w:p>
    <w:p>
      <w:r/>
      <w:r>
        <w:t>It's a small change of scene that mixes big-city culture with local warmth , go curious, eat well and let Guadalajara surprise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https://meaws.com/news/inside-gaydalajara/104572</w:t>
        </w:r>
      </w:hyperlink>
      <w:r>
        <w:t xml:space="preserve"> - Please view link - unable to able to access data</w:t>
      </w:r>
      <w:r/>
    </w:p>
    <w:p>
      <w:pPr>
        <w:pStyle w:val="ListNumber"/>
        <w:spacing w:line="240" w:lineRule="auto"/>
        <w:ind w:left="720"/>
      </w:pPr>
      <w:r/>
      <w:hyperlink r:id="rId10">
        <w:r>
          <w:rPr>
            <w:color w:val="0000EE"/>
            <w:u w:val="single"/>
          </w:rPr>
          <w:t>https://www.gay-location.com/guadalajara/bars-cafes/green-light.html</w:t>
        </w:r>
      </w:hyperlink>
      <w:r>
        <w:t xml:space="preserve"> - Green Light is a vibrant LGBTQ+ bar-café located in Guadalajara's Centro Histórico. This two-level venue features a relaxed terrace for afternoon gatherings and a lively lounge downstairs with drag performances and go-go dancers. It's a welcoming spot popular among both lesbians and gay men, offering classic cocktails, draft beer, lemonades, and bar snacks. The energetic drag acts, colorful lighting, and playful décor contribute to an electrifying nightlife experience.</w:t>
      </w:r>
      <w:r/>
    </w:p>
    <w:p>
      <w:pPr>
        <w:pStyle w:val="ListNumber"/>
        <w:spacing w:line="240" w:lineRule="auto"/>
        <w:ind w:left="720"/>
      </w:pPr>
      <w:r/>
      <w:hyperlink r:id="rId12">
        <w:r>
          <w:rPr>
            <w:color w:val="0000EE"/>
            <w:u w:val="single"/>
          </w:rPr>
          <w:t>https://www.marketdatamexico.com/es/article/Colonia-Americana-Guadalajara-Jalisco</w:t>
        </w:r>
      </w:hyperlink>
      <w:r>
        <w:t xml:space="preserve"> - Colonia Americana is a locality in Guadalajara, Jalisco, covering an area of approximately 200 hectares. It has a population of about 7,460 residents living in 2,530 houses, with a population density of 377 people per square kilometre. The average age is 29 years, and the average education level is 13 years of schooling. The area is known for its hotels and restaurants, with nearly 1,000 establishments operating and an estimated workforce of 10,000 people.</w:t>
      </w:r>
      <w:r/>
    </w:p>
    <w:p>
      <w:pPr>
        <w:pStyle w:val="ListNumber"/>
        <w:spacing w:line="240" w:lineRule="auto"/>
        <w:ind w:left="720"/>
      </w:pPr>
      <w:r/>
      <w:hyperlink r:id="rId13">
        <w:r>
          <w:rPr>
            <w:color w:val="0000EE"/>
            <w:u w:val="single"/>
          </w:rPr>
          <w:t>https://traveler.marriott.com/caribbean-latin-america/colonia-americana-guadalajara-neighborhood/</w:t>
        </w:r>
      </w:hyperlink>
      <w:r>
        <w:t xml:space="preserve"> - Colonia Americana is one of Guadalajara's most iconic neighbourhoods, blending historic homes with modern bars and restaurants. Avenida Chapultepec, the heart of the area, serves as a meeting point with numerous bars and eateries. The neighbourhood offers a unique experience, combining ancient homes transformed into trendy spots, making it a chic destination for both locals and travellers.</w:t>
      </w:r>
      <w:r/>
    </w:p>
    <w:p>
      <w:pPr>
        <w:pStyle w:val="ListNumber"/>
        <w:spacing w:line="240" w:lineRule="auto"/>
        <w:ind w:left="720"/>
      </w:pPr>
      <w:r/>
      <w:hyperlink r:id="rId11">
        <w:r>
          <w:rPr>
            <w:color w:val="0000EE"/>
            <w:u w:val="single"/>
          </w:rPr>
          <w:t>https://guadalajara.gaycities.com/neighborhoods/zona-centro</w:t>
        </w:r>
      </w:hyperlink>
      <w:r>
        <w:t xml:space="preserve"> - Zona Centro, Guadalajara's downtown core, is where the city's LGBTQ+ community is finding its voice. The area buzzes with historic architecture, thriving street life, and a growing queer presence that blends old-world charm with modern pride. The community here is tight-knit and intersectional, grounded in activism and rooted in tradition, offering a dynamic and evolving space for LGBTQ+ individuals.</w:t>
      </w:r>
      <w:r/>
    </w:p>
    <w:p>
      <w:pPr>
        <w:pStyle w:val="ListNumber"/>
        <w:spacing w:line="240" w:lineRule="auto"/>
        <w:ind w:left="720"/>
      </w:pPr>
      <w:r/>
      <w:hyperlink r:id="rId14">
        <w:r>
          <w:rPr>
            <w:color w:val="0000EE"/>
            <w:u w:val="single"/>
          </w:rPr>
          <w:t>https://codigo-postal.co/mexico/jalisco/colonia-americana/</w:t>
        </w:r>
      </w:hyperlink>
      <w:r>
        <w:t xml:space="preserve"> - Colonia Americana, located in Guadalajara, Jalisco, has the official postal code 44160. This area is known for its vibrant cultural scene, historic architecture, and a mix of residential and commercial spaces, making it a significant part of Guadalajara's urban landscape.</w:t>
      </w:r>
      <w:r/>
    </w:p>
    <w:p>
      <w:pPr>
        <w:pStyle w:val="ListNumber"/>
        <w:spacing w:line="240" w:lineRule="auto"/>
        <w:ind w:left="720"/>
      </w:pPr>
      <w:r/>
      <w:hyperlink r:id="rId15">
        <w:r>
          <w:rPr>
            <w:color w:val="0000EE"/>
            <w:u w:val="single"/>
          </w:rPr>
          <w:t>https://elsouvenir.com/colonia-americana-en-guadalajara/</w:t>
        </w:r>
      </w:hyperlink>
      <w:r>
        <w:t xml:space="preserve"> - Colonia Americana is one of the oldest neighbourhoods in Guadalajara, renowned worldwide for its modern areas and a unique blend of historic mansions with varied architectural styles, cultural venues, and places of interest for all ages. It was ranked number one in Time Out's 'Coolest Neighbourhoods in the World 2022', highlighting its attractions and cultural significance.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inside-gaydalajara/104572" TargetMode="External"/><Relationship Id="rId10" Type="http://schemas.openxmlformats.org/officeDocument/2006/relationships/hyperlink" Target="https://www.gay-location.com/guadalajara/bars-cafes/green-light.html" TargetMode="External"/><Relationship Id="rId11" Type="http://schemas.openxmlformats.org/officeDocument/2006/relationships/hyperlink" Target="https://guadalajara.gaycities.com/neighborhoods/zona-centro" TargetMode="External"/><Relationship Id="rId12" Type="http://schemas.openxmlformats.org/officeDocument/2006/relationships/hyperlink" Target="https://www.marketdatamexico.com/es/article/Colonia-Americana-Guadalajara-Jalisco" TargetMode="External"/><Relationship Id="rId13" Type="http://schemas.openxmlformats.org/officeDocument/2006/relationships/hyperlink" Target="https://traveler.marriott.com/caribbean-latin-america/colonia-americana-guadalajara-neighborhood/" TargetMode="External"/><Relationship Id="rId14" Type="http://schemas.openxmlformats.org/officeDocument/2006/relationships/hyperlink" Target="https://codigo-postal.co/mexico/jalisco/colonia-americana/" TargetMode="External"/><Relationship Id="rId15" Type="http://schemas.openxmlformats.org/officeDocument/2006/relationships/hyperlink" Target="https://elsouvenir.com/colonia-americana-en-guadalaja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