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Things to Do in Houston July 16–19: Theatre, Drag, Pool Parties and Pride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culture-seekers are filling their calendars: Houston’s queer scene is serving up a packed long weekend of Tony-winning theatre, drag spectacles, poolside country-disco and Pride watch parties , here’s what to pick, where to go, and why these events matter to the community.</w:t>
      </w:r>
      <w:r/>
    </w:p>
    <w:p>
      <w:r/>
      <w:r>
        <w:t>Essential Takeaways</w:t>
      </w:r>
      <w:r/>
      <w:r/>
    </w:p>
    <w:p>
      <w:pPr>
        <w:pStyle w:val="ListBullet"/>
        <w:spacing w:line="240" w:lineRule="auto"/>
        <w:ind w:left="720"/>
      </w:pPr>
      <w:r/>
      <w:r>
        <w:rPr>
          <w:b/>
        </w:rPr>
        <w:t>Big-ticket theatre:</w:t>
      </w:r>
      <w:r>
        <w:t xml:space="preserve"> Moulin Rouge! The Musical is at the Hobby Center through July 19, a lavish, musical spectacle that’s loud, romantic and visually rich.</w:t>
      </w:r>
      <w:r/>
    </w:p>
    <w:p>
      <w:pPr>
        <w:pStyle w:val="ListBullet"/>
        <w:spacing w:line="240" w:lineRule="auto"/>
        <w:ind w:left="720"/>
      </w:pPr>
      <w:r/>
      <w:r>
        <w:rPr>
          <w:b/>
        </w:rPr>
        <w:t>Nightlife beats:</w:t>
      </w:r>
      <w:r>
        <w:t xml:space="preserve"> Eurodance Classics at Barbarella and a country-disco pool party promise high-energy playlists and drink specials.</w:t>
      </w:r>
      <w:r/>
    </w:p>
    <w:p>
      <w:pPr>
        <w:pStyle w:val="ListBullet"/>
        <w:spacing w:line="240" w:lineRule="auto"/>
        <w:ind w:left="720"/>
      </w:pPr>
      <w:r/>
      <w:r>
        <w:rPr>
          <w:b/>
        </w:rPr>
        <w:t>Drag and benefit shows:</w:t>
      </w:r>
      <w:r>
        <w:t xml:space="preserve"> Drag United and a Roberts Lafitte benefit bring starry performances and community fundraising in equal measure.</w:t>
      </w:r>
      <w:r/>
    </w:p>
    <w:p>
      <w:pPr>
        <w:pStyle w:val="ListBullet"/>
        <w:spacing w:line="240" w:lineRule="auto"/>
        <w:ind w:left="720"/>
      </w:pPr>
      <w:r/>
      <w:r>
        <w:rPr>
          <w:b/>
        </w:rPr>
        <w:t>Community and wellness:</w:t>
      </w:r>
      <w:r>
        <w:t xml:space="preserve"> Yoga with JuJu and a Pride World Cup final watch party offer quieter and communal options for connection.</w:t>
      </w:r>
      <w:r/>
    </w:p>
    <w:p>
      <w:pPr>
        <w:pStyle w:val="ListBullet"/>
        <w:spacing w:line="240" w:lineRule="auto"/>
        <w:ind w:left="720"/>
      </w:pPr>
      <w:r/>
      <w:r>
        <w:rPr>
          <w:b/>
        </w:rPr>
        <w:t>Practical vibes:</w:t>
      </w:r>
      <w:r>
        <w:t xml:space="preserve"> Expect packed rooms, ticketed entries for headliners, and outdoor elements for pool and benefit shows , bring sunscreen, water and cashless payment where possible.</w:t>
      </w:r>
      <w:r/>
      <w:r/>
    </w:p>
    <w:p>
      <w:pPr>
        <w:pStyle w:val="Heading2"/>
      </w:pPr>
      <w:r>
        <w:t>See a Tony-winning spectacle: Moulin Rouge! at the Hobby Center</w:t>
      </w:r>
      <w:r/>
    </w:p>
    <w:p>
      <w:r/>
      <w:r>
        <w:t>If you love spectacle, this one’s for you. Moulin Rouge! The Musical , a 10-Tony Award winner , lands at the Hobby Center with the kind of glitz that hugs you from the first overture. The set and costumes have a theatrical, almost tactile richness; it feels like stepping into a gilded daydream.</w:t>
      </w:r>
      <w:r/>
    </w:p>
    <w:p>
      <w:r/>
      <w:r>
        <w:t>The production plays daily through July 19, and the Hobby Center is the place to book. According to the venue, the run includes several evening performances, so you’ve got options if you can’t make opening night. Expect high demand: book early, check seating maps and allow time for cloakroom or pre-show drinks.</w:t>
      </w:r>
      <w:r/>
    </w:p>
    <w:p>
      <w:r/>
      <w:r>
        <w:t>For queer audiences it’s an obvious draw , big emotions, grand romance and a soundtrack that’ll stick in your head. If you want the full experience, arrive early for the lobby buzz and dress for the occasion; theatre nights in Houston still like a little sparkle.</w:t>
      </w:r>
      <w:r/>
    </w:p>
    <w:p>
      <w:pPr>
        <w:pStyle w:val="Heading2"/>
      </w:pPr>
      <w:r>
        <w:t>Drag United and grassroots drag benefits: performance meets purpose</w:t>
      </w:r>
      <w:r/>
    </w:p>
    <w:p>
      <w:r/>
      <w:r>
        <w:t>Friday’s Drag United at the Montrose Country Club gathers 16 performers to celebrate International Day of Drag , think high-energy numbers, costume changes and plenty of cheeky charisma. Organised by the Montrose Center TransWellness Program, it’s as much about visibility and joy as it is about entertainment.</w:t>
      </w:r>
      <w:r/>
    </w:p>
    <w:p>
      <w:r/>
      <w:r>
        <w:t>On Saturday night, head to Galveston for the Roberts Lafitte Benefit, a flash outdoor show raising money after a fire. These benefit nights are reminders that queer nightlife depends on local haunts, and shows like this are equal parts cabaret and community care. Bring cash for donations and a loud cheer.</w:t>
      </w:r>
      <w:r/>
    </w:p>
    <w:p>
      <w:r/>
      <w:r>
        <w:t>Both events illustrate a pattern: Houston’s drag scene mixes polished production and grassroots solidarity. If you want to support local venues, these nights are where applause meets action.</w:t>
      </w:r>
      <w:r/>
    </w:p>
    <w:p>
      <w:pPr>
        <w:pStyle w:val="Heading2"/>
      </w:pPr>
      <w:r>
        <w:t>Party with a twist: Eurodance at Barbarella and the Wild Wild Wet Pool Party</w:t>
      </w:r>
      <w:r/>
    </w:p>
    <w:p>
      <w:r/>
      <w:r>
        <w:t>If your idea of fun is neon beats or floaties and country twang, the weekend’s got you covered. Barbarella hosts Eurodance Classics spun by DJ @brandonairlines on Thursday , 90s and 00s pop-thumpers, bright lights and sticky floors. It’s 21-plus, cheap cover and easy to drop into.</w:t>
      </w:r>
      <w:r/>
    </w:p>
    <w:p>
      <w:r/>
      <w:r>
        <w:t>Saturday’s Out at the Rodeo Wild Wild Wet Pool Party pairs cowboy hats with sunscreen. DJ Stephen Jusko mixes country-disco for a sun-soaked crowd poolside, and organisers say there’ll be chances to hear about 2027 plans. Practical tip: bring a towel, reef-safe sunscreen and expect loud music and close quarters.</w:t>
      </w:r>
      <w:r/>
    </w:p>
    <w:p>
      <w:r/>
      <w:r>
        <w:t>These events show Houston’s nightlife range: from retro-rave nostalgia to queer-friendly country vibes. Dress for the theme and hydrate.</w:t>
      </w:r>
      <w:r/>
    </w:p>
    <w:p>
      <w:pPr>
        <w:pStyle w:val="Heading2"/>
      </w:pPr>
      <w:r>
        <w:t>Low-key and restorative: Yoga with JuJu and the Pride World Cup watch party</w:t>
      </w:r>
      <w:r/>
    </w:p>
    <w:p>
      <w:r/>
      <w:r>
        <w:t>Not every weekend moment needs glitter. Saturday morning’s Yoga with JuJu at the Montrose Center offers a mellow hour of stretching and recharge; it’s an easy way to move and meet other community members without the late-night noise. Bring a mat and a calm mindset.</w:t>
      </w:r>
      <w:r/>
    </w:p>
    <w:p>
      <w:r/>
      <w:r>
        <w:t>Later that day, Pride Houston’s World Cup Final watch party at Varsity Bar turns sport into spectacle and socialising into a communal celebration. It’s loud, fun and full of playful commentary , remember, queues form early for big game nights, so arrive with time to spare.</w:t>
      </w:r>
      <w:r/>
    </w:p>
    <w:p>
      <w:r/>
      <w:r>
        <w:t>These options reflect a balanced weekend: wellness, cheering and gentler ways to be together.</w:t>
      </w:r>
      <w:r/>
    </w:p>
    <w:p>
      <w:pPr>
        <w:pStyle w:val="Heading2"/>
      </w:pPr>
      <w:r>
        <w:t>How to plan and make the most of the weekend</w:t>
      </w:r>
      <w:r/>
    </w:p>
    <w:p>
      <w:r/>
      <w:r>
        <w:t>Tickets and capacity matter: popular theatre and drag shows will sell fast, and pool parties fill up under the Texas sun. Check venue sites for ticket links, arrive early to avoid queues, and layer your plans , pick a main event and a few backups.</w:t>
      </w:r>
      <w:r/>
    </w:p>
    <w:p>
      <w:r/>
      <w:r>
        <w:t>Safety and comfort tips: wear sunscreen for outdoor events, bring a water bottle for long days, and check age restrictions , some nights are 21-plus. If you’re supporting a benefit, consider online donations as a backup if venues are cash-light.</w:t>
      </w:r>
      <w:r/>
    </w:p>
    <w:p>
      <w:r/>
      <w:r>
        <w:t>This weekend is a tidy snapshot of Houston’s queer calendar , exuberant, caring and diverse. Go with an open schedule and leave room for late-night detours.</w:t>
      </w:r>
      <w:r/>
    </w:p>
    <w:p>
      <w:r/>
      <w:r>
        <w:t>It's a small change of plans that can make a big weekend for Houston's queer community.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2">
        <w:r>
          <w:rPr>
            <w:color w:val="0000EE"/>
            <w:u w:val="single"/>
          </w:rPr>
          <w:t>[4]</w:t>
        </w:r>
      </w:hyperlink>
      <w:r>
        <w:t xml:space="preserve">- Paragraph 4: </w:t>
      </w:r>
      <w:hyperlink r:id="rId9">
        <w:r>
          <w:rPr>
            <w:color w:val="0000EE"/>
            <w:u w:val="single"/>
          </w:rPr>
          <w:t>[1]</w:t>
        </w:r>
      </w:hyperlink>
      <w:r>
        <w:t xml:space="preserve">, </w:t>
      </w:r>
      <w:hyperlink r:id="rId13">
        <w:r>
          <w:rPr>
            <w:color w:val="0000EE"/>
            <w:u w:val="single"/>
          </w:rPr>
          <w:t>[7]</w:t>
        </w:r>
      </w:hyperlink>
      <w:r>
        <w:t xml:space="preserve">- Paragraph 5: </w:t>
      </w:r>
      <w:hyperlink r:id="rId9">
        <w:r>
          <w:rPr>
            <w:color w:val="0000EE"/>
            <w:u w:val="single"/>
          </w:rPr>
          <w:t>[1]</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https://www.outsmartmagazine.com/2026/07/queer-things-to-do-in-houston-july-16-july-19/</w:t>
        </w:r>
      </w:hyperlink>
      <w:r>
        <w:t xml:space="preserve"> - Please view link - unable to able to access data</w:t>
      </w:r>
      <w:r/>
    </w:p>
    <w:p>
      <w:pPr>
        <w:pStyle w:val="ListNumber"/>
        <w:spacing w:line="240" w:lineRule="auto"/>
        <w:ind w:left="720"/>
      </w:pPr>
      <w:r/>
      <w:hyperlink r:id="rId10">
        <w:r>
          <w:rPr>
            <w:color w:val="0000EE"/>
            <w:u w:val="single"/>
          </w:rPr>
          <w:t>https://www.thehobbycenter.org/events/moulin-rouge-the-musical-2/</w:t>
        </w:r>
      </w:hyperlink>
      <w:r>
        <w:t xml:space="preserve"> - This page provides detailed information about 'Moulin Rouge! The Musical' at The Hobby Center in Houston, including performance dates, ticket prices starting at $50, and box office contact details. (</w:t>
      </w:r>
      <w:hyperlink r:id="rId15">
        <w:r>
          <w:rPr>
            <w:color w:val="0000EE"/>
            <w:u w:val="single"/>
          </w:rPr>
          <w:t>thehobbycenter.org</w:t>
        </w:r>
      </w:hyperlink>
      <w:r>
        <w:t>)</w:t>
      </w:r>
      <w:r/>
    </w:p>
    <w:p>
      <w:pPr>
        <w:pStyle w:val="ListNumber"/>
        <w:spacing w:line="240" w:lineRule="auto"/>
        <w:ind w:left="720"/>
      </w:pPr>
      <w:r/>
      <w:hyperlink r:id="rId16">
        <w:r>
          <w:rPr>
            <w:color w:val="0000EE"/>
            <w:u w:val="single"/>
          </w:rPr>
          <w:t>https://www.thehobbycenter.org/moulin-rouge-the-musical-public-on-sale-tuesday-december-2/</w:t>
        </w:r>
      </w:hyperlink>
      <w:r>
        <w:t xml:space="preserve"> - This announcement details the public on-sale date for tickets to 'Moulin Rouge! The Musical' at The Hobby Center, starting December 2, 2025, with performances from July 14 to July 19, 2026. (</w:t>
      </w:r>
      <w:hyperlink r:id="rId17">
        <w:r>
          <w:rPr>
            <w:color w:val="0000EE"/>
            <w:u w:val="single"/>
          </w:rPr>
          <w:t>thehobbycenter.org</w:t>
        </w:r>
      </w:hyperlink>
      <w:r>
        <w:t>)</w:t>
      </w:r>
      <w:r/>
    </w:p>
    <w:p>
      <w:pPr>
        <w:pStyle w:val="ListNumber"/>
        <w:spacing w:line="240" w:lineRule="auto"/>
        <w:ind w:left="720"/>
      </w:pPr>
      <w:r/>
      <w:hyperlink r:id="rId12">
        <w:r>
          <w:rPr>
            <w:color w:val="0000EE"/>
            <w:u w:val="single"/>
          </w:rPr>
          <w:t>https://www.thehobbycenter.org/event/moulin-rouge-the-musical-7-16-2026-730-pm/</w:t>
        </w:r>
      </w:hyperlink>
      <w:r>
        <w:t xml:space="preserve"> - This event page lists the performance of 'Moulin Rouge! The Musical' on July 16, 2026, at 7:30 PM at The Hobby Center, including event details and box office information. (</w:t>
      </w:r>
      <w:hyperlink r:id="rId18">
        <w:r>
          <w:rPr>
            <w:color w:val="0000EE"/>
            <w:u w:val="single"/>
          </w:rPr>
          <w:t>thehobbycenter.org</w:t>
        </w:r>
      </w:hyperlink>
      <w:r>
        <w:t>)</w:t>
      </w:r>
      <w:r/>
    </w:p>
    <w:p>
      <w:pPr>
        <w:pStyle w:val="ListNumber"/>
        <w:spacing w:line="240" w:lineRule="auto"/>
        <w:ind w:left="720"/>
      </w:pPr>
      <w:r/>
      <w:hyperlink r:id="rId14">
        <w:r>
          <w:rPr>
            <w:color w:val="0000EE"/>
            <w:u w:val="single"/>
          </w:rPr>
          <w:t>https://www.thehobbycenter.org/event/moulin-rouge-the-musical-7-18-2026-730-pm/</w:t>
        </w:r>
      </w:hyperlink>
      <w:r>
        <w:t xml:space="preserve"> - This event page lists the performance of 'Moulin Rouge! The Musical' on July 18, 2026, at 7:30 PM at The Hobby Center, including event details and box office information. (</w:t>
      </w:r>
      <w:hyperlink r:id="rId19">
        <w:r>
          <w:rPr>
            <w:color w:val="0000EE"/>
            <w:u w:val="single"/>
          </w:rPr>
          <w:t>thehobbycenter.org</w:t>
        </w:r>
      </w:hyperlink>
      <w:r>
        <w:t>)</w:t>
      </w:r>
      <w:r/>
    </w:p>
    <w:p>
      <w:pPr>
        <w:pStyle w:val="ListNumber"/>
        <w:spacing w:line="240" w:lineRule="auto"/>
        <w:ind w:left="720"/>
      </w:pPr>
      <w:r/>
      <w:hyperlink r:id="rId11">
        <w:r>
          <w:rPr>
            <w:color w:val="0000EE"/>
            <w:u w:val="single"/>
          </w:rPr>
          <w:t>https://www.broadwayworld.com/houston/regional/moulin-rougehouston-60985</w:t>
        </w:r>
      </w:hyperlink>
      <w:r>
        <w:t xml:space="preserve"> - This article provides information about 'Moulin Rouge! The Musical' at The Hobby Center, including performance dates, ticket availability, and a brief overview of the show. (</w:t>
      </w:r>
      <w:hyperlink r:id="rId20">
        <w:r>
          <w:rPr>
            <w:color w:val="0000EE"/>
            <w:u w:val="single"/>
          </w:rPr>
          <w:t>broadwayworld.com</w:t>
        </w:r>
      </w:hyperlink>
      <w:r>
        <w:t>)</w:t>
      </w:r>
      <w:r/>
    </w:p>
    <w:p>
      <w:pPr>
        <w:pStyle w:val="ListNumber"/>
        <w:spacing w:line="240" w:lineRule="auto"/>
        <w:ind w:left="720"/>
      </w:pPr>
      <w:r/>
      <w:hyperlink r:id="rId13">
        <w:r>
          <w:rPr>
            <w:color w:val="0000EE"/>
            <w:u w:val="single"/>
          </w:rPr>
          <w:t>https://www.unation.com/event/moulin-rouge-the-musical-touring-62443994/</w:t>
        </w:r>
      </w:hyperlink>
      <w:r>
        <w:t xml:space="preserve"> - This event listing provides details about 'Moulin Rouge! The Musical' touring performance on July 18, 2026, at 2:00 PM at The Hobby Center, including ticket information. (</w:t>
      </w:r>
      <w:hyperlink r:id="rId21">
        <w:r>
          <w:rPr>
            <w:color w:val="0000EE"/>
            <w:u w:val="single"/>
          </w:rPr>
          <w:t>unation.com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smartmagazine.com/2026/07/queer-things-to-do-in-houston-july-16-july-19/" TargetMode="External"/><Relationship Id="rId10" Type="http://schemas.openxmlformats.org/officeDocument/2006/relationships/hyperlink" Target="https://www.thehobbycenter.org/events/moulin-rouge-the-musical-2/" TargetMode="External"/><Relationship Id="rId11" Type="http://schemas.openxmlformats.org/officeDocument/2006/relationships/hyperlink" Target="https://www.broadwayworld.com/houston/regional/moulin-rougehouston-60985" TargetMode="External"/><Relationship Id="rId12" Type="http://schemas.openxmlformats.org/officeDocument/2006/relationships/hyperlink" Target="https://www.thehobbycenter.org/event/moulin-rouge-the-musical-7-16-2026-730-pm/" TargetMode="External"/><Relationship Id="rId13" Type="http://schemas.openxmlformats.org/officeDocument/2006/relationships/hyperlink" Target="https://www.unation.com/event/moulin-rouge-the-musical-touring-62443994/" TargetMode="External"/><Relationship Id="rId14" Type="http://schemas.openxmlformats.org/officeDocument/2006/relationships/hyperlink" Target="https://www.thehobbycenter.org/event/moulin-rouge-the-musical-7-18-2026-730-pm/" TargetMode="External"/><Relationship Id="rId15" Type="http://schemas.openxmlformats.org/officeDocument/2006/relationships/hyperlink" Target="https://www.thehobbycenter.org/events/moulin-rouge-the-musical-2/?utm_source=openai" TargetMode="External"/><Relationship Id="rId16" Type="http://schemas.openxmlformats.org/officeDocument/2006/relationships/hyperlink" Target="https://www.thehobbycenter.org/moulin-rouge-the-musical-public-on-sale-tuesday-december-2/" TargetMode="External"/><Relationship Id="rId17" Type="http://schemas.openxmlformats.org/officeDocument/2006/relationships/hyperlink" Target="https://www.thehobbycenter.org/moulin-rouge-the-musical-public-on-sale-tuesday-december-2/?utm_source=openai" TargetMode="External"/><Relationship Id="rId18" Type="http://schemas.openxmlformats.org/officeDocument/2006/relationships/hyperlink" Target="https://www.thehobbycenter.org/event/moulin-rouge-the-musical-7-16-2026-730-pm/?utm_source=openai" TargetMode="External"/><Relationship Id="rId19" Type="http://schemas.openxmlformats.org/officeDocument/2006/relationships/hyperlink" Target="https://www.thehobbycenter.org/event/moulin-rouge-the-musical-7-18-2026-730-pm/?utm_source=openai" TargetMode="External"/><Relationship Id="rId20" Type="http://schemas.openxmlformats.org/officeDocument/2006/relationships/hyperlink" Target="https://www.broadwayworld.com/houston/regional/moulin-rougehouston-60985?utm_source=openai" TargetMode="External"/><Relationship Id="rId21" Type="http://schemas.openxmlformats.org/officeDocument/2006/relationships/hyperlink" Target="https://www.unation.com/event/moulin-rouge-the-musical-touring-62443994/?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