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Night at Bard on the Beach: Theatre, Drag and a Queer Artisan Market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live theatre and community spirit as Bard on the Beach turns Sen̓áḵw/Vanier Park into a colourful Pride Night on Friday 31 July, with pre-show drag, a Pride photobooth, and a Queer Artisan Market before performances of The Merry Wives of Windsor and Goblin:Oedipus.</w:t>
      </w:r>
      <w:r/>
    </w:p>
    <w:p>
      <w:r/>
      <w:r>
        <w:t>Essential Takeaways</w:t>
      </w:r>
      <w:r/>
      <w:r/>
    </w:p>
    <w:p>
      <w:pPr>
        <w:pStyle w:val="ListBullet"/>
        <w:spacing w:line="240" w:lineRule="auto"/>
        <w:ind w:left="720"/>
      </w:pPr>
      <w:r/>
      <w:r>
        <w:rPr>
          <w:b/>
        </w:rPr>
        <w:t>When and where:</w:t>
      </w:r>
      <w:r>
        <w:t xml:space="preserve"> Pride Night is Friday, 31 July at Bard on the Beach in Sen̓áḵw/Vanier Park; village activities start at 5pm and shows at 6pm. </w:t>
      </w:r>
      <w:r/>
    </w:p>
    <w:p>
      <w:pPr>
        <w:pStyle w:val="ListBullet"/>
        <w:spacing w:line="240" w:lineRule="auto"/>
        <w:ind w:left="720"/>
      </w:pPr>
      <w:r/>
      <w:r>
        <w:rPr>
          <w:b/>
        </w:rPr>
        <w:t>What's on:</w:t>
      </w:r>
      <w:r>
        <w:t xml:space="preserve"> Pre-show drag by What the Frock Productions, a Pride-themed photobooth, and a Queer Artisan Market open before the performances and during intermission. </w:t>
      </w:r>
      <w:r/>
    </w:p>
    <w:p>
      <w:pPr>
        <w:pStyle w:val="ListBullet"/>
        <w:spacing w:line="240" w:lineRule="auto"/>
        <w:ind w:left="720"/>
      </w:pPr>
      <w:r/>
      <w:r>
        <w:rPr>
          <w:b/>
        </w:rPr>
        <w:t>Show choices:</w:t>
      </w:r>
      <w:r>
        <w:t xml:space="preserve"> Audiences can pick between The Merry Wives of Windsor and the contemporary Goblin:Oedipus. </w:t>
      </w:r>
      <w:r/>
    </w:p>
    <w:p>
      <w:pPr>
        <w:pStyle w:val="ListBullet"/>
        <w:spacing w:line="240" w:lineRule="auto"/>
        <w:ind w:left="720"/>
      </w:pPr>
      <w:r/>
      <w:r>
        <w:rPr>
          <w:b/>
        </w:rPr>
        <w:t>Tickets and vibe:</w:t>
      </w:r>
      <w:r>
        <w:t xml:space="preserve"> Tickets start at CAD 30; expect outdoor summer theatre, friendly crowds, and a festival-like, inclusive atmosphere. </w:t>
      </w:r>
      <w:r/>
    </w:p>
    <w:p>
      <w:pPr>
        <w:pStyle w:val="ListBullet"/>
        <w:spacing w:line="240" w:lineRule="auto"/>
        <w:ind w:left="720"/>
      </w:pPr>
      <w:r/>
      <w:r>
        <w:rPr>
          <w:b/>
        </w:rPr>
        <w:t>Local angle:</w:t>
      </w:r>
      <w:r>
        <w:t xml:space="preserve"> The artisan market showcases Vancouver’s 2SLGBTQIA+ makers, perfect for unique, handcrafted gifts or keepsakes.</w:t>
      </w:r>
      <w:r/>
      <w:r/>
    </w:p>
    <w:p>
      <w:pPr>
        <w:pStyle w:val="Heading2"/>
      </w:pPr>
      <w:r>
        <w:t>A bright, theatrical way to mark Pride in the park</w:t>
      </w:r>
      <w:r/>
    </w:p>
    <w:p>
      <w:r/>
      <w:r>
        <w:t>Bard on the Beach is turning its village into a lively Pride hub, and the first thing you notice is the sense of fun, colourful stalls, a photobooth and the hum of people milling about before curtain. According to Bard’s season listings, the festival runs through mid-September with four main productions on offer, so this night is one of many chances to catch theatre outdoors. If you love al fresco performances, this is the kind of warm, breezy summer evening that makes Shakespeare feel celebratory rather than solemn.</w:t>
      </w:r>
      <w:r/>
    </w:p>
    <w:p>
      <w:pPr>
        <w:pStyle w:val="Heading2"/>
      </w:pPr>
      <w:r>
        <w:t>Drag and theatre: a perfect pre-show pairing</w:t>
      </w:r>
      <w:r/>
    </w:p>
    <w:p>
      <w:r/>
      <w:r>
        <w:t>The evening’s program includes a pre-show drag performance by What the Frock Productions, aimed at setting a playful tone before The Merry Wives of Windsor. Bard has long mixed classical texts with contemporary energy, and adding drag performance keeps that tradition fresh. If you’re new to drag at theatre events, go early, the show opens the village and gives you time to enjoy performances without missing the start of the mainstage play.</w:t>
      </w:r>
      <w:r/>
    </w:p>
    <w:p>
      <w:pPr>
        <w:pStyle w:val="Heading2"/>
      </w:pPr>
      <w:r>
        <w:t>The Queer Artisan Market: local makers, immediate impact</w:t>
      </w:r>
      <w:r/>
    </w:p>
    <w:p>
      <w:r/>
      <w:r>
        <w:t>This market is more than a stall row; it’s a small ecosystem of creativity where 2SLGBTQIA+ artisans and entrepreneurs sell handmade goods and chat about their craft. Bard says the market is open pre-show and during intermission, so you can browse slowly or grab a keepsake during the break. For gift hunters or anyone keen to support local queer businesses, bring cash and card and leave room in your bag, these items tend to be one-offs and delightful.</w:t>
      </w:r>
      <w:r/>
    </w:p>
    <w:p>
      <w:pPr>
        <w:pStyle w:val="Heading2"/>
      </w:pPr>
      <w:r>
        <w:t>Which show should you pick: Windsor comedy or contemporary tragedy?</w:t>
      </w:r>
      <w:r/>
    </w:p>
    <w:p>
      <w:r/>
      <w:r>
        <w:t>You can choose The Merry Wives of Windsor, a comic, fast-paced romp that’s great if you want laughs and accessible Shakespeare, or Goblin:Oedipus, a contemporary adaptation staged in the Douglas Campbell Theatre that leans into Greek tragedy with a modern twist. Bard’s programming notes that Goblin offers a reimagined take on Oedipus, so pick the comedy if you want light-hearted fun, and Goblin if you’re after something edgier and thought-provoking. Either way, the outdoor setting and communal atmosphere change how both plays land, closer, louder, and more immediate.</w:t>
      </w:r>
      <w:r/>
    </w:p>
    <w:p>
      <w:pPr>
        <w:pStyle w:val="Heading2"/>
      </w:pPr>
      <w:r>
        <w:t>Practical tips for a smooth Pride Night outing</w:t>
      </w:r>
      <w:r/>
    </w:p>
    <w:p>
      <w:r/>
      <w:r>
        <w:t>Arrive early to catch the market and the drag set, and dress in layers, the park cools quickly after sunset. Tickets start at CAD 30 and are available now; book in advance if you want specific seating. Bring a small blanket or low chair for extra comfort, and check Bard’s social channels for last-minute updates. Finally, if supporting queer businesses matters to you, plan to buy a souvenir, the market is the point of the night that directly benefits local makers.</w:t>
      </w:r>
      <w:r/>
    </w:p>
    <w:p>
      <w:r/>
      <w:r>
        <w:t>It's an evening that mixes spectacle with neighbourliness, and a small change in your plans could make a Pride Night at Bard a summer highlight.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[7]</w:t>
        </w:r>
      </w:hyperlink>
      <w:r>
        <w:t xml:space="preserve">- Paragraph 2: </w:t>
      </w:r>
      <w:hyperlink r:id="rId11">
        <w:r>
          <w:rPr>
            <w:color w:val="0000EE"/>
            <w:u w:val="single"/>
          </w:rPr>
          <w:t>[3]</w:t>
        </w:r>
      </w:hyperlink>
      <w:r>
        <w:t xml:space="preserve">, </w:t>
      </w:r>
      <w:hyperlink r:id="rId10">
        <w:r>
          <w:rPr>
            <w:color w:val="0000EE"/>
            <w:u w:val="single"/>
          </w:rPr>
          <w:t>[7]</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9">
        <w:r>
          <w:rPr>
            <w:color w:val="0000EE"/>
            <w:u w:val="single"/>
          </w:rPr>
          <w:t>[1]</w:t>
        </w:r>
      </w:hyperlink>
      <w:r>
        <w:t xml:space="preserve">, </w:t>
      </w:r>
      <w:hyperlink r:id="rId13">
        <w:r>
          <w:rPr>
            <w:color w:val="0000EE"/>
            <w:u w:val="single"/>
          </w:rPr>
          <w:t>[6]</w:t>
        </w:r>
      </w:hyperlink>
      <w:r>
        <w:t xml:space="preserve">- Paragraph 5: </w:t>
      </w:r>
      <w:hyperlink r:id="rId9">
        <w:r>
          <w:rPr>
            <w:color w:val="0000EE"/>
            <w:u w:val="single"/>
          </w:rPr>
          <w:t>[1]</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https://miss604.com/2026/07/pride-night-at-bard-on-the-beach/</w:t>
        </w:r>
      </w:hyperlink>
      <w:r>
        <w:t xml:space="preserve"> - Please view link - unable to able to access data</w:t>
      </w:r>
      <w:r/>
    </w:p>
    <w:p>
      <w:pPr>
        <w:pStyle w:val="ListNumber"/>
        <w:spacing w:line="240" w:lineRule="auto"/>
        <w:ind w:left="720"/>
      </w:pPr>
      <w:r/>
      <w:hyperlink r:id="rId9">
        <w:r>
          <w:rPr>
            <w:color w:val="0000EE"/>
            <w:u w:val="single"/>
          </w:rPr>
          <w:t>https://miss604.com/2026/07/pride-night-at-bard-on-the-beach/</w:t>
        </w:r>
      </w:hyperlink>
      <w:r>
        <w:t xml:space="preserve"> - Bard on the Beach is hosting a Pride Night on Friday, July 31, 2026, featuring theatre performances, community activities, and a Queer Artisan Market. The event begins at 5:00 pm in Sen̓áḵw/Vanier Park, with a pre-show drag performance by What the Frock Productions before 'The Merry Wives of Windsor' at 6:00 pm. Attendees can also choose to watch 'Goblin:Oedipus' at the same time. The Queer Artisan Market showcases local 2SLGBTQIA+ artisans and entrepreneurs, offering handcrafted goods and community connections. Tickets start at $30 CAD and are available now. For updates, follow Bard on the Beach's Facebook page.</w:t>
      </w:r>
      <w:r/>
    </w:p>
    <w:p>
      <w:pPr>
        <w:pStyle w:val="ListNumber"/>
        <w:spacing w:line="240" w:lineRule="auto"/>
        <w:ind w:left="720"/>
      </w:pPr>
      <w:r/>
      <w:hyperlink r:id="rId11">
        <w:r>
          <w:rPr>
            <w:color w:val="0000EE"/>
            <w:u w:val="single"/>
          </w:rPr>
          <w:t>https://bardonthebeach.org/news/2025/bard-on-the-beach-shakespeare-festival-announces-37th-season-productions/</w:t>
        </w:r>
      </w:hyperlink>
      <w:r>
        <w:t xml:space="preserve"> - Bard on the Beach has announced its 2026 season lineup, featuring four dynamic productions: 'The Merry Wives of Windsor', 'Macbeth', 'Goblin:Oedipus', and 'Antigone'. The festival runs from June to September 2026 in Sen̓áḵw/Vanier Park, Vancouver. Founding Artistic Director Christopher Gaze expressed excitement over the diverse offerings, catering to both Shakespeare enthusiasts and newcomers. The productions will be staged on the BMO Mainstage and the Douglas Campbell Theatre, promising a blend of comedy, tragedy, and innovative interpretations of classic stories.</w:t>
      </w:r>
      <w:r/>
    </w:p>
    <w:p>
      <w:pPr>
        <w:pStyle w:val="ListNumber"/>
        <w:spacing w:line="240" w:lineRule="auto"/>
        <w:ind w:left="720"/>
      </w:pPr>
      <w:r/>
      <w:hyperlink r:id="rId14">
        <w:r>
          <w:rPr>
            <w:color w:val="0000EE"/>
            <w:u w:val="single"/>
          </w:rPr>
          <w:t>https://bardonthebeach.org/news/2026/bard-on-the-beach-founder-christopher-gaze-appointed-to-the-order-of-canada/</w:t>
        </w:r>
      </w:hyperlink>
      <w:r>
        <w:t xml:space="preserve"> - Christopher Gaze, the Founding Artistic Director of Bard on the Beach, has been appointed to the Order of Canada. This national honour recognises his lifetime of transforming Shakespeare and Canadian theatre. The announcement was made on June 26, 2026, in Vancouver. Gaze's leadership has been instrumental in shaping Bard on the Beach into one of Canada's most celebrated Shakespeare festivals, contributing significantly to the cultural landscape of the nation.</w:t>
      </w:r>
      <w:r/>
    </w:p>
    <w:p>
      <w:pPr>
        <w:pStyle w:val="ListNumber"/>
        <w:spacing w:line="240" w:lineRule="auto"/>
        <w:ind w:left="720"/>
      </w:pPr>
      <w:r/>
      <w:hyperlink r:id="rId12">
        <w:r>
          <w:rPr>
            <w:color w:val="0000EE"/>
            <w:u w:val="single"/>
          </w:rPr>
          <w:t>https://bardonthebeach.org/news/2026/goblin-oedipus-takes-over-bard-on-the-beach-s-douglas-campbell-theatre/</w:t>
        </w:r>
      </w:hyperlink>
      <w:r>
        <w:t xml:space="preserve"> - Bard on the Beach continues its 2026 season with 'Goblin:Oedipus' taking over the Douglas Campbell Theatre. This production, created by Rebecca Northan and Bruce Horak, offers a unique and irreverent take on one of Greek theatre's darkest tales. The performance is part of the festival's commitment to presenting bold new visions of timeless stories, providing audiences with a fresh and engaging theatrical experience.</w:t>
      </w:r>
      <w:r/>
    </w:p>
    <w:p>
      <w:pPr>
        <w:pStyle w:val="ListNumber"/>
        <w:spacing w:line="240" w:lineRule="auto"/>
        <w:ind w:left="720"/>
      </w:pPr>
      <w:r/>
      <w:hyperlink r:id="rId13">
        <w:r>
          <w:rPr>
            <w:color w:val="0000EE"/>
            <w:u w:val="single"/>
          </w:rPr>
          <w:t>https://bardonthebeach.org/news/2026/bard-on-the-beach-opens-douglas-campbell-theatre-with-a-contemporary-adaptation-of-a-classical-greek-tragedy/</w:t>
        </w:r>
      </w:hyperlink>
      <w:r>
        <w:t xml:space="preserve"> - Bard on the Beach opens the Douglas Campbell Theatre with a contemporary adaptation of the classical Greek tragedy 'Antigone'. Conceived by Kate Besworth and Ming Hudson, this production brings a raw and urgent contemporary lens to the classic tale, exploring themes of rebellion and grief. The adaptation aims to resonate with modern audiences while honouring the original work's depth and complexity.</w:t>
      </w:r>
      <w:r/>
    </w:p>
    <w:p>
      <w:pPr>
        <w:pStyle w:val="ListNumber"/>
        <w:spacing w:line="240" w:lineRule="auto"/>
        <w:ind w:left="720"/>
      </w:pPr>
      <w:r/>
      <w:hyperlink r:id="rId10">
        <w:r>
          <w:rPr>
            <w:color w:val="0000EE"/>
            <w:u w:val="single"/>
          </w:rPr>
          <w:t>https://bardonthebeach.org/news/2026/bard-on-the-beach-opens-2026-season-with-a-hilarious-take-on-the-merry-wives-of-windsor-on-the-bmo-mainstage-from-june-9-to-september-19/</w:t>
        </w:r>
      </w:hyperlink>
      <w:r>
        <w:t xml:space="preserve"> - Bard on the Beach opens its 2026 season with a lively, music-filled production of 'The Merry Wives of Windsor' on the BMO Mainstage. Running from June 9 to September 19, 2026, this adaptation brings a fresh and humorous perspective to Shakespeare's comedy, set in a fictional Vancouver suburb obsessed with soccer. The production aims to engage both traditional Shakespeare fans and newcomers with its innovative approach.</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ss604.com/2026/07/pride-night-at-bard-on-the-beach/" TargetMode="External"/><Relationship Id="rId10" Type="http://schemas.openxmlformats.org/officeDocument/2006/relationships/hyperlink" Target="https://bardonthebeach.org/news/2026/bard-on-the-beach-opens-2026-season-with-a-hilarious-take-on-the-merry-wives-of-windsor-on-the-bmo-mainstage-from-june-9-to-september-19/" TargetMode="External"/><Relationship Id="rId11" Type="http://schemas.openxmlformats.org/officeDocument/2006/relationships/hyperlink" Target="https://bardonthebeach.org/news/2025/bard-on-the-beach-shakespeare-festival-announces-37th-season-productions/" TargetMode="External"/><Relationship Id="rId12" Type="http://schemas.openxmlformats.org/officeDocument/2006/relationships/hyperlink" Target="https://bardonthebeach.org/news/2026/goblin-oedipus-takes-over-bard-on-the-beach-s-douglas-campbell-theatre/" TargetMode="External"/><Relationship Id="rId13" Type="http://schemas.openxmlformats.org/officeDocument/2006/relationships/hyperlink" Target="https://bardonthebeach.org/news/2026/bard-on-the-beach-opens-douglas-campbell-theatre-with-a-contemporary-adaptation-of-a-classical-greek-tragedy/" TargetMode="External"/><Relationship Id="rId14" Type="http://schemas.openxmlformats.org/officeDocument/2006/relationships/hyperlink" Target="https://bardonthebeach.org/news/2026/bard-on-the-beach-founder-christopher-gaze-appointed-to-the-order-of-canad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