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La Tapa Orgullosa 2026: Arrecife’s Pride Food Trail Returns This August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foodies are already marking calendars as La Tapa Orgullosa makes its lively return to Arrecife from 1–30 August 2026; restaurants, bars and cafés are invited to craft special tapas inspired by diversity and inclusion, turning a summer food trail into a visible celebration with flavour and meaning.</w:t>
      </w:r>
      <w:r/>
    </w:p>
    <w:p>
      <w:r/>
      <w:r>
        <w:t>Essential Takeaways</w:t>
      </w:r>
      <w:r/>
      <w:r/>
    </w:p>
    <w:p>
      <w:pPr>
        <w:pStyle w:val="ListBullet"/>
        <w:spacing w:line="240" w:lineRule="auto"/>
        <w:ind w:left="720"/>
      </w:pPr>
      <w:r/>
      <w:r>
        <w:rPr>
          <w:b/>
        </w:rPr>
        <w:t>Event dates:</w:t>
      </w:r>
      <w:r>
        <w:t xml:space="preserve"> La Tapa Orgullosa runs across Arrecife from 1–30 August 2026. </w:t>
      </w:r>
      <w:r/>
    </w:p>
    <w:p>
      <w:pPr>
        <w:pStyle w:val="ListBullet"/>
        <w:spacing w:line="240" w:lineRule="auto"/>
        <w:ind w:left="720"/>
      </w:pPr>
      <w:r/>
      <w:r>
        <w:rPr>
          <w:b/>
        </w:rPr>
        <w:t>Who’s behind it:</w:t>
      </w:r>
      <w:r>
        <w:t xml:space="preserve"> Organised by the Lánzate LGBTI+ Association as part of the Lánzate 365 social programme. </w:t>
      </w:r>
      <w:r/>
    </w:p>
    <w:p>
      <w:pPr>
        <w:pStyle w:val="ListBullet"/>
        <w:spacing w:line="240" w:lineRule="auto"/>
        <w:ind w:left="720"/>
      </w:pPr>
      <w:r/>
      <w:r>
        <w:rPr>
          <w:b/>
        </w:rPr>
        <w:t>What to expect:</w:t>
      </w:r>
      <w:r>
        <w:t xml:space="preserve"> Participating venues create a themed tapa or pincho celebrating diversity through name, ingredients or presentation. </w:t>
      </w:r>
      <w:r/>
    </w:p>
    <w:p>
      <w:pPr>
        <w:pStyle w:val="ListBullet"/>
        <w:spacing w:line="240" w:lineRule="auto"/>
        <w:ind w:left="720"/>
      </w:pPr>
      <w:r/>
      <w:r>
        <w:rPr>
          <w:b/>
        </w:rPr>
        <w:t>How to join:</w:t>
      </w:r>
      <w:r>
        <w:t xml:space="preserve"> Hospitality businesses must register by Sunday 19 July via the Lánzate website; entries judged on creativity and inclusion. </w:t>
      </w:r>
      <w:r/>
    </w:p>
    <w:p>
      <w:pPr>
        <w:pStyle w:val="ListBullet"/>
        <w:spacing w:line="240" w:lineRule="auto"/>
        <w:ind w:left="720"/>
      </w:pPr>
      <w:r/>
      <w:r>
        <w:rPr>
          <w:b/>
        </w:rPr>
        <w:t>Atmosphere:</w:t>
      </w:r>
      <w:r>
        <w:t xml:space="preserve"> A month-long trail that’s social, tasty and local , expect colourful plates, friendly chatter and easy exploring on foot.</w:t>
      </w:r>
      <w:r/>
      <w:r/>
    </w:p>
    <w:p>
      <w:pPr>
        <w:pStyle w:val="Heading2"/>
      </w:pPr>
      <w:r>
        <w:t>A tasty way to celebrate inclusion , the hook</w:t>
      </w:r>
      <w:r/>
    </w:p>
    <w:p>
      <w:r/>
      <w:r>
        <w:t>La Tapa Orgullosa returns with a simple, appealing idea: build understanding around food. The concept is immediate and sensory , small plates, bold flavours, colourful presentations , and it invites everyone to taste a message as much as a recipe. According to the organisers, the event blends gastronomy and social awareness in neighbourhood cafés and bars across the capital.</w:t>
      </w:r>
      <w:r/>
    </w:p>
    <w:p>
      <w:r/>
      <w:r>
        <w:t>This isn’t a distant campaign; it’s built into everyday life, with locals and visitors sampling creations while strolling Arrecife’s streets. For diners it’s an easy, low-commitment way to support visibility and equality, and for chefs it’s a playful brief to interpret diversity in edible form.</w:t>
      </w:r>
      <w:r/>
    </w:p>
    <w:p>
      <w:pPr>
        <w:pStyle w:val="Heading2"/>
      </w:pPr>
      <w:r>
        <w:t>How it grew: from local trial to summer staple ambition</w:t>
      </w:r>
      <w:r/>
    </w:p>
    <w:p>
      <w:r/>
      <w:r>
        <w:t>Last year’s edition saw strong take-up from businesses and a warm public response, and organisers hope to cement La Tapa Orgullosa as one of Arrecife’s standout summer events. Lánzate frames the trail as part of Lánzate 365, a broader initiative backed by the Canarian Government to promote equality and help prevent discrimination and hate crime.</w:t>
      </w:r>
      <w:r/>
    </w:p>
    <w:p>
      <w:r/>
      <w:r>
        <w:t>The festival’s growth feels organic: small plates are naturally social and shareable, making them perfect vehicles for conversation. Expect more venues this year, and perhaps bolder presentations , chefs often treat themed events as a chance to experiment and show off.</w:t>
      </w:r>
      <w:r/>
    </w:p>
    <w:p>
      <w:pPr>
        <w:pStyle w:val="Heading2"/>
      </w:pPr>
      <w:r>
        <w:t>What participating venues will do , creativity meets rules</w:t>
      </w:r>
      <w:r/>
    </w:p>
    <w:p>
      <w:r/>
      <w:r>
        <w:t>Restaurants, bars and cafés are asked to design a special tapa or pincho that reflects values of diversity and inclusion. That can be literal , a dish named to celebrate a community , or subtler, expressed through ingredients, plating or the story behind the recipe.</w:t>
      </w:r>
      <w:r/>
    </w:p>
    <w:p>
      <w:r/>
      <w:r>
        <w:t>There’s a registration deadline: businesses have until Sunday 19 July to sign up and check the competition rules on the Lánzate website. Practical tip: venues should plan something that travels well, looks good in a photo and can be produced consistently during the month to keep visitors happy.</w:t>
      </w:r>
      <w:r/>
    </w:p>
    <w:p>
      <w:pPr>
        <w:pStyle w:val="Heading2"/>
      </w:pPr>
      <w:r>
        <w:t>Why this format matters for community engagement</w:t>
      </w:r>
      <w:r/>
    </w:p>
    <w:p>
      <w:r/>
      <w:r>
        <w:t>Food is familiar, immediate and non-confrontational, which is why campaigns like this work. Nahum Cabrera, manager of the Lánzate LGBTI+ Association, puts it plainly: sharing a table encourages understanding, coexistence and respect. That domestic, everyday setting helps normalise conversations around diversity.</w:t>
      </w:r>
      <w:r/>
    </w:p>
    <w:p>
      <w:r/>
      <w:r>
        <w:t>For residents and tourists alike, the trail doubles as a mini walking tour , you get to explore parts of Arrecife you might skip, and each plate comes with a backstory. It’s activism that tastes good and that fits into summer plans without fanfare.</w:t>
      </w:r>
      <w:r/>
    </w:p>
    <w:p>
      <w:pPr>
        <w:pStyle w:val="Heading2"/>
      </w:pPr>
      <w:r>
        <w:t>Tips for visitors and venues , make the most of the month</w:t>
      </w:r>
      <w:r/>
    </w:p>
    <w:p>
      <w:r/>
      <w:r>
        <w:t>If you’re visiting, plan a route rather than hopping randomly: pick a neighbourhood cluster to avoid back-and-forths and sample three to four tapas per outing. Bring a small notebook or use your phone to note favourites , many bars will offer limited runs. For venues, consider a signature garnish or tiny card explaining the inspiration; it adds meaning and helps diners connect.</w:t>
      </w:r>
      <w:r/>
    </w:p>
    <w:p>
      <w:r/>
      <w:r>
        <w:t>Keep an eye on the Lánzate site for the full list of participants and any tasting maps or passes. And if you’re keen to support the message but don’t eat meat or have allergies, contact venues ahead , many tapas can be adapted or labelled clearly.</w:t>
      </w:r>
      <w:r/>
    </w:p>
    <w:p>
      <w:r/>
      <w:r>
        <w:t>It’s a small change that can make every bite a little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[4]</w:t>
        </w:r>
      </w:hyperlink>
      <w:r>
        <w:t xml:space="preserve">, </w:t>
      </w:r>
      <w:hyperlink r:id="rId15">
        <w:r>
          <w:rPr>
            <w:color w:val="0000EE"/>
            <w:u w:val="single"/>
          </w:rPr>
          <w:t>[7]</w:t>
        </w:r>
      </w:hyperlink>
      <w:r>
        <w:t xml:space="preserve">- Paragraph 5: </w:t>
      </w:r>
      <w:hyperlink r:id="rId13">
        <w:r>
          <w:rPr>
            <w:color w:val="0000EE"/>
            <w:u w:val="single"/>
          </w:rPr>
          <w:t>[5]</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https://gazettelife.com/news/la-tapa-orgullosa-returns-to-arrecife-for-third-edition-this-august/</w:t>
        </w:r>
      </w:hyperlink>
      <w:r>
        <w:t xml:space="preserve"> - Please view link - unable to able to access data</w:t>
      </w:r>
      <w:r/>
    </w:p>
    <w:p>
      <w:pPr>
        <w:pStyle w:val="ListNumber"/>
        <w:spacing w:line="240" w:lineRule="auto"/>
        <w:ind w:left="720"/>
      </w:pPr>
      <w:r/>
      <w:hyperlink r:id="rId10">
        <w:r>
          <w:rPr>
            <w:color w:val="0000EE"/>
            <w:u w:val="single"/>
          </w:rPr>
          <w:t>https://www.asociacionlanzate.org/proyectos/la-tapa-orgullosa.html</w:t>
        </w:r>
      </w:hyperlink>
      <w:r>
        <w:t xml:space="preserve"> - The Lánzate LGBTI+ Association is organising the third edition of La Tapa Orgullosa, a month-long culinary competition and food trail in Arrecife from August 1 to 30, 2026. This initiative invites local restaurants, bars, and cafés to create special tapas inspired by values of diversity and inclusion. The event aims to promote equality, increase the visibility of the LGBTI+ community, and prevent discrimination and hate crimes through community engagement. Hospitality businesses interested in participating can register until July 19, 2026, via the Lánzate website.</w:t>
      </w:r>
      <w:r/>
    </w:p>
    <w:p>
      <w:pPr>
        <w:pStyle w:val="ListNumber"/>
        <w:spacing w:line="240" w:lineRule="auto"/>
        <w:ind w:left="720"/>
      </w:pPr>
      <w:r/>
      <w:hyperlink r:id="rId12">
        <w:r>
          <w:rPr>
            <w:color w:val="0000EE"/>
            <w:u w:val="single"/>
          </w:rPr>
          <w:t>https://www.asociacionlanzate.org/blog/campanas.html?catid=15&amp;id=283%3Ala-asociacion-lgtbi-lanzate-abre-la-convocatoria-para-la-iii-edicion-de-la-tapa-orgullosa-de-arrecife&amp;view=article</w:t>
        </w:r>
      </w:hyperlink>
      <w:r>
        <w:t xml:space="preserve"> - The Lánzate LGBTI+ Association has opened the registration for the third edition of La Tapa Orgullosa, a gastronomic route in Arrecife from August 1 to 30, 2026. This initiative, part of the Lánzate 365 project supported by the Government of the Canary Islands, invites local establishments to create tapas inspired by inclusive values. The event aims to promote positive visibility of diversity, equality, and prevent LGTBIfobia and hate crimes through community engagement. Interested hospitality businesses can register until July 19, 2026, via the Lánzate website.</w:t>
      </w:r>
      <w:r/>
    </w:p>
    <w:p>
      <w:pPr>
        <w:pStyle w:val="ListNumber"/>
        <w:spacing w:line="240" w:lineRule="auto"/>
        <w:ind w:left="720"/>
      </w:pPr>
      <w:r/>
      <w:hyperlink r:id="rId11">
        <w:r>
          <w:rPr>
            <w:color w:val="0000EE"/>
            <w:u w:val="single"/>
          </w:rPr>
          <w:t>https://www.biosferadigital.com/articulo/municipios/asociacion-lanzate-organiza-iii-certamen-ruta-tapa-orgullosa-arrecife/20260715200511162353.html</w:t>
        </w:r>
      </w:hyperlink>
      <w:r>
        <w:t xml:space="preserve"> - The Lánzate LGBTI+ Association is organising the third edition of La Tapa Orgullosa, a gastronomic route in Arrecife from August 1 to 30, 2026. This initiative, part of the Lánzate 365 project funded by the Government of the Canary Islands, invites local establishments to create tapas inspired by inclusive values. The event aims to promote positive visibility of diversity, equality, and prevent LGTBIfobia and hate crimes through community engagement. Interested hospitality businesses can register until July 19, 2026, via the Lánzate website.</w:t>
      </w:r>
      <w:r/>
    </w:p>
    <w:p>
      <w:pPr>
        <w:pStyle w:val="ListNumber"/>
        <w:spacing w:line="240" w:lineRule="auto"/>
        <w:ind w:left="720"/>
      </w:pPr>
      <w:r/>
      <w:hyperlink r:id="rId13">
        <w:r>
          <w:rPr>
            <w:color w:val="0000EE"/>
            <w:u w:val="single"/>
          </w:rPr>
          <w:t>https://www.diariodelanzarote.com/noticia/la-asociaci%C3%B3n-l%C3%A1nzate-organiza-su-iii-certamen-y-ruta-de-la-tapa-orgullosa-de-arrecife</w:t>
        </w:r>
      </w:hyperlink>
      <w:r>
        <w:t xml:space="preserve"> - The Lánzate LGBTI+ Association is organising the third edition of La Tapa Orgullosa, a gastronomic route in Arrecife from August 1 to 30, 2026. This initiative, part of the Lánzate 365 project funded by the Government of the Canary Islands, invites local establishments to create tapas inspired by inclusive values. The event aims to promote positive visibility of diversity, equality, and prevent LGTBIfobia and hate crimes through community engagement. Interested hospitality businesses can register until July 19, 2026, via the Lánzate website.</w:t>
      </w:r>
      <w:r/>
    </w:p>
    <w:p>
      <w:pPr>
        <w:pStyle w:val="ListNumber"/>
        <w:spacing w:line="240" w:lineRule="auto"/>
        <w:ind w:left="720"/>
      </w:pPr>
      <w:r/>
      <w:hyperlink r:id="rId14">
        <w:r>
          <w:rPr>
            <w:color w:val="0000EE"/>
            <w:u w:val="single"/>
          </w:rPr>
          <w:t>https://isladelanzarote.com/lanzate-organiza-la-iii-ruta-de-la-tapa-orgullosa-de-arrecife/</w:t>
        </w:r>
      </w:hyperlink>
      <w:r>
        <w:t xml:space="preserve"> - The Lánzate LGBTI+ Association is organising the third edition of La Tapa Orgullosa, a gastronomic route in Arrecife from August 1 to 30, 2026. This initiative, part of the Lánzate 365 project funded by the Government of the Canary Islands, invites local establishments to create tapas inspired by inclusive values. The event aims to promote positive visibility of diversity, equality, and prevent LGTBIfobia and hate crimes through community engagement. Interested hospitality businesses can register until July 19, 2026, via the Lánzate website.</w:t>
      </w:r>
      <w:r/>
    </w:p>
    <w:p>
      <w:pPr>
        <w:pStyle w:val="ListNumber"/>
        <w:spacing w:line="240" w:lineRule="auto"/>
        <w:ind w:left="720"/>
      </w:pPr>
      <w:r/>
      <w:hyperlink r:id="rId15">
        <w:r>
          <w:rPr>
            <w:color w:val="0000EE"/>
            <w:u w:val="single"/>
          </w:rPr>
          <w:t>https://www.elchaplon.com/la-ruta-de-la-tapa-orgullosa-abre-sus-inscripciones-hasta-este-domingo</w:t>
        </w:r>
      </w:hyperlink>
      <w:r>
        <w:t xml:space="preserve"> - The Lánzate LGBTI+ Association has opened the registration for the third edition of La Tapa Orgullosa, a gastronomic route in Arrecife from August 1 to 30, 2026. This initiative, part of the Lánzate 365 project supported by the Government of the Canary Islands, invites local establishments to create tapas inspired by inclusive values. The event aims to promote positive visibility of diversity, equality, and prevent LGTBIfobia and hate crimes through community engagement. Interested hospitality businesses can register until July 19, 2026, via the Lánzate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zettelife.com/news/la-tapa-orgullosa-returns-to-arrecife-for-third-edition-this-august/" TargetMode="External"/><Relationship Id="rId10" Type="http://schemas.openxmlformats.org/officeDocument/2006/relationships/hyperlink" Target="https://www.asociacionlanzate.org/proyectos/la-tapa-orgullosa.html" TargetMode="External"/><Relationship Id="rId11" Type="http://schemas.openxmlformats.org/officeDocument/2006/relationships/hyperlink" Target="https://www.biosferadigital.com/articulo/municipios/asociacion-lanzate-organiza-iii-certamen-ruta-tapa-orgullosa-arrecife/20260715200511162353.html" TargetMode="External"/><Relationship Id="rId12" Type="http://schemas.openxmlformats.org/officeDocument/2006/relationships/hyperlink" Target="https://www.asociacionlanzate.org/blog/campanas.html?catid=15&amp;id=283%3Ala-asociacion-lgtbi-lanzate-abre-la-convocatoria-para-la-iii-edicion-de-la-tapa-orgullosa-de-arrecife&amp;view=article" TargetMode="External"/><Relationship Id="rId13" Type="http://schemas.openxmlformats.org/officeDocument/2006/relationships/hyperlink" Target="https://www.diariodelanzarote.com/noticia/la-asociaci%C3%B3n-l%C3%A1nzate-organiza-su-iii-certamen-y-ruta-de-la-tapa-orgullosa-de-arrecife" TargetMode="External"/><Relationship Id="rId14" Type="http://schemas.openxmlformats.org/officeDocument/2006/relationships/hyperlink" Target="https://isladelanzarote.com/lanzate-organiza-la-iii-ruta-de-la-tapa-orgullosa-de-arrecife/" TargetMode="External"/><Relationship Id="rId15" Type="http://schemas.openxmlformats.org/officeDocument/2006/relationships/hyperlink" Target="https://www.elchaplon.com/la-ruta-de-la-tapa-orgullosa-abre-sus-inscripciones-hasta-este-doming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