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Fiction by Gay Men: Why Authors Like Holden Sheppard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shift: gay men are demanding stories by gay men, and Holden Sheppard’s new novel makes the point loud and clear. He’s arguing that authentic queer lives , messy, sexual, angry and hopeful , deserve centre stage, not a sanitised version packaged for outsiders.</w:t>
      </w:r>
      <w:r/>
    </w:p>
    <w:p>
      <w:r/>
      <w:r>
        <w:t>Essential Takeaways</w:t>
      </w:r>
      <w:r/>
      <w:r/>
    </w:p>
    <w:p>
      <w:pPr>
        <w:pStyle w:val="ListBullet"/>
        <w:spacing w:line="240" w:lineRule="auto"/>
        <w:ind w:left="720"/>
      </w:pPr>
      <w:r/>
      <w:r>
        <w:rPr>
          <w:b/>
        </w:rPr>
        <w:t>Authentic voice:</w:t>
      </w:r>
      <w:r>
        <w:t xml:space="preserve"> Holden Sheppard insists gay men should author their own stories to capture messy emotion, shame and sexuality.</w:t>
      </w:r>
      <w:r/>
    </w:p>
    <w:p>
      <w:pPr>
        <w:pStyle w:val="ListBullet"/>
        <w:spacing w:line="240" w:lineRule="auto"/>
        <w:ind w:left="720"/>
      </w:pPr>
      <w:r/>
      <w:r>
        <w:rPr>
          <w:b/>
        </w:rPr>
        <w:t>Publishing gap:</w:t>
      </w:r>
      <w:r>
        <w:t xml:space="preserve"> Big sellers written by straight women are dominating shelves, leaving many gay male authors sidelined.</w:t>
      </w:r>
      <w:r/>
    </w:p>
    <w:p>
      <w:pPr>
        <w:pStyle w:val="ListBullet"/>
        <w:spacing w:line="240" w:lineRule="auto"/>
        <w:ind w:left="720"/>
      </w:pPr>
      <w:r/>
      <w:r>
        <w:rPr>
          <w:b/>
        </w:rPr>
        <w:t>Regional lens:</w:t>
      </w:r>
      <w:r>
        <w:t xml:space="preserve"> Sheppard’s work draws on rural Western Australia, giving a gritty, isolated backdrop that shapes characters’ desires.</w:t>
      </w:r>
      <w:r/>
    </w:p>
    <w:p>
      <w:pPr>
        <w:pStyle w:val="ListBullet"/>
        <w:spacing w:line="240" w:lineRule="auto"/>
        <w:ind w:left="720"/>
      </w:pPr>
      <w:r/>
      <w:r>
        <w:rPr>
          <w:b/>
        </w:rPr>
        <w:t>Tough themes:</w:t>
      </w:r>
      <w:r>
        <w:t xml:space="preserve"> Expect sadness, trauma, unapologetic sex and flawed characters rather than neat, comforting endings.</w:t>
      </w:r>
      <w:r/>
    </w:p>
    <w:p>
      <w:pPr>
        <w:pStyle w:val="ListBullet"/>
        <w:spacing w:line="240" w:lineRule="auto"/>
        <w:ind w:left="720"/>
      </w:pPr>
      <w:r/>
      <w:r>
        <w:rPr>
          <w:b/>
        </w:rPr>
        <w:t>New book context:</w:t>
      </w:r>
      <w:r>
        <w:t xml:space="preserve"> Yeah, the Boys continues themes from Invisible Boys while exploring masculinity and gay sport.</w:t>
      </w:r>
      <w:r/>
      <w:r/>
    </w:p>
    <w:p>
      <w:pPr>
        <w:pStyle w:val="Heading2"/>
      </w:pPr>
      <w:r>
        <w:t>Why Holden Sheppard’s voice feels urgent</w:t>
      </w:r>
      <w:r/>
    </w:p>
    <w:p>
      <w:r/>
      <w:r>
        <w:t>Sheppard’s return with Yeah, the Boys lands like a shout rather than a whisper, and you can almost feel the grit on the page. His writing leans into texture , the heat of sexual longing, the ache of small-town scrutiny, the tight, boxed-in sensation of rural life. That sensory detail is part of what makes his point so persuasive: lived experience tastes different on the tongue.</w:t>
      </w:r>
      <w:r/>
    </w:p>
    <w:p>
      <w:r/>
      <w:r>
        <w:t>The backstory matters. Invisible Boys wasn’t an instant yes from publishers; it faced rejection for being hard to categorise. Sheppard says that uncertainty , “too adult for YA, too young for adults” , exposed an industry that prefers tidy labels over complex queer lives. So his new novel reads like a deliberate act of reclamation: gay men telling gay stories on their own terms.</w:t>
      </w:r>
      <w:r/>
    </w:p>
    <w:p>
      <w:pPr>
        <w:pStyle w:val="Heading2"/>
      </w:pPr>
      <w:r>
        <w:t>The publishing problem: who gets to write gay men’s lives?</w:t>
      </w:r>
      <w:r/>
    </w:p>
    <w:p>
      <w:r/>
      <w:r>
        <w:t>There’s a pattern Sheppard calls out: male-male romance penned by straight women has become the default commercial version of gay experience. Those books sell widely and are celebrated as what “the public wants,” which then narrows what publishers will back. The effect is predictable and frustrating , nuanced gay fiction by gay men struggles for shelf space and marketing energy.</w:t>
      </w:r>
      <w:r/>
    </w:p>
    <w:p>
      <w:r/>
      <w:r>
        <w:t>If you care about representation that feels true rather than consumable, this matters. It’s not an attack on any single writer; it’s a critique of market forces. Expect more debate about gatekeeping and who benefits when queer books are curated to feel safe for a mainstream audience.</w:t>
      </w:r>
      <w:r/>
    </w:p>
    <w:p>
      <w:pPr>
        <w:pStyle w:val="Heading2"/>
      </w:pPr>
      <w:r>
        <w:t>Regional settings shape stories differently</w:t>
      </w:r>
      <w:r/>
    </w:p>
    <w:p>
      <w:r/>
      <w:r>
        <w:t>Sheppard’s upbringing in regional Western Australia isn’t window dressing , it’s the pressure cooker for his characters. Small towns mean fewer anonymous encounters, more gossip and the constant possibility that discovery will ripple through family and school. That claustrophobic vibe gives his characters a hard edge: hunger, secrecy and sometimes reckless escape.</w:t>
      </w:r>
      <w:r/>
    </w:p>
    <w:p>
      <w:r/>
      <w:r>
        <w:t>Writers and readers looking for queer narratives beyond urban gay bars will find this refreshing and necessary. It also explains why scenes of sexual exploration in Sheppard’s work feel both urgent and dangerous , they’re survival mechanisms as much as desire.</w:t>
      </w:r>
      <w:r/>
    </w:p>
    <w:p>
      <w:pPr>
        <w:pStyle w:val="Heading2"/>
      </w:pPr>
      <w:r>
        <w:t>Masculinity, football and surprising tenderness</w:t>
      </w:r>
      <w:r/>
    </w:p>
    <w:p>
      <w:r/>
      <w:r>
        <w:t>Yeah, the Boys circles back to themes Sheppard has been drawn to: masculinity, shame and the ways men bond. Rather than painting team sport as simply toxic, Sheppard explores how joining a gay footy team can open avenues for solidarity and healthier masculinity. That turns a predictable critique into something more nuanced: male bonding can be redemptive as well as constraining.</w:t>
      </w:r>
      <w:r/>
    </w:p>
    <w:p>
      <w:r/>
      <w:r>
        <w:t>For readers, that means the book offers a different kind of hope , not rainbows and tidy redemption arcs, but real human connection that looks like sweat, bruises and shared jokes. It’s a reminder that queer life can include roughness and repair.</w:t>
      </w:r>
      <w:r/>
    </w:p>
    <w:p>
      <w:pPr>
        <w:pStyle w:val="Heading2"/>
      </w:pPr>
      <w:r>
        <w:t>What this means for readers and the market</w:t>
      </w:r>
      <w:r/>
    </w:p>
    <w:p>
      <w:r/>
      <w:r>
        <w:t>If you’re shopping for queer fiction, consider seeking out gay male authors to broaden the kinds of stories you’re reading. Bookshops and libraries could help by creating visible spaces for that work rather than defaulting to the bestselling subgenre that sells fast. And for writers, Sheppard’s stance is permission: write the difficult, unpretty things if that’s your truth.</w:t>
      </w:r>
      <w:r/>
    </w:p>
    <w:p>
      <w:r/>
      <w:r>
        <w:t>Publishing trends shift slowly, but reader demand nudges them. Buy the books you want to see more of, recommend them, and ask your local bookshop to stock diverse queer voices. It’s a small market pressure with outsized cultural effect.</w:t>
      </w:r>
      <w:r/>
    </w:p>
    <w:p>
      <w:r/>
      <w:r>
        <w:t>It’s a small change that can make every story feel more like it belongs to its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[4]</w:t>
        </w:r>
      </w:hyperlink>
      <w:r>
        <w:t xml:space="preserve">- Paragraph 6: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https://gayexpress.co.nz/2026/07/holden-sheppard-why-gay-men-need-to-reclaim-their-own-stories/?utm_source=rss&amp;utm_medium=rss&amp;utm_campaign=holden-sheppard-why-gay-men-need-to-reclaim-their-own-stories</w:t>
        </w:r>
      </w:hyperlink>
      <w:r>
        <w:t xml:space="preserve"> - Please view link - unable to able to access data</w:t>
      </w:r>
      <w:r/>
    </w:p>
    <w:p>
      <w:pPr>
        <w:pStyle w:val="ListNumber"/>
        <w:spacing w:line="240" w:lineRule="auto"/>
        <w:ind w:left="720"/>
      </w:pPr>
      <w:r/>
      <w:hyperlink r:id="rId10">
        <w:r>
          <w:rPr>
            <w:color w:val="0000EE"/>
            <w:u w:val="single"/>
          </w:rPr>
          <w:t>https://www.holdensheppard.com/kingofdirt</w:t>
        </w:r>
      </w:hyperlink>
      <w:r>
        <w:t xml:space="preserve"> - Holden Sheppard's novel 'King of Dirt' is a gritty and heartfelt gay coming-of-age story. The protagonist, Giacomo 'Jack' Brolo, returns to his hometown of Geraldton after years away, confronting his estranged family and past relationships. The narrative delves into themes of masculinity, sexuality, and mental health, exploring Jack's journey towards self-acceptance and connection. The novel has received critical acclaim for its authentic portrayal of complex emotions and the challenges faced by gay men in conservative environments.</w:t>
      </w:r>
      <w:r/>
    </w:p>
    <w:p>
      <w:pPr>
        <w:pStyle w:val="ListNumber"/>
        <w:spacing w:line="240" w:lineRule="auto"/>
        <w:ind w:left="720"/>
      </w:pPr>
      <w:r/>
      <w:hyperlink r:id="rId12">
        <w:r>
          <w:rPr>
            <w:color w:val="0000EE"/>
            <w:u w:val="single"/>
          </w:rPr>
          <w:t>https://books.google.com/books/about/King_of_Dirt.html?id=RhReEQAAQBAJ</w:t>
        </w:r>
      </w:hyperlink>
      <w:r>
        <w:t xml:space="preserve"> - This Google Books entry provides detailed information about Holden Sheppard's 'King of Dirt'. The novel follows Giacomo 'Jack' Brolo, a man grappling with estranged family ties and past relationships upon returning to his hometown. It explores themes of masculinity, sexuality, and mental health, offering a raw and authentic portrayal of a gay man's journey towards self-acceptance. The book has been praised for its compelling narrative and depth of character development.</w:t>
      </w:r>
      <w:r/>
    </w:p>
    <w:p>
      <w:pPr>
        <w:pStyle w:val="ListNumber"/>
        <w:spacing w:line="240" w:lineRule="auto"/>
        <w:ind w:left="720"/>
      </w:pPr>
      <w:r/>
      <w:hyperlink r:id="rId11">
        <w:r>
          <w:rPr>
            <w:color w:val="0000EE"/>
            <w:u w:val="single"/>
          </w:rPr>
          <w:t>https://books.google.com/books/about/Yeah_the_Boys.html?id=zvmVEQAAQBAJ</w:t>
        </w:r>
      </w:hyperlink>
      <w:r>
        <w:t xml:space="preserve"> - Holden Sheppard's 'Yeah the Boys' is a bold and propulsive novel set in the world of his bestselling debut, 'Invisible Boys'. Seven years after escaping their rural hometown, the boys—Charlie, Zeke, and Hammer—return, each facing personal challenges. The story delves into themes of male friendship, masculinity, and the complexities of gay identity. The novel has been lauded for its timely and entertaining narrative, resonating with readers seeking authentic representations of gay men's experiences.</w:t>
      </w:r>
      <w:r/>
    </w:p>
    <w:p>
      <w:pPr>
        <w:pStyle w:val="ListNumber"/>
        <w:spacing w:line="240" w:lineRule="auto"/>
        <w:ind w:left="720"/>
      </w:pPr>
      <w:r/>
      <w:hyperlink r:id="rId10">
        <w:r>
          <w:rPr>
            <w:color w:val="0000EE"/>
            <w:u w:val="single"/>
          </w:rPr>
          <w:t>https://www.holdensheppard.com/kingofdirt</w:t>
        </w:r>
      </w:hyperlink>
      <w:r>
        <w:t xml:space="preserve"> - In 'King of Dirt', Holden Sheppard presents a gritty and heartfelt gay coming-of-age story. The protagonist, Giacomo 'Jack' Brolo, returns to his hometown of Geraldton after years away, confronting his estranged family and past relationships. The narrative delves into themes of masculinity, sexuality, and mental health, exploring Jack's journey towards self-acceptance and connection. The novel has received critical acclaim for its authentic portrayal of complex emotions and the challenges faced by gay men in conservative environments.</w:t>
      </w:r>
      <w:r/>
    </w:p>
    <w:p>
      <w:pPr>
        <w:pStyle w:val="ListNumber"/>
        <w:spacing w:line="240" w:lineRule="auto"/>
        <w:ind w:left="720"/>
      </w:pPr>
      <w:r/>
      <w:hyperlink r:id="rId10">
        <w:r>
          <w:rPr>
            <w:color w:val="0000EE"/>
            <w:u w:val="single"/>
          </w:rPr>
          <w:t>https://www.holdensheppard.com/kingofdirt</w:t>
        </w:r>
      </w:hyperlink>
      <w:r>
        <w:t xml:space="preserve"> - Holden Sheppard's 'King of Dirt' is a gritty and heartfelt gay coming-of-age story. The protagonist, Giacomo 'Jack' Brolo, returns to his hometown of Geraldton after years away, confronting his estranged family and past relationships. The narrative delves into themes of masculinity, sexuality, and mental health, exploring Jack's journey towards self-acceptance and connection. The novel has received critical acclaim for its authentic portrayal of complex emotions and the challenges faced by gay men in conservative environments.</w:t>
      </w:r>
      <w:r/>
    </w:p>
    <w:p>
      <w:pPr>
        <w:pStyle w:val="ListNumber"/>
        <w:spacing w:line="240" w:lineRule="auto"/>
        <w:ind w:left="720"/>
      </w:pPr>
      <w:r/>
      <w:hyperlink r:id="rId10">
        <w:r>
          <w:rPr>
            <w:color w:val="0000EE"/>
            <w:u w:val="single"/>
          </w:rPr>
          <w:t>https://www.holdensheppard.com/kingofdirt</w:t>
        </w:r>
      </w:hyperlink>
      <w:r>
        <w:t xml:space="preserve"> - In 'King of Dirt', Holden Sheppard presents a gritty and heartfelt gay coming-of-age story. The protagonist, Giacomo 'Jack' Brolo, returns to his hometown of Geraldton after years away, confronting his estranged family and past relationships. The narrative delves into themes of masculinity, sexuality, and mental health, exploring Jack's journey towards self-acceptance and connection. The novel has received critical acclaim for its authentic portrayal of complex emotions and the challenges faced by gay men in conservative environments.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holden-sheppard-why-gay-men-need-to-reclaim-their-own-stories/?utm_source=rss&amp;utm_medium=rss&amp;utm_campaign=holden-sheppard-why-gay-men-need-to-reclaim-their-own-stories" TargetMode="External"/><Relationship Id="rId10" Type="http://schemas.openxmlformats.org/officeDocument/2006/relationships/hyperlink" Target="https://www.holdensheppard.com/kingofdirt" TargetMode="External"/><Relationship Id="rId11" Type="http://schemas.openxmlformats.org/officeDocument/2006/relationships/hyperlink" Target="https://books.google.com/books/about/Yeah_the_Boys.html?id=zvmVEQAAQBAJ" TargetMode="External"/><Relationship Id="rId12" Type="http://schemas.openxmlformats.org/officeDocument/2006/relationships/hyperlink" Target="https://books.google.com/books/about/King_of_Dirt.html?id=RhReEQAAQBA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