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Latest TRÂNSITO LGBT+ Film Showcase: Why Pelotas Is Becoming Brazil’s Warm New Screen for Queer Cinema</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Shining a light on movement and belonging, TRÂNSITO in Pelotas is drawing local and international LGBTQ+ filmmakers to a compact festival that champions stories of freedom, identity and everyday life , and it matters because it opens doors for regional artists while bringing fresh perspectives to southern Brazil.</w:t>
      </w:r>
      <w:r/>
    </w:p>
    <w:p>
      <w:r/>
      <w:r>
        <w:t>Essential Takeaways</w:t>
      </w:r>
      <w:r/>
      <w:r/>
    </w:p>
    <w:p>
      <w:pPr>
        <w:pStyle w:val="ListBullet"/>
        <w:spacing w:line="240" w:lineRule="auto"/>
        <w:ind w:left="720"/>
      </w:pPr>
      <w:r/>
      <w:r>
        <w:rPr>
          <w:b/>
        </w:rPr>
        <w:t>Festival focus:</w:t>
      </w:r>
      <w:r>
        <w:t xml:space="preserve"> TRÂNSITO spotlights LGBTQ+ stories and requires submitters to be directed or produced by at least one LGBTQ+ person. </w:t>
      </w:r>
      <w:r/>
    </w:p>
    <w:p>
      <w:pPr>
        <w:pStyle w:val="ListBullet"/>
        <w:spacing w:line="240" w:lineRule="auto"/>
        <w:ind w:left="720"/>
      </w:pPr>
      <w:r/>
      <w:r>
        <w:rPr>
          <w:b/>
        </w:rPr>
        <w:t>Three-programme structure:</w:t>
      </w:r>
      <w:r>
        <w:t xml:space="preserve"> The showcase runs International, National (Brazilian) and Regional (Rio Grande do Sul) sections to balance global voices with local talent. </w:t>
      </w:r>
      <w:r/>
    </w:p>
    <w:p>
      <w:pPr>
        <w:pStyle w:val="ListBullet"/>
        <w:spacing w:line="240" w:lineRule="auto"/>
        <w:ind w:left="720"/>
      </w:pPr>
      <w:r/>
      <w:r>
        <w:rPr>
          <w:b/>
        </w:rPr>
        <w:t>Premier rules:</w:t>
      </w:r>
      <w:r>
        <w:t xml:space="preserve"> International entries mustn't have screened previously in Rio Grande do Sul; national and regional films need not be premieres. </w:t>
      </w:r>
      <w:r/>
    </w:p>
    <w:p>
      <w:pPr>
        <w:pStyle w:val="ListBullet"/>
        <w:spacing w:line="240" w:lineRule="auto"/>
        <w:ind w:left="720"/>
      </w:pPr>
      <w:r/>
      <w:r>
        <w:rPr>
          <w:b/>
        </w:rPr>
        <w:t>Community role:</w:t>
      </w:r>
      <w:r>
        <w:t xml:space="preserve"> The festival mixes screenings with talks, debates and cultural activities, helping foster inclusion, respect and human-rights awareness locally. </w:t>
      </w:r>
      <w:r/>
    </w:p>
    <w:p>
      <w:pPr>
        <w:pStyle w:val="ListBullet"/>
        <w:spacing w:line="240" w:lineRule="auto"/>
        <w:ind w:left="720"/>
      </w:pPr>
      <w:r/>
      <w:r>
        <w:rPr>
          <w:b/>
        </w:rPr>
        <w:t>Practical note:</w:t>
      </w:r>
      <w:r>
        <w:t xml:space="preserve"> Selection implies rights clearance and gives the festival permission to use promotional materials like stills and trailers.</w:t>
      </w:r>
      <w:r/>
      <w:r/>
    </w:p>
    <w:p>
      <w:pPr>
        <w:pStyle w:val="Heading2"/>
      </w:pPr>
      <w:r>
        <w:t>What TRÂNSITO stands for , movement, bodies and belonging</w:t>
      </w:r>
      <w:r/>
    </w:p>
    <w:p>
      <w:r/>
      <w:r>
        <w:t>TRÂNSITO takes its name literally and lovingly: it’s about the right of bodies to move, exist and occupy space, and you can feel that in the programme choices. The Pelotas showcase focuses on films that put LGBTQ+ lives front and centre, from tender coming‑of‑age tales to sharper political work, and the festival’s tone is human and hopeful rather than tokenistic. For audiences, that translates into screenings that often feel intimate and immediate, with the kind of warmth you get at a community event rather than a glossy industry fair.</w:t>
      </w:r>
      <w:r/>
    </w:p>
    <w:p>
      <w:pPr>
        <w:pStyle w:val="Heading2"/>
      </w:pPr>
      <w:r>
        <w:t>How the three sections create a real pipeline for filmmakers</w:t>
      </w:r>
      <w:r/>
    </w:p>
    <w:p>
      <w:r/>
      <w:r>
        <w:t>Splitting the festival into International, National and Regional strands is smart and humane. It lets organisers bring in international perspectives while deliberately nurturing Brazilian and Rio Grande do Sul voices. That means a short from a local filmmaker can share billing with a global festival circuit piece, helping spark conversations across contexts. For filmmakers, it’s clear where their work fits and what the exposure looks like , and for viewers, it makes programming refreshingly varied.</w:t>
      </w:r>
      <w:r/>
    </w:p>
    <w:p>
      <w:pPr>
        <w:pStyle w:val="Heading2"/>
      </w:pPr>
      <w:r>
        <w:t>Rules that protect authenticity and audience trust</w:t>
      </w:r>
      <w:r/>
    </w:p>
    <w:p>
      <w:r/>
      <w:r>
        <w:t>TRÂNSITO keeps the spotlight on authentic creators: every submission must be directed and/or produced by at least one LGBTQ+ person and the film must include LGBTQ+ themes in the storyline. International entries must be new to Rio Grande do Sul, which preserves premiere value for regional audiences, while national and local selections are more flexible. The festival also requires submitters to confirm rights clearance and accepts the use of promotional materials, a standard but necessary clause for festival operations.</w:t>
      </w:r>
      <w:r/>
    </w:p>
    <w:p>
      <w:pPr>
        <w:pStyle w:val="Heading2"/>
      </w:pPr>
      <w:r>
        <w:t>More than screenings , conversations, culture and local impact</w:t>
      </w:r>
      <w:r/>
    </w:p>
    <w:p>
      <w:r/>
      <w:r>
        <w:t>This is a showcase that pairs films with talks, debates and cultural activities, and that mix matters. Events like these resonate beyond the auditorium: they create civic conversation, inform public policy debates and give allies space to learn. In Pelotas, local institutions and cultural organisations have been visibly supportive, and community groups often use the festival as a springboard for broader LGBTQ+ work across the city. Expect popcorn and provocation in equal measure.</w:t>
      </w:r>
      <w:r/>
    </w:p>
    <w:p>
      <w:pPr>
        <w:pStyle w:val="Heading2"/>
      </w:pPr>
      <w:r>
        <w:t>Practical tips for submitting or attending</w:t>
      </w:r>
      <w:r/>
    </w:p>
    <w:p>
      <w:r/>
      <w:r>
        <w:t>If you’re a filmmaker, double‑check premiere rules before you enter the International strand and make sure rights and promotional assets are ready , the festival will want posters, trailers and stills. For Brazilian filmmakers, the National and Regional sections offer easier entry points. If you’re planning to attend, look out for panels and debates as much as screenings; these are where local voices tend to shine and where you’ll meet organisers, activists and other attendees in a relaxed setting.</w:t>
      </w:r>
      <w:r/>
    </w:p>
    <w:p>
      <w:r/>
      <w:r>
        <w:t>It's a small festival with a big heart , perfect for discovering new queer voices and supporting the cultural life of southern Brazil.</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9">
        <w:r>
          <w:rPr>
            <w:color w:val="0000EE"/>
            <w:u w:val="single"/>
          </w:rPr>
          <w:t>[2]</w:t>
        </w:r>
      </w:hyperlink>
      <w:r>
        <w:t xml:space="preserve">, </w:t>
      </w:r>
      <w:hyperlink r:id="rId10">
        <w:r>
          <w:rPr>
            <w:color w:val="0000EE"/>
            <w:u w:val="single"/>
          </w:rPr>
          <w:t>[4]</w:t>
        </w:r>
      </w:hyperlink>
      <w:r>
        <w:t xml:space="preserve">- Paragraph 2: </w:t>
      </w:r>
      <w:hyperlink r:id="rId9">
        <w:r>
          <w:rPr>
            <w:color w:val="0000EE"/>
            <w:u w:val="single"/>
          </w:rPr>
          <w:t>[1]</w:t>
        </w:r>
      </w:hyperlink>
      <w:r>
        <w:t xml:space="preserve">, </w:t>
      </w:r>
      <w:hyperlink r:id="rId11">
        <w:r>
          <w:rPr>
            <w:color w:val="0000EE"/>
            <w:u w:val="single"/>
          </w:rPr>
          <w:t>[6]</w:t>
        </w:r>
      </w:hyperlink>
      <w:r>
        <w:t xml:space="preserve">- Paragraph 3: </w:t>
      </w:r>
      <w:hyperlink r:id="rId9">
        <w:r>
          <w:rPr>
            <w:color w:val="0000EE"/>
            <w:u w:val="single"/>
          </w:rPr>
          <w:t>[1]</w:t>
        </w:r>
      </w:hyperlink>
      <w:r>
        <w:t xml:space="preserve">, </w:t>
      </w:r>
      <w:hyperlink r:id="rId9">
        <w:r>
          <w:rPr>
            <w:color w:val="0000EE"/>
            <w:u w:val="single"/>
          </w:rPr>
          <w:t>[2]</w:t>
        </w:r>
      </w:hyperlink>
      <w:r>
        <w:t xml:space="preserve">- Paragraph 4: </w:t>
      </w:r>
      <w:hyperlink r:id="rId9">
        <w:r>
          <w:rPr>
            <w:color w:val="0000EE"/>
            <w:u w:val="single"/>
          </w:rPr>
          <w:t>[1]</w:t>
        </w:r>
      </w:hyperlink>
      <w:r>
        <w:t xml:space="preserve">, </w:t>
      </w:r>
      <w:hyperlink r:id="rId12">
        <w:r>
          <w:rPr>
            <w:color w:val="0000EE"/>
            <w:u w:val="single"/>
          </w:rPr>
          <w:t>[7]</w:t>
        </w:r>
      </w:hyperlink>
      <w:r>
        <w:t xml:space="preserve">- Paragraph 5: </w:t>
      </w:r>
      <w:hyperlink r:id="rId9">
        <w:r>
          <w:rPr>
            <w:color w:val="0000EE"/>
            <w:u w:val="single"/>
          </w:rPr>
          <w:t>[1]</w:t>
        </w:r>
      </w:hyperlink>
      <w:r>
        <w:t xml:space="preserve">, </w:t>
      </w:r>
      <w:hyperlink r:id="rId13">
        <w:r>
          <w:rPr>
            <w:color w:val="0000EE"/>
            <w:u w:val="single"/>
          </w:rPr>
          <w:t>[5]</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https://filmmakers.festhome.com/f/10533/1/1</w:t>
        </w:r>
      </w:hyperlink>
      <w:r>
        <w:t xml:space="preserve"> - Please view link - unable to able to access data</w:t>
      </w:r>
      <w:r/>
    </w:p>
    <w:p>
      <w:pPr>
        <w:pStyle w:val="ListNumber"/>
        <w:spacing w:line="240" w:lineRule="auto"/>
        <w:ind w:left="720"/>
      </w:pPr>
      <w:r/>
      <w:hyperlink r:id="rId9">
        <w:r>
          <w:rPr>
            <w:color w:val="0000EE"/>
            <w:u w:val="single"/>
          </w:rPr>
          <w:t>https://filmmakers.festhome.com/f/10533/1/1</w:t>
        </w:r>
      </w:hyperlink>
      <w:r>
        <w:t xml:space="preserve"> - The TRÂNSITO LGBT+ Film Showcase is an event based in Pelotas, Brazil, dedicated to celebrating LGBTQ+ stories and filmmakers. The festival is divided into three sections: International, National (Brazilian), and Regional (Rio Grande do Sul), aiming to embrace both local and global perspectives in cinema. Through film screenings, talks, debates, and cultural activities, TRÂNSITO promotes inclusion, respect, diversity, and human rights, strengthening the local community and contributing to a more just, equal, and welcoming society.</w:t>
      </w:r>
      <w:r/>
    </w:p>
    <w:p>
      <w:pPr>
        <w:pStyle w:val="ListNumber"/>
        <w:spacing w:line="240" w:lineRule="auto"/>
        <w:ind w:left="720"/>
      </w:pPr>
      <w:r/>
      <w:hyperlink r:id="rId14">
        <w:r>
          <w:rPr>
            <w:color w:val="0000EE"/>
            <w:u w:val="single"/>
          </w:rPr>
          <w:t>https://www.ruidosqueer.com/</w:t>
        </w:r>
      </w:hyperlink>
      <w:r>
        <w:t xml:space="preserve"> - The Festival Internacional de Cinema Ruídos Queer+ (FIRQ+) is an inclusive event dedicated to celebrating LGBTQIAP+ cinema through a diverse, accessible, and representative approach. FIRQ+ aims to amplify voices, break barriers, and showcase innovative films that reflect the complexities of gender, identity, and sexuality. The festival offers opportunities for filmmakers and audiences to experience a cinematic journey that goes beyond the screen, creating a space for creativity, inclusion, and dialogue.</w:t>
      </w:r>
      <w:r/>
    </w:p>
    <w:p>
      <w:pPr>
        <w:pStyle w:val="ListNumber"/>
        <w:spacing w:line="240" w:lineRule="auto"/>
        <w:ind w:left="720"/>
      </w:pPr>
      <w:r/>
      <w:hyperlink r:id="rId10">
        <w:r>
          <w:rPr>
            <w:color w:val="0000EE"/>
            <w:u w:val="single"/>
          </w:rPr>
          <w:t>https://www.pelotas.rs.gov.br/noticia/paula-visita-mostra-lgbt-pelotas</w:t>
        </w:r>
      </w:hyperlink>
      <w:r>
        <w:t xml:space="preserve"> - In July 2023, Pelotas Mayor Paula Mascarenhas attended the first edition of the Mostra Pelotas LGBT, an event held at Praça da Alfândega in the Zona do Porto. Organised by the City Hall, the Núcleo de Gênero e Diversidade of the Federal University of Pelotas (Nugen/UFPel), and the Coletivo Juliana Martinelli, the event featured dance and music performances, drag shows, and the sale of artisanal sweets and savouries. The initiative aimed to stimulate the artistic and entrepreneurial capacities of the LGBTQIAPN+ community.</w:t>
      </w:r>
      <w:r/>
    </w:p>
    <w:p>
      <w:pPr>
        <w:pStyle w:val="ListNumber"/>
        <w:spacing w:line="240" w:lineRule="auto"/>
        <w:ind w:left="720"/>
      </w:pPr>
      <w:r/>
      <w:hyperlink r:id="rId13">
        <w:r>
          <w:rPr>
            <w:color w:val="0000EE"/>
            <w:u w:val="single"/>
          </w:rPr>
          <w:t>https://www.pelotas.com.br/conselhos/conselho-lgbt</w:t>
        </w:r>
      </w:hyperlink>
      <w:r>
        <w:t xml:space="preserve"> - The Conselho Municipal de Direitos da Cidadania LGBT of Pelotas is responsible for overseeing, monitoring, proposing, and collaborating on public policies aimed at the LGBT population. The council comprises representatives from various institutions, including SECULT, SMS, SMAS, SMED, SDETI, SMSP, 3a CRS, 5a CRE, IFSul, and UFPel. Meetings are held at the SECULT headquarters, located at Praça Coronel Pedro Osório, 2.</w:t>
      </w:r>
      <w:r/>
    </w:p>
    <w:p>
      <w:pPr>
        <w:pStyle w:val="ListNumber"/>
        <w:spacing w:line="240" w:lineRule="auto"/>
        <w:ind w:left="720"/>
      </w:pPr>
      <w:r/>
      <w:hyperlink r:id="rId11">
        <w:r>
          <w:rPr>
            <w:color w:val="0000EE"/>
            <w:u w:val="single"/>
          </w:rPr>
          <w:t>https://www.levantecinema.com/</w:t>
        </w:r>
      </w:hyperlink>
      <w:r>
        <w:t xml:space="preserve"> - LEVANTE Festival de Curtas-metragens de Pelotas is an event dedicated to short films, featuring competitions, animation workshops, audiovisual workshops, debate tables, a critique laboratory, and a children's showcase. The festival aims to promote and celebrate short films, providing a platform for filmmakers and audiences to engage with diverse cinematic works. The event is scheduled to take place from October 13 to 17, 2025, at Cine UFPel in Pelotas, Rio Grande do Sul.</w:t>
      </w:r>
      <w:r/>
    </w:p>
    <w:p>
      <w:pPr>
        <w:pStyle w:val="ListNumber"/>
        <w:spacing w:line="240" w:lineRule="auto"/>
        <w:ind w:left="720"/>
      </w:pPr>
      <w:r/>
      <w:hyperlink r:id="rId12">
        <w:r>
          <w:rPr>
            <w:color w:val="0000EE"/>
            <w:u w:val="single"/>
          </w:rPr>
          <w:t>https://www.radiocom.org.br/2025/05/05/mostra-brasil-profano-leva-cinema-lgbtqiap-gratuito-ao-cine-ufpel-nesta-sexta/</w:t>
        </w:r>
      </w:hyperlink>
      <w:r>
        <w:t xml:space="preserve"> - On May 9, 2025, Pelotas hosted the first edition of the Mostra Nacional de Cinema Brasil Profano at Cine UFPel. The event, organised by the Ruidosa Alma collective in partnership with the Transpoéticas extension project and the Federal University of Pelotas (UFPel), showcased 14 short and medium-length films that explore LGBTQIAP+ experiences through narratives that traverse the sacred, the profane, the visible, and the invisible. The initiative aimed to reflect on identity, belonging, and dissident forms of existence.</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filmmakers.festhome.com/f/10533/1/1" TargetMode="External"/><Relationship Id="rId10" Type="http://schemas.openxmlformats.org/officeDocument/2006/relationships/hyperlink" Target="https://www.pelotas.rs.gov.br/noticia/paula-visita-mostra-lgbt-pelotas" TargetMode="External"/><Relationship Id="rId11" Type="http://schemas.openxmlformats.org/officeDocument/2006/relationships/hyperlink" Target="https://www.levantecinema.com/" TargetMode="External"/><Relationship Id="rId12" Type="http://schemas.openxmlformats.org/officeDocument/2006/relationships/hyperlink" Target="https://www.radiocom.org.br/2025/05/05/mostra-brasil-profano-leva-cinema-lgbtqiap-gratuito-ao-cine-ufpel-nesta-sexta/" TargetMode="External"/><Relationship Id="rId13" Type="http://schemas.openxmlformats.org/officeDocument/2006/relationships/hyperlink" Target="https://www.pelotas.com.br/conselhos/conselho-lgbt" TargetMode="External"/><Relationship Id="rId14" Type="http://schemas.openxmlformats.org/officeDocument/2006/relationships/hyperlink" Target="https://www.ruidosqueer.co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