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Leon’s of Baltimore Temporarily Closes After Owner’s Death — What It Means for the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Shocked regulars are mourning as Leon’s of Baltimore, the city’s oldest gay bar, temporarily closes after the death of beloved owner Ron Singer; the Mount Vernon landmark’s pause matters because it’s more than a place to drink , it’s a community hub and a decades‑long local tradition.</w:t>
      </w:r>
      <w:r/>
    </w:p>
    <w:p>
      <w:r/>
      <w:r>
        <w:t>Essential Takeaways</w:t>
      </w:r>
      <w:r/>
      <w:r/>
    </w:p>
    <w:p>
      <w:pPr>
        <w:pStyle w:val="ListBullet"/>
        <w:spacing w:line="240" w:lineRule="auto"/>
        <w:ind w:left="720"/>
      </w:pPr>
      <w:r/>
      <w:r>
        <w:rPr>
          <w:b/>
        </w:rPr>
        <w:t>Historic spot:</w:t>
      </w:r>
      <w:r>
        <w:t xml:space="preserve"> Leon’s is one of the nation’s oldest gay bars and a long‑standing Mount Vernon institution with deep local roots. </w:t>
      </w:r>
      <w:r/>
    </w:p>
    <w:p>
      <w:pPr>
        <w:pStyle w:val="ListBullet"/>
        <w:spacing w:line="240" w:lineRule="auto"/>
        <w:ind w:left="720"/>
      </w:pPr>
      <w:r/>
      <w:r>
        <w:rPr>
          <w:b/>
        </w:rPr>
        <w:t>Reason for closure:</w:t>
      </w:r>
      <w:r>
        <w:t xml:space="preserve"> Owner Ron Singer, who ran the bar for many years and was known for generous community work, died at 66. </w:t>
      </w:r>
      <w:r/>
    </w:p>
    <w:p>
      <w:pPr>
        <w:pStyle w:val="ListBullet"/>
        <w:spacing w:line="240" w:lineRule="auto"/>
        <w:ind w:left="720"/>
      </w:pPr>
      <w:r/>
      <w:r>
        <w:rPr>
          <w:b/>
        </w:rPr>
        <w:t>Temporary pause:</w:t>
      </w:r>
      <w:r>
        <w:t xml:space="preserve"> The team has shut doors to grieve and to manage the business transition, promising to reopen as soon as practical. </w:t>
      </w:r>
      <w:r/>
    </w:p>
    <w:p>
      <w:pPr>
        <w:pStyle w:val="ListBullet"/>
        <w:spacing w:line="240" w:lineRule="auto"/>
        <w:ind w:left="720"/>
      </w:pPr>
      <w:r/>
      <w:r>
        <w:rPr>
          <w:b/>
        </w:rPr>
        <w:t>Local reaction:</w:t>
      </w:r>
      <w:r>
        <w:t xml:space="preserve"> Regulars gathered for a final service shift and offered support, donations, and memories , the atmosphere was warm, quiet, and soulful. </w:t>
      </w:r>
      <w:r/>
    </w:p>
    <w:p>
      <w:pPr>
        <w:pStyle w:val="ListBullet"/>
        <w:spacing w:line="240" w:lineRule="auto"/>
        <w:ind w:left="720"/>
      </w:pPr>
      <w:r/>
      <w:r>
        <w:rPr>
          <w:b/>
        </w:rPr>
        <w:t>Alternatives nearby:</w:t>
      </w:r>
      <w:r>
        <w:t xml:space="preserve"> Baltimore’s LGBTQ+ scene still has other venues like The Drinkery, Mixers and Melanie’s at Griffith’s Tavern while Leon’s is closed.</w:t>
      </w:r>
      <w:r/>
      <w:r/>
    </w:p>
    <w:p>
      <w:pPr>
        <w:pStyle w:val="Heading2"/>
      </w:pPr>
      <w:r>
        <w:t>What happened , the immediate news and the scene at Leon’s</w:t>
      </w:r>
      <w:r/>
    </w:p>
    <w:p>
      <w:r/>
      <w:r>
        <w:t>News broke after Leon’s announced the unexpected passing of owner Ron Singer, and the bar closed early so staff could attend his funeral. The atmosphere outside was a mix of hush and shared stories, a place that smells faintly of polished wood and beer, the kind of comfort only longtime local bars deliver. According to WBAL and other outlets, Singer died at 66, and his loss prompted the team to move from cash‑only operation to a temporary full closure to organise next steps.</w:t>
      </w:r>
      <w:r/>
    </w:p>
    <w:p>
      <w:pPr>
        <w:pStyle w:val="Heading2"/>
      </w:pPr>
      <w:r>
        <w:t>Why Leon’s matters beyond being “just a bar”</w:t>
      </w:r>
      <w:r/>
    </w:p>
    <w:p>
      <w:r/>
      <w:r>
        <w:t>Leon's isn’t simply a late‑night spot; it’s a gathering place where generations in Baltimore’s queer community have celebrated, grieved and found one another. Media coverage highlights Singer’s philanthropic streak , free Thanksgiving meals and a steadfast welcome for anyone needing a seat. That kind of social infrastructure can’t be replaced overnight, which is why the pause feels heavy for regulars and why reopening matters to many.</w:t>
      </w:r>
      <w:r/>
    </w:p>
    <w:p>
      <w:pPr>
        <w:pStyle w:val="Heading2"/>
      </w:pPr>
      <w:r>
        <w:t>How the team is handling the transition</w:t>
      </w:r>
      <w:r/>
    </w:p>
    <w:p>
      <w:r/>
      <w:r>
        <w:t>The owners and staff have been candid about needing time to grieve and figure out operations. They ran one final special shift for regulars and bartenders, then announced a temporary closure while they work on the business transition. Leon’s social posts asked for patience and said they’re trying to reopen “as fast as possible.” Practical steps for loyal customers: keep an eye on official Leon’s channels for donation info, reopening updates, and any memorial events.</w:t>
      </w:r>
      <w:r/>
    </w:p>
    <w:p>
      <w:pPr>
        <w:pStyle w:val="Heading2"/>
      </w:pPr>
      <w:r>
        <w:t>The wider local scene , where people are going now</w:t>
      </w:r>
      <w:r/>
    </w:p>
    <w:p>
      <w:r/>
      <w:r>
        <w:t>Baltimore still offers other LGBTQ+ hangouts, so regulars have temporary alternatives nearby. Places such as The Drinkery, Mixers and Melanie’s at Griffith’s Tavern are already hosting people who’d usually be at Leon’s. Community members are swapping tips on where to meet, which nights feel most like the old place, and who to call if someone needs a friendly face. It’s a reminder that neighbourhood nightlife is resilient, even when a landmark takes a breather.</w:t>
      </w:r>
      <w:r/>
    </w:p>
    <w:p>
      <w:pPr>
        <w:pStyle w:val="Heading2"/>
      </w:pPr>
      <w:r>
        <w:t>Why this matters to readers beyond Baltimore</w:t>
      </w:r>
      <w:r/>
    </w:p>
    <w:p>
      <w:r/>
      <w:r>
        <w:t>Local bars like Leon’s act as social safety nets: they offer belonging, mutual aid and continuity. When one closes , even temporarily , it exposes how much social infrastructure we take for granted. For anyone who cares about preserving queer spaces, Ron Singer’s passing and Leon’s closure are a prompt to support local venues, show up to reopenings, or donate if the family or staff set up a fund.</w:t>
      </w:r>
      <w:r/>
    </w:p>
    <w:p>
      <w:r/>
      <w:r>
        <w:t>It’s a small pause with a big heart , and many in Baltimore are already planning to help Leon’s come back.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1">
        <w:r>
          <w:rPr>
            <w:color w:val="0000EE"/>
            <w:u w:val="single"/>
          </w:rPr>
          <w:t>[7]</w:t>
        </w:r>
      </w:hyperlink>
      <w:r>
        <w:t xml:space="preserve">, </w:t>
      </w:r>
      <w:hyperlink r:id="rId12">
        <w:r>
          <w:rPr>
            <w:color w:val="0000EE"/>
            <w:u w:val="single"/>
          </w:rPr>
          <w:t>[3]</w:t>
        </w:r>
      </w:hyperlink>
      <w:r>
        <w:t xml:space="preserve">- Paragraph 3: </w:t>
      </w:r>
      <w:hyperlink r:id="rId13">
        <w:r>
          <w:rPr>
            <w:color w:val="0000EE"/>
            <w:u w:val="single"/>
          </w:rPr>
          <w:t>[6]</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[7]</w:t>
        </w:r>
      </w:hyperlink>
      <w:r>
        <w:t xml:space="preserve">- Paragraph 5: </w:t>
      </w:r>
      <w:hyperlink r:id="rId14">
        <w:r>
          <w:rPr>
            <w:color w:val="0000EE"/>
            <w:u w:val="single"/>
          </w:rPr>
          <w:t>[5]</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https://www.gaycities.com/articles/106161/heres-why-leons-the-oldest-gay-bar-in-baltimore-is-temporarily-closing/</w:t>
        </w:r>
      </w:hyperlink>
      <w:r>
        <w:t xml:space="preserve"> - Please view link - unable to able to access data</w:t>
      </w:r>
      <w:r/>
    </w:p>
    <w:p>
      <w:pPr>
        <w:pStyle w:val="ListNumber"/>
        <w:spacing w:line="240" w:lineRule="auto"/>
        <w:ind w:left="720"/>
      </w:pPr>
      <w:r/>
      <w:hyperlink r:id="rId10">
        <w:r>
          <w:rPr>
            <w:color w:val="0000EE"/>
            <w:u w:val="single"/>
          </w:rPr>
          <w:t>https://www.wbal.com/ron-singer-owner-of-leons-backroom-bar-dies</w:t>
        </w:r>
      </w:hyperlink>
      <w:r>
        <w:t xml:space="preserve"> - Ron Singer, the owner of Leon's Backroom Bar in Baltimore, passed away at the age of 66. The bar, a staple in the LGBTQIA+ community, has been operating since the 1930s. Singer had owned it for the past 20 years, and his funeral was scheduled for Friday. The bar plans to honour his legacy by continuing to serve the community he cherished.</w:t>
      </w:r>
      <w:r/>
    </w:p>
    <w:p>
      <w:pPr>
        <w:pStyle w:val="ListNumber"/>
        <w:spacing w:line="240" w:lineRule="auto"/>
        <w:ind w:left="720"/>
      </w:pPr>
      <w:r/>
      <w:hyperlink r:id="rId12">
        <w:r>
          <w:rPr>
            <w:color w:val="0000EE"/>
            <w:u w:val="single"/>
          </w:rPr>
          <w:t>https://www.thebanner.com/obituaries/ron-singer-leons-backroom-dies-mount-vernon-baltimore-HGQMOJJ7WVB6FDTN53ZC6HAGHU/</w:t>
        </w:r>
      </w:hyperlink>
      <w:r>
        <w:t xml:space="preserve"> - Ron Singer, aged 66, owner of Leon's Backroom Bar in Baltimore's Mount Vernon, passed away. The bar, a beloved establishment in the LGBTQIA+ community, has been a gathering place since 1957. Singer's funeral was set for Friday, and the bar expressed its commitment to honouring his legacy by maintaining the welcoming environment he fostered.</w:t>
      </w:r>
      <w:r/>
    </w:p>
    <w:p>
      <w:pPr>
        <w:pStyle w:val="ListNumber"/>
        <w:spacing w:line="240" w:lineRule="auto"/>
        <w:ind w:left="720"/>
      </w:pPr>
      <w:r/>
      <w:hyperlink r:id="rId15">
        <w:r>
          <w:rPr>
            <w:color w:val="0000EE"/>
            <w:u w:val="single"/>
          </w:rPr>
          <w:t>https://www.washingtonblade.com/2026/07/09/ron-singer-owner-of-popular-mount-vernon-gay-bar-leons-dies/</w:t>
        </w:r>
      </w:hyperlink>
      <w:r>
        <w:t xml:space="preserve"> - Ron Singer, the 66-year-old owner of Leon's Backroom Bar in Baltimore's Mount Vernon, has died. The bar, a cherished spot in the LGBTQIA+ community, has been operating since 1957. Singer's funeral was scheduled for Friday, and the establishment expressed its dedication to preserving his legacy by keeping the bar a place the community knows and loves.</w:t>
      </w:r>
      <w:r/>
    </w:p>
    <w:p>
      <w:pPr>
        <w:pStyle w:val="ListNumber"/>
        <w:spacing w:line="240" w:lineRule="auto"/>
        <w:ind w:left="720"/>
      </w:pPr>
      <w:r/>
      <w:hyperlink r:id="rId14">
        <w:r>
          <w:rPr>
            <w:color w:val="0000EE"/>
            <w:u w:val="single"/>
          </w:rPr>
          <w:t>https://explore.baltimoreheritage.org/items/show/553</w:t>
        </w:r>
      </w:hyperlink>
      <w:r>
        <w:t xml:space="preserve"> - Leon's is Baltimore's oldest continuously operating gay bar, located at 870 Park Avenue. The bar's current name comes from Leon Lampe, who owned it during the 1930s. Since 1957, Leon's has been a gathering place for the LGBTQIA+ community, offering a safe and welcoming environment for patrons.</w:t>
      </w:r>
      <w:r/>
    </w:p>
    <w:p>
      <w:pPr>
        <w:pStyle w:val="ListNumber"/>
        <w:spacing w:line="240" w:lineRule="auto"/>
        <w:ind w:left="720"/>
      </w:pPr>
      <w:r/>
      <w:hyperlink r:id="rId13">
        <w:r>
          <w:rPr>
            <w:color w:val="0000EE"/>
            <w:u w:val="single"/>
          </w:rPr>
          <w:t>https://jmoreliving.com/2026/07/09/ron-singer-owner-of-leons-of-baltimore-dies-at-66/</w:t>
        </w:r>
      </w:hyperlink>
      <w:r>
        <w:t xml:space="preserve"> - Ronald Michael Singer, owner of Leon's of Baltimore, passed away at 66. The bar, located in Mount Vernon, has been a cornerstone of the LGBTQIA+ community since 1957. Singer's funeral was scheduled for Friday, and the establishment expressed its commitment to honouring his legacy by keeping Leon's the place everyone knows and loves.</w:t>
      </w:r>
      <w:r/>
    </w:p>
    <w:p>
      <w:pPr>
        <w:pStyle w:val="ListNumber"/>
        <w:spacing w:line="240" w:lineRule="auto"/>
        <w:ind w:left="720"/>
      </w:pPr>
      <w:r/>
      <w:hyperlink r:id="rId11">
        <w:r>
          <w:rPr>
            <w:color w:val="0000EE"/>
            <w:u w:val="single"/>
          </w:rPr>
          <w:t>https://www.wbaltv.com/article/ron-singer-dies-leons-backroom-bar-baltimore/71897210</w:t>
        </w:r>
      </w:hyperlink>
      <w:r>
        <w:t xml:space="preserve"> - Ron Singer, owner of Leon's Backroom Bar in Baltimore, has passed away. The bar, a staple in the LGBTQIA+ community, has been operating since the 1930s. Singer had owned it for the last 20 years, and his funeral was scheduled for Friday. The bar plans to honour his legacy by continuing to serve the community he cherished.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aycities.com/articles/106161/heres-why-leons-the-oldest-gay-bar-in-baltimore-is-temporarily-closing/" TargetMode="External"/><Relationship Id="rId10" Type="http://schemas.openxmlformats.org/officeDocument/2006/relationships/hyperlink" Target="https://www.wbal.com/ron-singer-owner-of-leons-backroom-bar-dies" TargetMode="External"/><Relationship Id="rId11" Type="http://schemas.openxmlformats.org/officeDocument/2006/relationships/hyperlink" Target="https://www.wbaltv.com/article/ron-singer-dies-leons-backroom-bar-baltimore/71897210" TargetMode="External"/><Relationship Id="rId12" Type="http://schemas.openxmlformats.org/officeDocument/2006/relationships/hyperlink" Target="https://www.thebanner.com/obituaries/ron-singer-leons-backroom-dies-mount-vernon-baltimore-HGQMOJJ7WVB6FDTN53ZC6HAGHU/" TargetMode="External"/><Relationship Id="rId13" Type="http://schemas.openxmlformats.org/officeDocument/2006/relationships/hyperlink" Target="https://jmoreliving.com/2026/07/09/ron-singer-owner-of-leons-of-baltimore-dies-at-66/" TargetMode="External"/><Relationship Id="rId14" Type="http://schemas.openxmlformats.org/officeDocument/2006/relationships/hyperlink" Target="https://explore.baltimoreheritage.org/items/show/553" TargetMode="External"/><Relationship Id="rId15" Type="http://schemas.openxmlformats.org/officeDocument/2006/relationships/hyperlink" Target="https://www.washingtonblade.com/2026/07/09/ron-singer-owner-of-popular-mount-vernon-gay-bar-leons-d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