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WCW Queer Queens to Follow Right Now — Women Crush Wednesday roundup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from the feed: Women Crush Wednesday is back with a fresh list of 50 queer queens taking over timelines, from bisexual baddies to lesbian luminaries , who they are, why they matter, and where to find them. It’s a bright, buzzy snapshot of visibility and style that reads like a mood board.</w:t>
      </w:r>
      <w:r/>
    </w:p>
    <w:p>
      <w:r/>
      <w:r>
        <w:t>Essential Takeaways</w:t>
      </w:r>
      <w:r/>
      <w:r/>
    </w:p>
    <w:p>
      <w:pPr>
        <w:pStyle w:val="ListBullet"/>
        <w:spacing w:line="240" w:lineRule="auto"/>
        <w:ind w:left="720"/>
      </w:pPr>
      <w:r/>
      <w:r>
        <w:rPr>
          <w:b/>
        </w:rPr>
        <w:t>Diverse lineup:</w:t>
      </w:r>
      <w:r>
        <w:t xml:space="preserve"> The roundup highlights 50 queer women across identities and aesthetics, offering a mix of celebrities, creators and rising stars.</w:t>
      </w:r>
      <w:r/>
    </w:p>
    <w:p>
      <w:pPr>
        <w:pStyle w:val="ListBullet"/>
        <w:spacing w:line="240" w:lineRule="auto"/>
        <w:ind w:left="720"/>
      </w:pPr>
      <w:r/>
      <w:r>
        <w:rPr>
          <w:b/>
        </w:rPr>
        <w:t>Cultural moment:</w:t>
      </w:r>
      <w:r>
        <w:t xml:space="preserve"> These picks reflect growing mainstream visibility for queer women in entertainment and social media.</w:t>
      </w:r>
      <w:r/>
    </w:p>
    <w:p>
      <w:pPr>
        <w:pStyle w:val="ListBullet"/>
        <w:spacing w:line="240" w:lineRule="auto"/>
        <w:ind w:left="720"/>
      </w:pPr>
      <w:r/>
      <w:r>
        <w:rPr>
          <w:b/>
        </w:rPr>
        <w:t>Easy to follow:</w:t>
      </w:r>
      <w:r>
        <w:t xml:space="preserve"> Most profiles point readers to platforms like Instagram and mainstream press coverage, so you can start following in minutes.</w:t>
      </w:r>
      <w:r/>
    </w:p>
    <w:p>
      <w:pPr>
        <w:pStyle w:val="ListBullet"/>
        <w:spacing w:line="240" w:lineRule="auto"/>
        <w:ind w:left="720"/>
      </w:pPr>
      <w:r/>
      <w:r>
        <w:rPr>
          <w:b/>
        </w:rPr>
        <w:t>Style &amp; voice:</w:t>
      </w:r>
      <w:r>
        <w:t xml:space="preserve"> Expect striking visuals, bold fashion and candid takes , profiles are as much about personality as they are about influence.</w:t>
      </w:r>
      <w:r/>
      <w:r/>
    </w:p>
    <w:p>
      <w:pPr>
        <w:pStyle w:val="Heading2"/>
      </w:pPr>
      <w:r>
        <w:t>Why this WCW list matters now</w:t>
      </w:r>
      <w:r/>
    </w:p>
    <w:p>
      <w:r/>
      <w:r>
        <w:t>Women Crush Wednesday lists have turned into a weekly cultural thermometer, and this latest compilation channels that energy into queer representation. According to earlier MadameNoire features, these roundups consistently mix runway-ready celebs with grassroots creators, so you get the glamour and the grit. For readers, it’s both an entertainment scroll and a reminder that queer women’s visibility is expanding in mainstream spaces. If you want to diversify your feed, this is a quick, feel-good place to start.</w:t>
      </w:r>
      <w:r/>
    </w:p>
    <w:p>
      <w:pPr>
        <w:pStyle w:val="Heading2"/>
      </w:pPr>
      <w:r>
        <w:t>Who’s on the list , familiar faces and new crushes</w:t>
      </w:r>
      <w:r/>
    </w:p>
    <w:p>
      <w:r/>
      <w:r>
        <w:t>The selection folds established names alongside breakout personalities, so you’ll recognise a few and discover many more. Publications like MadameNoire have been curating similar lists for years, which helps shape what audiences see and celebrate. Look for people who pair striking visuals with candid takes on identity , they make for the most engaging follows. If you’re choosing who to add first, pick someone whose content you’d actually enjoy scrolling through daily.</w:t>
      </w:r>
      <w:r/>
    </w:p>
    <w:p>
      <w:pPr>
        <w:pStyle w:val="Heading2"/>
      </w:pPr>
      <w:r>
        <w:t>How these features shape queer visibility</w:t>
      </w:r>
      <w:r/>
    </w:p>
    <w:p>
      <w:r/>
      <w:r>
        <w:t>Weekly spotlights like this don’t just highlight style, they normalise presence. By featuring 50 queer women at once, the roundup broadens the idea of who gets celebrated. Media outlets have increasingly featured such lists because readers respond to personality-driven content. For brands and readers alike, that means more opportunities to discover authentic voices instead of one-note representations. Follow a mix of creators and public figures to get that fuller picture.</w:t>
      </w:r>
      <w:r/>
    </w:p>
    <w:p>
      <w:pPr>
        <w:pStyle w:val="Heading2"/>
      </w:pPr>
      <w:r>
        <w:t>Practical tips for following responsibly</w:t>
      </w:r>
      <w:r/>
    </w:p>
    <w:p>
      <w:r/>
      <w:r>
        <w:t>Want to expand your feed without getting overwhelmed? Start small: add three people from different corners of the list , a public figure, an indie creator and someone local or community-led. Engage thoughtfully: like, comment, or share content you genuinely appreciate. And remember privacy and boundaries , celebrate visibility, but avoid prying into personal lives beyond what creators choose to share. Your follow can be a small but meaningful show of support.</w:t>
      </w:r>
      <w:r/>
    </w:p>
    <w:p>
      <w:pPr>
        <w:pStyle w:val="Heading2"/>
      </w:pPr>
      <w:r>
        <w:t>Where to keep up weekly WCW picks</w:t>
      </w:r>
      <w:r/>
    </w:p>
    <w:p>
      <w:r/>
      <w:r>
        <w:t>If you enjoy these roundups, bookmark the sites that publish them or save the posts for later. MadameNoire and outlets that re-share the lists often include links and images, making it easy to build a roster of creators you admire. Treat it like a playlist , rotate new follows in and out so your feed stays fresh. And if a particular profile resonates, look for other platforms they use; many queer creators cross-post on Instagram, Threads and TikTok.</w:t>
      </w:r>
      <w:r/>
    </w:p>
    <w:p>
      <w:r/>
      <w:r>
        <w:t>It's a small change that can make your feed feel more vibrant and representative.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[4]</w:t>
        </w:r>
      </w:hyperlink>
      <w:r>
        <w:t xml:space="preserve">, </w:t>
      </w:r>
      <w:hyperlink r:id="rId10">
        <w:r>
          <w:rPr>
            <w:color w:val="0000EE"/>
            <w:u w:val="single"/>
          </w:rPr>
          <w:t>[2]</w:t>
        </w:r>
      </w:hyperlink>
      <w:r>
        <w:t xml:space="preserve">- Paragraph 4: </w:t>
      </w:r>
      <w:hyperlink r:id="rId13">
        <w:r>
          <w:rPr>
            <w:color w:val="0000EE"/>
            <w:u w:val="single"/>
          </w:rPr>
          <w:t>[5]</w:t>
        </w:r>
      </w:hyperlink>
      <w:r>
        <w:t xml:space="preserve">, </w:t>
      </w:r>
      <w:hyperlink r:id="rId12">
        <w:r>
          <w:rPr>
            <w:color w:val="0000EE"/>
            <w:u w:val="single"/>
          </w:rPr>
          <w:t>[3]</w:t>
        </w:r>
      </w:hyperlink>
      <w:r>
        <w:t xml:space="preserve">- Paragraph 5: </w:t>
      </w:r>
      <w:hyperlink r:id="rId11">
        <w:r>
          <w:rPr>
            <w:color w:val="0000EE"/>
            <w:u w:val="single"/>
          </w:rPr>
          <w:t>[6]</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https://octobergallery.com/wcw-vol-31-from-bisexual-baddies-to-lesbian-ladies-50-queer-queens-worthy-of-our-women-crush/</w:t>
        </w:r>
      </w:hyperlink>
      <w:r>
        <w:t xml:space="preserve"> - Please view link - unable to able to access data</w:t>
      </w:r>
      <w:r/>
    </w:p>
    <w:p>
      <w:pPr>
        <w:pStyle w:val="ListNumber"/>
        <w:spacing w:line="240" w:lineRule="auto"/>
        <w:ind w:left="720"/>
      </w:pPr>
      <w:r/>
      <w:hyperlink r:id="rId10">
        <w:r>
          <w:rPr>
            <w:color w:val="0000EE"/>
            <w:u w:val="single"/>
          </w:rPr>
          <w:t>https://madamenoire.com/1677275/wcw-women-crush-wednesday-sexy-queer-queens-vol-27/</w:t>
        </w:r>
      </w:hyperlink>
      <w:r>
        <w:t xml:space="preserve"> - MadameNoire's 'Women Crush Wednesday' series highlights 50 Black queer women each week. In Volume 27, published on June 17, 2026, the list features notable figures such as Lena Waithe, Tessa Thompson, and Megan Thee Stallion. The article celebrates these individuals for their contributions to the LGBTQIA+ community and their prominence in various industries, including entertainment and sports. The piece underscores the importance of visibility and representation for queer women, acknowledging their impact and presence in mainstream culture.</w:t>
      </w:r>
      <w:r/>
    </w:p>
    <w:p>
      <w:pPr>
        <w:pStyle w:val="ListNumber"/>
        <w:spacing w:line="240" w:lineRule="auto"/>
        <w:ind w:left="720"/>
      </w:pPr>
      <w:r/>
      <w:hyperlink r:id="rId12">
        <w:r>
          <w:rPr>
            <w:color w:val="0000EE"/>
            <w:u w:val="single"/>
          </w:rPr>
          <w:t>https://madamenoire.com/1598505/sexy-queer-queens-women-crush-wednesday-vol-3/</w:t>
        </w:r>
      </w:hyperlink>
      <w:r>
        <w:t xml:space="preserve"> - In Volume 3 of MadameNoire's 'Women Crush Wednesday' series, published on December 24, 2025, the article showcases 50 Black queer women making significant impacts in their respective fields. The list includes community organizers, arts advocates, and producers, highlighting their contributions to the LGBTQIA+ community. The piece emphasizes the importance of representation and visibility for queer women, celebrating their achievements and the diverse roles they occupy in society.</w:t>
      </w:r>
      <w:r/>
    </w:p>
    <w:p>
      <w:pPr>
        <w:pStyle w:val="ListNumber"/>
        <w:spacing w:line="240" w:lineRule="auto"/>
        <w:ind w:left="720"/>
      </w:pPr>
      <w:r/>
      <w:hyperlink r:id="rId14">
        <w:r>
          <w:rPr>
            <w:color w:val="0000EE"/>
            <w:u w:val="single"/>
          </w:rPr>
          <w:t>https://madamenoire.com/1669369/wcw-women-crush-wednesday-sexy-queer-queens-vol-19/</w:t>
        </w:r>
      </w:hyperlink>
      <w:r>
        <w:t xml:space="preserve"> - Volume 19 of MadameNoire's 'Women Crush Wednesday' series, published on April 22, 2026, focuses on 50 queer women during Lesbian Visibility Week. The article features individuals like Janelle Monae, Doechii, and Kehlani, celebrating their contributions to the LGBTQIA+ community. It highlights the significance of Lesbian Visibility Week, a movement launched in 1990 to celebrate lesbians, queer women, and nonbinary individuals, emphasizing the ongoing need for representation and support.</w:t>
      </w:r>
      <w:r/>
    </w:p>
    <w:p>
      <w:pPr>
        <w:pStyle w:val="ListNumber"/>
        <w:spacing w:line="240" w:lineRule="auto"/>
        <w:ind w:left="720"/>
      </w:pPr>
      <w:r/>
      <w:hyperlink r:id="rId13">
        <w:r>
          <w:rPr>
            <w:color w:val="0000EE"/>
            <w:u w:val="single"/>
          </w:rPr>
          <w:t>https://madamenoire.com/1678192/wcw-women-crush-wednesday-sexy-queer-queens-vol-28/</w:t>
        </w:r>
      </w:hyperlink>
      <w:r>
        <w:t xml:space="preserve"> - Published on June 24, 2026, Volume 28 of MadameNoire's 'Women Crush Wednesday' series features 50 queer women, including Porsha Williams, Kehlani, and Megan Thee Stallion. The article celebrates these individuals for their influence in the LGBTQIA+ community and their prominence in various industries. It underscores the importance of representation and visibility for queer women, acknowledging their impact and presence in mainstream culture.</w:t>
      </w:r>
      <w:r/>
    </w:p>
    <w:p>
      <w:pPr>
        <w:pStyle w:val="ListNumber"/>
        <w:spacing w:line="240" w:lineRule="auto"/>
        <w:ind w:left="720"/>
      </w:pPr>
      <w:r/>
      <w:hyperlink r:id="rId11">
        <w:r>
          <w:rPr>
            <w:color w:val="0000EE"/>
            <w:u w:val="single"/>
          </w:rPr>
          <w:t>https://blkalerts.com/2026/07/08/wcw-vol-30-femme-stud-everything-in-between-these-50-queer-queens-are-worthy-of-women-crush-wednesday/</w:t>
        </w:r>
      </w:hyperlink>
      <w:r>
        <w:t xml:space="preserve"> - Volume 30 of MadameNoire's 'Women Crush Wednesday' series, published on July 8, 2026, highlights 50 queer women, including Keke Palmer. The article celebrates these individuals for their contributions to the LGBTQIA+ community and their prominence in various industries. It emphasizes the importance of representation and visibility for queer women, acknowledging their impact and presence in mainstream culture.</w:t>
      </w:r>
      <w:r/>
    </w:p>
    <w:p>
      <w:pPr>
        <w:pStyle w:val="ListNumber"/>
        <w:spacing w:line="240" w:lineRule="auto"/>
        <w:ind w:left="720"/>
      </w:pPr>
      <w:r/>
      <w:hyperlink r:id="rId9">
        <w:r>
          <w:rPr>
            <w:color w:val="0000EE"/>
            <w:u w:val="single"/>
          </w:rPr>
          <w:t>https://octobergallery.com/wcw-vol-31-from-bisexual-baddies-to-lesbian-ladies-50-queer-queens-worthy-of-our-women-crush/</w:t>
        </w:r>
      </w:hyperlink>
      <w:r>
        <w:t xml:space="preserve"> - The article from October Gallery Museum, dated July 16, 2026, presents Volume 31 of MadameNoire's 'Women Crush Wednesday' series. It features 50 queer women, including Porsha Williams, and highlights their contributions to the LGBTQIA+ community. The piece underscores the importance of representation and visibility for queer women, acknowledging their impact and presence in mainstream culture.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ctobergallery.com/wcw-vol-31-from-bisexual-baddies-to-lesbian-ladies-50-queer-queens-worthy-of-our-women-crush/" TargetMode="External"/><Relationship Id="rId10" Type="http://schemas.openxmlformats.org/officeDocument/2006/relationships/hyperlink" Target="https://madamenoire.com/1677275/wcw-women-crush-wednesday-sexy-queer-queens-vol-27/" TargetMode="External"/><Relationship Id="rId11" Type="http://schemas.openxmlformats.org/officeDocument/2006/relationships/hyperlink" Target="https://blkalerts.com/2026/07/08/wcw-vol-30-femme-stud-everything-in-between-these-50-queer-queens-are-worthy-of-women-crush-wednesday/" TargetMode="External"/><Relationship Id="rId12" Type="http://schemas.openxmlformats.org/officeDocument/2006/relationships/hyperlink" Target="https://madamenoire.com/1598505/sexy-queer-queens-women-crush-wednesday-vol-3/" TargetMode="External"/><Relationship Id="rId13" Type="http://schemas.openxmlformats.org/officeDocument/2006/relationships/hyperlink" Target="https://madamenoire.com/1678192/wcw-women-crush-wednesday-sexy-queer-queens-vol-28/" TargetMode="External"/><Relationship Id="rId14" Type="http://schemas.openxmlformats.org/officeDocument/2006/relationships/hyperlink" Target="https://madamenoire.com/1669369/wcw-women-crush-wednesday-sexy-queer-queens-vol-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