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Enjoy Leeds Pride 2026: Accessibility, Parade Times and What to Expect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loudly and kindly , Leeds Pride returns, with a colourful parade, accessible viewing areas and community-driven events that matter to locals and visitors alike; here’s what to know about times, access, and the atmosphere so you can plan a brilliant day out.</w:t>
      </w:r>
      <w:r/>
    </w:p>
    <w:p>
      <w:r/>
      <w:r>
        <w:t>Essential Takeaways</w:t>
      </w:r>
      <w:r/>
      <w:r/>
    </w:p>
    <w:p>
      <w:pPr>
        <w:pStyle w:val="ListBullet"/>
        <w:spacing w:line="240" w:lineRule="auto"/>
        <w:ind w:left="720"/>
      </w:pPr>
      <w:r/>
      <w:r>
        <w:rPr>
          <w:b/>
        </w:rPr>
        <w:t>Parade start:</w:t>
      </w:r>
      <w:r>
        <w:t xml:space="preserve"> The parade begins at 12.30pm on Sunday opposite Leeds Town Hall and proceeds down to Lower Briggate, offering a lively route through the city centre.</w:t>
      </w:r>
      <w:r/>
    </w:p>
    <w:p>
      <w:pPr>
        <w:pStyle w:val="ListBullet"/>
        <w:spacing w:line="240" w:lineRule="auto"/>
        <w:ind w:left="720"/>
      </w:pPr>
      <w:r/>
      <w:r>
        <w:rPr>
          <w:b/>
        </w:rPr>
        <w:t>Access provisions:</w:t>
      </w:r>
      <w:r>
        <w:t xml:space="preserve"> There’s an access bus in the parade and raised Accessible Viewing Areas (AVAs) at Millennium Square and Lower Briggate, plus changing places and accessible toilets nearby.</w:t>
      </w:r>
      <w:r/>
    </w:p>
    <w:p>
      <w:pPr>
        <w:pStyle w:val="ListBullet"/>
        <w:spacing w:line="240" w:lineRule="auto"/>
        <w:ind w:left="720"/>
      </w:pPr>
      <w:r/>
      <w:r>
        <w:rPr>
          <w:b/>
        </w:rPr>
        <w:t>Community support:</w:t>
      </w:r>
      <w:r>
        <w:t xml:space="preserve"> Leeds City Council, local businesses and sponsors back the event, highlighting its status as one of the UK’s largest Pride celebrations.</w:t>
      </w:r>
      <w:r/>
    </w:p>
    <w:p>
      <w:pPr>
        <w:pStyle w:val="ListBullet"/>
        <w:spacing w:line="240" w:lineRule="auto"/>
        <w:ind w:left="720"/>
      </w:pPr>
      <w:r/>
      <w:r>
        <w:rPr>
          <w:b/>
        </w:rPr>
        <w:t>Family-friendly and festive:</w:t>
      </w:r>
      <w:r>
        <w:t xml:space="preserve"> Expect colourful floats, music stages, cabaret and performances across the weekend , a vibrant, welcoming atmosphere for all.</w:t>
      </w:r>
      <w:r/>
      <w:r/>
    </w:p>
    <w:p>
      <w:pPr>
        <w:pStyle w:val="Heading2"/>
      </w:pPr>
      <w:r>
        <w:t>Where and when to be for the best view</w:t>
      </w:r>
      <w:r/>
    </w:p>
    <w:p>
      <w:r/>
      <w:r>
        <w:t>The parade gets going at 12.30pm opposite Leeds Town Hall, so arrive early if you want a good spot or need to use the AVA. The route down to Lower Briggate gives you several vantage points, from the civic drama of the Town Hall to the buzz around the shopping streets.</w:t>
      </w:r>
      <w:r/>
    </w:p>
    <w:p>
      <w:r/>
      <w:r>
        <w:t>According to Leeds City Council, the procession is firmly timed so crowds, performers and the access bus can move smoothly. If you like a quieter spot, nip around side streets early; if you want the spectacle, station yourself near the start.</w:t>
      </w:r>
      <w:r/>
    </w:p>
    <w:p>
      <w:r/>
      <w:r>
        <w:t>Practical tip: bring a small fold-up chair and a lightweight waterproof layer , Yorkshire weather loves surprises, and a little comfort goes a long way.</w:t>
      </w:r>
      <w:r/>
    </w:p>
    <w:p>
      <w:pPr>
        <w:pStyle w:val="Heading2"/>
      </w:pPr>
      <w:r>
        <w:t>Accessibility matters , what’s provided and how to use it</w:t>
      </w:r>
      <w:r/>
    </w:p>
    <w:p>
      <w:r/>
      <w:r>
        <w:t>Leeds Pride has clear access provisions: an access bus will be part of the parade for those who’ve booked places, and there are raised Accessible Viewing Areas at Millennium Square and Lower Briggate. Next to the AVA in Millennium Square you’ll find a changing places toilet and other accessible facilities, with more permanent accessible toilets under the square.</w:t>
      </w:r>
      <w:r/>
    </w:p>
    <w:p>
      <w:r/>
      <w:r>
        <w:t>Councillor Emma Flint emphasises that the council wants Pride to be genuinely inclusive, so booking in advance for AVA spaces or the access bus is sensible if you need guaranteed provision. Staff and stewards tend to be helpful on the day, but a quick email ahead will save you stress.</w:t>
      </w:r>
      <w:r/>
    </w:p>
    <w:p>
      <w:r/>
      <w:r>
        <w:t>For carers: bring any necessary paperwork or identification requested during booking, and check access maps on the official Pride site so you know where to head on arrival.</w:t>
      </w:r>
      <w:r/>
    </w:p>
    <w:p>
      <w:pPr>
        <w:pStyle w:val="Heading2"/>
      </w:pPr>
      <w:r>
        <w:t>What to expect on the entertainment front</w:t>
      </w:r>
      <w:r/>
    </w:p>
    <w:p>
      <w:r/>
      <w:r>
        <w:t>Leeds Pride has grown into a multi-stage festival, with music, cabaret and community stalls filling the weekend. Visit Leeds and Pride organisers usually announce line-ups featuring local talent and headline acts , expect a mix of pop, queer cabaret and family-friendly performances.</w:t>
      </w:r>
      <w:r/>
    </w:p>
    <w:p>
      <w:r/>
      <w:r>
        <w:t>If you’re coming for a particular act, check the official schedule early. Lines for main stages build up quickly, and smaller performances around the city often offer a more intimate, relaxed vibe.</w:t>
      </w:r>
      <w:r/>
    </w:p>
    <w:p>
      <w:r/>
      <w:r>
        <w:t>Insider note: keep an eye out for surprise pop-ups and community groups , they often bring the most heartfelt moments of the day.</w:t>
      </w:r>
      <w:r/>
    </w:p>
    <w:p>
      <w:pPr>
        <w:pStyle w:val="Heading2"/>
      </w:pPr>
      <w:r>
        <w:t>How the city supports Pride , sponsorship and community ties</w:t>
      </w:r>
      <w:r/>
    </w:p>
    <w:p>
      <w:r/>
      <w:r>
        <w:t>Leeds Pride benefits from council backing and local business sponsors, reflecting a long-term city commitment to visibility and inclusion. Organisers and civic leaders consistently highlight the work still to be done on inequalities, and Pride doubles as celebration and a reminder of that work.</w:t>
      </w:r>
      <w:r/>
    </w:p>
    <w:p>
      <w:r/>
      <w:r>
        <w:t>Sponsors, including cultural and sporting institutions, help fund accessible infrastructure and headline entertainment, which keeps the event free or low-cost for many attendees. That mix of municipal support and grassroots energy is what gives Leeds Pride its particular civic warmth.</w:t>
      </w:r>
      <w:r/>
    </w:p>
    <w:p>
      <w:r/>
      <w:r>
        <w:t>If you run a local business: volunteering or sponsoring a stall is a tangible way to show support and connect with thousands of visitors.</w:t>
      </w:r>
      <w:r/>
    </w:p>
    <w:p>
      <w:pPr>
        <w:pStyle w:val="Heading2"/>
      </w:pPr>
      <w:r>
        <w:t>Tips to plan a smoother Pride day</w:t>
      </w:r>
      <w:r/>
      <w:r/>
    </w:p>
    <w:p>
      <w:pPr>
        <w:pStyle w:val="ListBullet"/>
        <w:spacing w:line="240" w:lineRule="auto"/>
        <w:ind w:left="720"/>
      </w:pPr>
      <w:r/>
      <w:r>
        <w:t>Book AVA or access bus spots early if you need them; these spaces are reserved and can fill fast.</w:t>
      </w:r>
      <w:r/>
    </w:p>
    <w:p>
      <w:pPr>
        <w:pStyle w:val="ListBullet"/>
        <w:spacing w:line="240" w:lineRule="auto"/>
        <w:ind w:left="720"/>
      </w:pPr>
      <w:r/>
      <w:r>
        <w:t>Travel light and use public transport or park-and-ride , central streets will be busy and some roads closed for the parade.</w:t>
      </w:r>
      <w:r/>
    </w:p>
    <w:p>
      <w:pPr>
        <w:pStyle w:val="ListBullet"/>
        <w:spacing w:line="240" w:lineRule="auto"/>
        <w:ind w:left="720"/>
      </w:pPr>
      <w:r/>
      <w:r>
        <w:t>Stay hydrated and plan meet-up points with friends; mobile coverage can be patchy in dense crowds.</w:t>
      </w:r>
      <w:r/>
    </w:p>
    <w:p>
      <w:pPr>
        <w:pStyle w:val="ListBullet"/>
        <w:spacing w:line="240" w:lineRule="auto"/>
        <w:ind w:left="720"/>
      </w:pPr>
      <w:r/>
      <w:r>
        <w:t>Respect stewards and the community atmosphere , Pride is both a party and a platform.</w:t>
      </w:r>
      <w:r/>
      <w:r/>
    </w:p>
    <w:p>
      <w:r/>
      <w:r>
        <w:t>Leeds Pride remains a joyful, defiant city moment; go prepared, be kind, and you’ll have a memorable day.</w:t>
      </w:r>
      <w:r/>
    </w:p>
    <w:p>
      <w:r/>
      <w:r>
        <w:t>It's a small change to your plan that can make every moment easier and every memory brighter.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[3]</w:t>
        </w:r>
      </w:hyperlink>
      <w:r>
        <w:t xml:space="preserve">, </w:t>
      </w:r>
      <w:hyperlink r:id="rId11">
        <w:r>
          <w:rPr>
            <w:color w:val="0000EE"/>
            <w:u w:val="single"/>
          </w:rPr>
          <w:t>[4]</w:t>
        </w:r>
      </w:hyperlink>
      <w:r>
        <w:t xml:space="preserve">- Paragraph 3: </w:t>
      </w:r>
      <w:hyperlink r:id="rId11">
        <w:r>
          <w:rPr>
            <w:color w:val="0000EE"/>
            <w:u w:val="single"/>
          </w:rPr>
          <w:t>[4]</w:t>
        </w:r>
      </w:hyperlink>
      <w:r>
        <w:t xml:space="preserve">, </w:t>
      </w:r>
      <w:hyperlink r:id="rId12">
        <w:r>
          <w:rPr>
            <w:color w:val="0000EE"/>
            <w:u w:val="single"/>
          </w:rPr>
          <w:t>[5]</w:t>
        </w:r>
      </w:hyperlink>
      <w:r>
        <w:t xml:space="preserve">- Paragraph 4: </w:t>
      </w:r>
      <w:hyperlink r:id="rId10">
        <w:r>
          <w:rPr>
            <w:color w:val="0000EE"/>
            <w:u w:val="single"/>
          </w:rPr>
          <w:t>[3]</w:t>
        </w:r>
      </w:hyperlink>
      <w:r>
        <w:t xml:space="preserve">, </w:t>
      </w:r>
      <w:hyperlink r:id="rId13">
        <w:r>
          <w:rPr>
            <w:color w:val="0000EE"/>
            <w:u w:val="single"/>
          </w:rPr>
          <w:t>[6]</w:t>
        </w:r>
      </w:hyperlink>
      <w:r>
        <w:t xml:space="preserve">- Paragraph 5: </w:t>
      </w:r>
      <w:hyperlink r:id="rId12">
        <w:r>
          <w:rPr>
            <w:color w:val="0000EE"/>
            <w:u w:val="single"/>
          </w:rPr>
          <w:t>[5]</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https://www.leedsguide.co.uk/a-colourful-parade-celebrates-20-years-of-gay-pride/</w:t>
        </w:r>
      </w:hyperlink>
      <w:r>
        <w:t xml:space="preserve"> - Please view link - unable to able to access data</w:t>
      </w:r>
      <w:r/>
    </w:p>
    <w:p>
      <w:pPr>
        <w:pStyle w:val="ListNumber"/>
        <w:spacing w:line="240" w:lineRule="auto"/>
        <w:ind w:left="720"/>
      </w:pPr>
      <w:r/>
      <w:hyperlink r:id="rId9">
        <w:r>
          <w:rPr>
            <w:color w:val="0000EE"/>
            <w:u w:val="single"/>
          </w:rPr>
          <w:t>https://www.leedsguide.co.uk/a-colourful-parade-celebrates-20-years-of-gay-pride/</w:t>
        </w:r>
      </w:hyperlink>
      <w:r>
        <w:t xml:space="preserve"> - Leeds Pride, established in August 2006, marks its 20th anniversary in 2026. Supported by Leeds City Council and local businesses, the inaugural event attracted approximately 6,500 attendees, signifying a significant advancement in visibility and celebration for the city's LGBTQ+ community. The 2026 parade is scheduled to commence at 12:30 pm on Sunday, starting opposite Leeds Town Hall and proceeding to Lower Briggate. As in previous years, the council has provided an access bus to ensure inclusivity, with spaces available for pre-booked participants. Councillor Emma Flint expressed pride in hosting one of the UK's largest Pride events, highlighting the city's commitment to equality and inclusivity. Accessibility features include a raised access platform in Millennium Square, designated for disabled individuals and their carers, accompanied by accessible toilet facilities. A similar setup is available at Lower Briggate. For more details, visit the official Leeds Pride website.</w:t>
      </w:r>
      <w:r/>
    </w:p>
    <w:p>
      <w:pPr>
        <w:pStyle w:val="ListNumber"/>
        <w:spacing w:line="240" w:lineRule="auto"/>
        <w:ind w:left="720"/>
      </w:pPr>
      <w:r/>
      <w:hyperlink r:id="rId10">
        <w:r>
          <w:rPr>
            <w:color w:val="0000EE"/>
            <w:u w:val="single"/>
          </w:rPr>
          <w:t>https://news.leeds.gov.uk/news/leeds-city-council-looks-forward-to-celebrating-20-years-of-pride</w:t>
        </w:r>
      </w:hyperlink>
      <w:r>
        <w:t xml:space="preserve"> - Leeds City Council is preparing to celebrate the 20th anniversary of Leeds Pride, anticipating over 60,000 attendees. The event is set to transform the city centre with a vibrant parade on Sunday, 19 July 2026. Earlier this week, Councillor James Lewis, leader of Leeds City Council, joined members of the council's LGBT+ staff network outside the Civic Hall to show support for Leeds Pride. In 2024, the council reaffirmed its commitment to LGBT+ inclusive support through the launch of the 2024-2029 LGBT+ Inclusive Leeds plan. The council has an LGBT+ hub, which provides a forum for the LGBT+ community to speak to, hear from, and provide feedback to council services, partners in the statutory and voluntary sectors, and the business sector about how they shape their services and policies. For more information on the council's work to make Leeds an LGBT+ Inclusive City and the LGBT+ hub, visit LGBT+ Hub | Leeds.gov.uk.</w:t>
      </w:r>
      <w:r/>
    </w:p>
    <w:p>
      <w:pPr>
        <w:pStyle w:val="ListNumber"/>
        <w:spacing w:line="240" w:lineRule="auto"/>
        <w:ind w:left="720"/>
      </w:pPr>
      <w:r/>
      <w:hyperlink r:id="rId11">
        <w:r>
          <w:rPr>
            <w:color w:val="0000EE"/>
            <w:u w:val="single"/>
          </w:rPr>
          <w:t>https://leedspride.com/history/</w:t>
        </w:r>
      </w:hyperlink>
      <w:r>
        <w:t xml:space="preserve"> - Leeds Pride traces its origins to August 2006, when the city hosted its first official Pride event under the name Leeds Gay Pride. While 2006 marked an important milestone, Pride in Leeds did not begin there. Long before the parade filled the city centre, local communities were already creating spaces for visibility, solidarity, and celebration. In the late 1990s and early 2000s, informal gatherings such as Hyde Out, an annual picnic held on Woodhouse Moor from 1997, brought LGBTQ+ people and allies together in a relaxed, grassroots setting. Alongside smaller social meet‑ups and community activism, these events laid the foundations for what would become Leeds Pride. A City with a Proud LGBTQ+ Heritage Leeds has a rich and resilient LGBTQ+ history stretching back decades. From the 1950s onwards, the city was home to LGBT+‑friendly pubs and bars at a time when homosexuality was still criminalised or only recently decriminalised. Many of these venues were centred around The Calls and Briggate, an area often referred to as the Freedom Quarter. The Hope &amp; Anchor (Now The New Penny). This is thought to be the UK’s longest consecutively running LGBT venue and was the first place Lily Savage performed as a solo artist. The Mitre Hotel. A “No Women Allowed” pub in which gay and curious men would secretly meet. One of the most significant venues is the New Penny, widely recognised as the oldest gay pub in Leeds and still a beloved community space today. In 2016, it was awarded a blue plaque for “providing a safe venue for the Lesbian, Gay, Bisexual and Trans* community”, recognising its importance in the city’s social history. Leeds has also played a pioneering role in LGBTQ+ activism and education.</w:t>
      </w:r>
      <w:r/>
    </w:p>
    <w:p>
      <w:pPr>
        <w:pStyle w:val="ListNumber"/>
        <w:spacing w:line="240" w:lineRule="auto"/>
        <w:ind w:left="720"/>
      </w:pPr>
      <w:r/>
      <w:hyperlink r:id="rId12">
        <w:r>
          <w:rPr>
            <w:color w:val="0000EE"/>
            <w:u w:val="single"/>
          </w:rPr>
          <w:t>https://www.visitleeds.co.uk/news/leeds-pride-announces-full-2025-line-up-for-biggest-celebration-yet-with-new-cabaret-stage-and-star-studded-acts/</w:t>
        </w:r>
      </w:hyperlink>
      <w:r>
        <w:t xml:space="preserve"> - Leeds Pride 2025 is shaping up to be the most exciting celebration in the event’s history, with more acts, more stages, and more pride than ever before. Organisers have revealed the full lineup for this year’s festival, which takes place on Sunday, July 20, and it’s packed with fantastic music, food, and cabaret, promising a weekend of celebration and inclusion. On Lower Briggate, chart toppers, Liberty X, and dance music group, Booty Luv, will headline the main stage. They will be joined by Kelly Llorena, and Angie Brown – former lead vocalist of 90s dance group Bizarre Inc. – along with amazing tribute performers including Smalltown Boy, The Voice of Whitney, and Sweet Like Sabrina. Also bringing plenty of sass to the stage are Queenz, with their fabulous ‘Drag me to the Disco’ show, with Pride legends Soraya Vivian and Matt Jameson returning as the official hosts of the main stage.</w:t>
      </w:r>
      <w:r/>
    </w:p>
    <w:p>
      <w:pPr>
        <w:pStyle w:val="ListNumber"/>
        <w:spacing w:line="240" w:lineRule="auto"/>
        <w:ind w:left="720"/>
      </w:pPr>
      <w:r/>
      <w:hyperlink r:id="rId13">
        <w:r>
          <w:rPr>
            <w:color w:val="0000EE"/>
            <w:u w:val="single"/>
          </w:rPr>
          <w:t>https://www.leedsunited.com/en/news/leeds-united-sponsors-leeds-pride-2026</w:t>
        </w:r>
      </w:hyperlink>
      <w:r>
        <w:t xml:space="preserve"> - Leeds United and Marching Out Together are once again official sponsors of Leeds Pride 2026, and we would like to encourage as many supporters as possible to come along on Sunday, 19 July, to join in the incredible celebrations. On its 30th anniversary, the event is set to take place across the upcoming weekend from Saturday, 18 July, to Sunday, 19 July, around the city centre, with Leeds United proud to be leading the parade for the very first time. The club is also pleased to confirm that former players Jermaine Beckford, Tony Dorigo, Noel Whelan, and Bridie Hannon will be a part of the Leeds United walking group, along with a special appearance from Lucas the Kop Cat, showing allyship and support to our friends who are part of the LGBTQ+ community. The club's presence at Leeds Pride is recognition of our continued commitment to equality and inclusion, and support for our official LGBTQ+ supporter's group, Marching Out Together, and we'd love as many people associated with the club in attendance. Over the last 20 years, Leeds Pride has become more than just a celebratory event around the LGBTQ+ community, and now it is a testament to the progress and acceptance that has been achieved over the years. Leeds Pride celebrates the incredible diversity within our city, and acts as a platform for education, highlighting the ongoing fight members of the LGBTQ+ still face every day.</w:t>
      </w:r>
      <w:r/>
    </w:p>
    <w:p>
      <w:pPr>
        <w:pStyle w:val="ListNumber"/>
        <w:spacing w:line="240" w:lineRule="auto"/>
        <w:ind w:left="720"/>
      </w:pPr>
      <w:r/>
      <w:hyperlink r:id="rId14">
        <w:r>
          <w:rPr>
            <w:color w:val="0000EE"/>
            <w:u w:val="single"/>
          </w:rPr>
          <w:t>https://www.gaydio.co.uk/uk/events/the-guide/event/leeds-pride-saturday/</w:t>
        </w:r>
      </w:hyperlink>
      <w:r>
        <w:t xml:space="preserve"> - Leeds Pride celebrates its 20th anniversary across Saturday, 18 and Sunday, 19 July 2026, marking two decades as one of the UK's largest free Pride festivals and the first time the event has expanded to a full two-day weekend. Pre-Parties open the celebrations on Saturday, 18 July, with the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eedsguide.co.uk/a-colourful-parade-celebrates-20-years-of-gay-pride/" TargetMode="External"/><Relationship Id="rId10" Type="http://schemas.openxmlformats.org/officeDocument/2006/relationships/hyperlink" Target="https://news.leeds.gov.uk/news/leeds-city-council-looks-forward-to-celebrating-20-years-of-pride" TargetMode="External"/><Relationship Id="rId11" Type="http://schemas.openxmlformats.org/officeDocument/2006/relationships/hyperlink" Target="https://leedspride.com/history/" TargetMode="External"/><Relationship Id="rId12" Type="http://schemas.openxmlformats.org/officeDocument/2006/relationships/hyperlink" Target="https://www.visitleeds.co.uk/news/leeds-pride-announces-full-2025-line-up-for-biggest-celebration-yet-with-new-cabaret-stage-and-star-studded-acts/" TargetMode="External"/><Relationship Id="rId13" Type="http://schemas.openxmlformats.org/officeDocument/2006/relationships/hyperlink" Target="https://www.leedsunited.com/en/news/leeds-united-sponsors-leeds-pride-2026" TargetMode="External"/><Relationship Id="rId14" Type="http://schemas.openxmlformats.org/officeDocument/2006/relationships/hyperlink" Target="https://www.gaydio.co.uk/uk/events/the-guide/event/leeds-pride-saturd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