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Celebrate International Drag Day in Toronto Tonight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with glittered gusto , Toronto’s drag scene is lighting up July 16 with bingo, Queereoke and a Canada’s Drag Race viewing party, plus year‑round brunches and cabarets to keep the party rolling. Here’s what’s happening tonight, where to go, and how to make the most of the city’s lively drag offerings.</w:t>
      </w:r>
      <w:r/>
    </w:p>
    <w:p>
      <w:r/>
      <w:r>
        <w:t>Essential Takeaways</w:t>
      </w:r>
      <w:r/>
      <w:r/>
    </w:p>
    <w:p>
      <w:pPr>
        <w:pStyle w:val="ListBullet"/>
        <w:spacing w:line="240" w:lineRule="auto"/>
        <w:ind w:left="720"/>
      </w:pPr>
      <w:r/>
      <w:r>
        <w:rPr>
          <w:b/>
        </w:rPr>
        <w:t>What and when:</w:t>
      </w:r>
      <w:r>
        <w:t xml:space="preserve"> International Drag Day falls on July 16 and honours drag performers and their cultural impact. </w:t>
      </w:r>
      <w:r/>
    </w:p>
    <w:p>
      <w:pPr>
        <w:pStyle w:val="ListBullet"/>
        <w:spacing w:line="240" w:lineRule="auto"/>
        <w:ind w:left="720"/>
      </w:pPr>
      <w:r/>
      <w:r>
        <w:rPr>
          <w:b/>
        </w:rPr>
        <w:t>Three big events tonight:</w:t>
      </w:r>
      <w:r>
        <w:t xml:space="preserve"> Messy’s Campy Dirty Bingo, a Canada’s Drag Race All‑Stars viewing party, and Queereoke are all happening in Toronto this evening. </w:t>
      </w:r>
      <w:r/>
    </w:p>
    <w:p>
      <w:pPr>
        <w:pStyle w:val="ListBullet"/>
        <w:spacing w:line="240" w:lineRule="auto"/>
        <w:ind w:left="720"/>
      </w:pPr>
      <w:r/>
      <w:r>
        <w:rPr>
          <w:b/>
        </w:rPr>
        <w:t>Year‑round options:</w:t>
      </w:r>
      <w:r>
        <w:t xml:space="preserve"> The city runs weekly drag brunches, cabarets, bingo nights and celebrity‑impersonation shows , great for daytime fun or late‑night entertainment. </w:t>
      </w:r>
      <w:r/>
    </w:p>
    <w:p>
      <w:pPr>
        <w:pStyle w:val="ListBullet"/>
        <w:spacing w:line="240" w:lineRule="auto"/>
        <w:ind w:left="720"/>
      </w:pPr>
      <w:r/>
      <w:r>
        <w:rPr>
          <w:b/>
        </w:rPr>
        <w:t>Practical tip:</w:t>
      </w:r>
      <w:r>
        <w:t xml:space="preserve"> Book tickets in advance for popular brunches and cabarets, and expect masked or pay‑what‑you‑can options at some shows. </w:t>
      </w:r>
      <w:r/>
    </w:p>
    <w:p>
      <w:pPr>
        <w:pStyle w:val="ListBullet"/>
        <w:spacing w:line="240" w:lineRule="auto"/>
        <w:ind w:left="720"/>
      </w:pPr>
      <w:r/>
      <w:r>
        <w:rPr>
          <w:b/>
        </w:rPr>
        <w:t>Feel:</w:t>
      </w:r>
      <w:r>
        <w:t xml:space="preserve"> Expect loud laughs, campy costumes and a warm community vibe , bring a sense of play and an appetite for spectacle.</w:t>
      </w:r>
      <w:r/>
      <w:r/>
    </w:p>
    <w:p>
      <w:pPr>
        <w:pStyle w:val="Heading2"/>
      </w:pPr>
      <w:r>
        <w:t>Why July 16 matters , a quick cultural snapshot</w:t>
      </w:r>
      <w:r/>
    </w:p>
    <w:p>
      <w:r/>
      <w:r>
        <w:t>International Drag Day recognises the artistry and activism of drag performers worldwide, spotlighting how performance can push boundaries while building community. According to background coverage of the day, it honours drag queens, drag kings and other artists who use performance to entertain, challenge gender norms and increase LGBTQ2S+ visibility. In Toronto, that history meets a thriving local scene, so tonight feels like both celebration and solidarity , and yes, it’s delightfully theatrical.</w:t>
      </w:r>
      <w:r/>
    </w:p>
    <w:p>
      <w:pPr>
        <w:pStyle w:val="Heading2"/>
      </w:pPr>
      <w:r>
        <w:t>Three shows to pick from tonight , something for every mood</w:t>
      </w:r>
      <w:r/>
    </w:p>
    <w:p>
      <w:r/>
      <w:r>
        <w:t>If you want camp and chaos, Messy’s Campy Dirty Bingo on Queen West blends cheeky prizes with belly laughs and four rounds of bingo. Prefer reality‑TV glamour? The Drink on Church Street is hosting a Canada’s Drag Race All‑Stars viewing party with local favourites on hand. Or get interactive at Queereoke, where audiences sing while queens lip‑sync along; it’s the kind of mashed‑up chaos that turns strangers into a chorus line. Each event has its own vibe and price point, so choose by temperament: risqué, nostalgic, or participatory.</w:t>
      </w:r>
      <w:r/>
    </w:p>
    <w:p>
      <w:pPr>
        <w:pStyle w:val="Heading2"/>
      </w:pPr>
      <w:r>
        <w:t>Where drag lives in Toronto , weekly fixtures worth bookmarking</w:t>
      </w:r>
      <w:r/>
    </w:p>
    <w:p>
      <w:r/>
      <w:r>
        <w:t>Toronto serves drag from brunch through late night. O’Grady’s runs a popular Saturday drag brunch with a cosy, food‑forward feel; Miss Moço’s long‑running brunch at The Drake is a communal institution; and Glad Day’s brunch series continues at a new venue, supporting performance pay and Glad Day Lit. If you love celebrity impersonations, Illusions on King Street offers higher‑production shows that channel Madonna, Beyoncé and more. For regular, low‑cost laugh therapy, Lotta Bimbo Bingo and other pub nights keep the calendar full.</w:t>
      </w:r>
      <w:r/>
    </w:p>
    <w:p>
      <w:pPr>
        <w:pStyle w:val="Heading2"/>
      </w:pPr>
      <w:r>
        <w:t>How to pick the right drag night for you</w:t>
      </w:r>
      <w:r/>
    </w:p>
    <w:p>
      <w:r/>
      <w:r>
        <w:t>Start with timeframe: brunch shows are daytime, family‑friendly and food‑oriented; cabarets and impersonation acts tend to be more polished and ticketed; bingo and Queereoke are unpredictable and rowdier. Check menus and ticket rules , some brunches require a prix‑fixe meal, others separate fee for seating. Mask policies, pay‑what‑you‑can options and raffles for community causes are common, so scan event pages before you go. And if you’re sensitive to flash or loud music, email venues ahead for accessibility info.</w:t>
      </w:r>
      <w:r/>
    </w:p>
    <w:p>
      <w:pPr>
        <w:pStyle w:val="Heading2"/>
      </w:pPr>
      <w:r>
        <w:t>Why Toronto keeps drawing crowds , community, craft and continuity</w:t>
      </w:r>
      <w:r/>
    </w:p>
    <w:p>
      <w:r/>
      <w:r>
        <w:t>Toronto’s reputation as a national drag hub comes from sustained grassroots organising and a range of venues that pay performers and nurture talent. Weekly shows, long‑running residencies and charity partnerships show the scene is about more than spectacle , it’s culture, income and advocacy. Expect creativity, in‑the‑moment comedy and earnest support for causes that matter. For visitors and locals alike, it’s a reminder that a night out can also be a show of community.</w:t>
      </w:r>
      <w:r/>
    </w:p>
    <w:p>
      <w:r/>
      <w:r>
        <w:t>It’s a small change that can make every night feel like a parade , pick a show, dress up, and enjoy the shimmer.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9">
        <w:r>
          <w:rPr>
            <w:color w:val="0000EE"/>
            <w:u w:val="single"/>
          </w:rPr>
          <w:t>[1]</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https://nowtoronto.com/culture/international-drag-day-toronto-shows-brunches-guide/</w:t>
        </w:r>
      </w:hyperlink>
      <w:r>
        <w:t xml:space="preserve"> - Please view link - unable to able to access data</w:t>
      </w:r>
      <w:r/>
    </w:p>
    <w:p>
      <w:pPr>
        <w:pStyle w:val="ListNumber"/>
        <w:spacing w:line="240" w:lineRule="auto"/>
        <w:ind w:left="720"/>
      </w:pPr>
      <w:r/>
      <w:hyperlink r:id="rId10">
        <w:r>
          <w:rPr>
            <w:color w:val="0000EE"/>
            <w:u w:val="single"/>
          </w:rPr>
          <w:t>https://en.wikipedia.org/wiki/International_Drag_Day</w:t>
        </w:r>
      </w:hyperlink>
      <w:r>
        <w:t xml:space="preserve"> - International Drag Day is an annual event held on July 16 to celebrate and recognize the art of drag worldwide. Founded in 2009 by Adam Stewart, the day honours drag performers who challenge gender norms and celebrate self-expression. The event also highlights drag's deep roots in LGBTQ2S+ history and its role in fostering community and activism. In 2017, BBC's weatherman Owain Wyn Evans gave a drag queen-themed forecast to show support for the celebration. (</w:t>
      </w:r>
      <w:hyperlink r:id="rId14">
        <w:r>
          <w:rPr>
            <w:color w:val="0000EE"/>
            <w:u w:val="single"/>
          </w:rPr>
          <w:t>en.wikipedia.org</w:t>
        </w:r>
      </w:hyperlink>
      <w:r>
        <w:t>)</w:t>
      </w:r>
      <w:r/>
    </w:p>
    <w:p>
      <w:pPr>
        <w:pStyle w:val="ListNumber"/>
        <w:spacing w:line="240" w:lineRule="auto"/>
        <w:ind w:left="720"/>
      </w:pPr>
      <w:r/>
      <w:hyperlink r:id="rId13">
        <w:r>
          <w:rPr>
            <w:color w:val="0000EE"/>
            <w:u w:val="single"/>
          </w:rPr>
          <w:t>https://www.yohomo.ca/</w:t>
        </w:r>
      </w:hyperlink>
      <w:r>
        <w:t xml:space="preserve"> - YOHOMO is a platform listing upcoming LGBTQ2+ events in Toronto, including drag performances, parties, and cultural events. It provides a comprehensive guide to queer and gay events in the city, offering recommendations and details on various happenings. The platform aims to keep the community informed about events that cater to diverse interests within the LGBTQ2+ spectrum. (</w:t>
      </w:r>
      <w:hyperlink r:id="rId15">
        <w:r>
          <w:rPr>
            <w:color w:val="0000EE"/>
            <w:u w:val="single"/>
          </w:rPr>
          <w:t>yohomo.ca</w:t>
        </w:r>
      </w:hyperlink>
      <w:r>
        <w:t>)</w:t>
      </w:r>
      <w:r/>
    </w:p>
    <w:p>
      <w:pPr>
        <w:pStyle w:val="ListNumber"/>
        <w:spacing w:line="240" w:lineRule="auto"/>
        <w:ind w:left="720"/>
      </w:pPr>
      <w:r/>
      <w:hyperlink r:id="rId16">
        <w:r>
          <w:rPr>
            <w:color w:val="0000EE"/>
            <w:u w:val="single"/>
          </w:rPr>
          <w:t>https://gleichstellung.tu-dortmund.de/en/projects/up-to-date/all-days/international-drag-day/</w:t>
        </w:r>
      </w:hyperlink>
      <w:r>
        <w:t xml:space="preserve"> - International Drag Day, observed annually on July 16, was launched in 2009 to celebrate drag culture and performers. The day aims to provide drag artists with a platform to showcase their creativity and culture. In an interview, founder Adam Stewart described the event as an opportunity to celebrate and thank drag artists who contribute significantly to gay life and culture. (</w:t>
      </w:r>
      <w:hyperlink r:id="rId17">
        <w:r>
          <w:rPr>
            <w:color w:val="0000EE"/>
            <w:u w:val="single"/>
          </w:rPr>
          <w:t>gleichstellung.tu-dortmund.de</w:t>
        </w:r>
      </w:hyperlink>
      <w:r>
        <w:t>)</w:t>
      </w:r>
      <w:r/>
    </w:p>
    <w:p>
      <w:pPr>
        <w:pStyle w:val="ListNumber"/>
        <w:spacing w:line="240" w:lineRule="auto"/>
        <w:ind w:left="720"/>
      </w:pPr>
      <w:r/>
      <w:hyperlink r:id="rId12">
        <w:r>
          <w:rPr>
            <w:color w:val="0000EE"/>
            <w:u w:val="single"/>
          </w:rPr>
          <w:t>https://en.perto.com/ca/toronto-3229/2026/07/16/</w:t>
        </w:r>
      </w:hyperlink>
      <w:r>
        <w:t xml:space="preserve"> - Perto.com provides a comprehensive list of events happening in Toronto on July 16, 2026, including concerts, sports, and cultural events. The platform offers details on various happenings in the city, catering to a wide range of interests. It serves as a resource for both locals and visitors to discover events and activities in Toronto. (</w:t>
      </w:r>
      <w:hyperlink r:id="rId18">
        <w:r>
          <w:rPr>
            <w:color w:val="0000EE"/>
            <w:u w:val="single"/>
          </w:rPr>
          <w:t>en.perto.com</w:t>
        </w:r>
      </w:hyperlink>
      <w:r>
        <w:t>)</w:t>
      </w:r>
      <w:r/>
    </w:p>
    <w:p>
      <w:pPr>
        <w:pStyle w:val="ListNumber"/>
        <w:spacing w:line="240" w:lineRule="auto"/>
        <w:ind w:left="720"/>
      </w:pPr>
      <w:r/>
      <w:hyperlink r:id="rId19">
        <w:r>
          <w:rPr>
            <w:color w:val="0000EE"/>
            <w:u w:val="single"/>
          </w:rPr>
          <w:t>https://adkncga.org/adirondack-north-country-gender-alliance-event/international-drag-day/2026-07-16/</w:t>
        </w:r>
      </w:hyperlink>
      <w:r>
        <w:t xml:space="preserve"> - The Adirondack North Country Gender Alliance hosts an event on July 16, 2026, to celebrate International Drag Day. The event aims to honor the artistry of drag performance and acknowledges the profound history of drag, which spans centuries and has evolved over time. The celebration embraces the resilience and self-expression of drag artists, fostering a future of acceptance and diversity. (</w:t>
      </w:r>
      <w:hyperlink r:id="rId20">
        <w:r>
          <w:rPr>
            <w:color w:val="0000EE"/>
            <w:u w:val="single"/>
          </w:rPr>
          <w:t>adkncga.org</w:t>
        </w:r>
      </w:hyperlink>
      <w:r>
        <w:t>)</w:t>
      </w:r>
      <w:r/>
    </w:p>
    <w:p>
      <w:pPr>
        <w:pStyle w:val="ListNumber"/>
        <w:spacing w:line="240" w:lineRule="auto"/>
        <w:ind w:left="720"/>
      </w:pPr>
      <w:r/>
      <w:hyperlink r:id="rId11">
        <w:r>
          <w:rPr>
            <w:color w:val="0000EE"/>
            <w:u w:val="single"/>
          </w:rPr>
          <w:t>https://www.thepinknews.com/2024/07/16/international-drag-day-lgbtq-what-drag-means/</w:t>
        </w:r>
      </w:hyperlink>
      <w:r>
        <w:t xml:space="preserve"> - In celebration of International Drag Day on July 16, 2024, members of the LGBTQ+ community shared what drag means to them. The article highlights the significance of drag in challenging gender norms and celebrating self-expression. It also traces the history of drag performances back to the 1800s and discusses the role of drag in educating others through events like Drag Queen Story Hours. (</w:t>
      </w:r>
      <w:hyperlink r:id="rId21">
        <w:r>
          <w:rPr>
            <w:color w:val="0000EE"/>
            <w:u w:val="single"/>
          </w:rPr>
          <w:t>thepinknews.com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wtoronto.com/culture/international-drag-day-toronto-shows-brunches-guide/" TargetMode="External"/><Relationship Id="rId10" Type="http://schemas.openxmlformats.org/officeDocument/2006/relationships/hyperlink" Target="https://en.wikipedia.org/wiki/International_Drag_Day" TargetMode="External"/><Relationship Id="rId11" Type="http://schemas.openxmlformats.org/officeDocument/2006/relationships/hyperlink" Target="https://www.thepinknews.com/2024/07/16/international-drag-day-lgbtq-what-drag-means/" TargetMode="External"/><Relationship Id="rId12" Type="http://schemas.openxmlformats.org/officeDocument/2006/relationships/hyperlink" Target="https://en.perto.com/ca/toronto-3229/2026/07/16/" TargetMode="External"/><Relationship Id="rId13" Type="http://schemas.openxmlformats.org/officeDocument/2006/relationships/hyperlink" Target="https://www.yohomo.ca/" TargetMode="External"/><Relationship Id="rId14" Type="http://schemas.openxmlformats.org/officeDocument/2006/relationships/hyperlink" Target="https://en.wikipedia.org/wiki/International_Drag_Day?utm_source=openai" TargetMode="External"/><Relationship Id="rId15" Type="http://schemas.openxmlformats.org/officeDocument/2006/relationships/hyperlink" Target="https://www.yohomo.ca/?utm_source=openai" TargetMode="External"/><Relationship Id="rId16" Type="http://schemas.openxmlformats.org/officeDocument/2006/relationships/hyperlink" Target="https://gleichstellung.tu-dortmund.de/en/projects/up-to-date/all-days/international-drag-day/" TargetMode="External"/><Relationship Id="rId17" Type="http://schemas.openxmlformats.org/officeDocument/2006/relationships/hyperlink" Target="https://gleichstellung.tu-dortmund.de/en/projects/up-to-date/all-days/international-drag-day/?utm_source=openai" TargetMode="External"/><Relationship Id="rId18" Type="http://schemas.openxmlformats.org/officeDocument/2006/relationships/hyperlink" Target="https://en.perto.com/ca/toronto-3229/2026/07/16/?utm_source=openai" TargetMode="External"/><Relationship Id="rId19" Type="http://schemas.openxmlformats.org/officeDocument/2006/relationships/hyperlink" Target="https://adkncga.org/adirondack-north-country-gender-alliance-event/international-drag-day/2026-07-16/" TargetMode="External"/><Relationship Id="rId20" Type="http://schemas.openxmlformats.org/officeDocument/2006/relationships/hyperlink" Target="https://adkncga.org/adirondack-north-country-gender-alliance-event/international-drag-day/2026-07-16/?utm_source=openai" TargetMode="External"/><Relationship Id="rId21" Type="http://schemas.openxmlformats.org/officeDocument/2006/relationships/hyperlink" Target="https://www.thepinknews.com/2024/07/16/international-drag-day-lgbtq-what-drag-mean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