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 for Straight Fans to Respect Drag Culture and Support Queens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applause, tips and attention can change a show , straight attendees are guests in a culture with deep roots, and knowing a little history and etiquette makes everyone’s night better.</w:t>
      </w:r>
      <w:r/>
    </w:p>
    <w:p>
      <w:r/>
      <w:r>
        <w:t>Essential takeaways</w:t>
      </w:r>
      <w:r/>
      <w:r/>
    </w:p>
    <w:p>
      <w:pPr>
        <w:pStyle w:val="ListBullet"/>
        <w:spacing w:line="240" w:lineRule="auto"/>
        <w:ind w:left="720"/>
      </w:pPr>
      <w:r/>
      <w:r>
        <w:rPr>
          <w:b/>
        </w:rPr>
        <w:t>Know the roots:</w:t>
      </w:r>
      <w:r>
        <w:t xml:space="preserve"> Drag originated in Black queer and trans communities and grew through balls and underground scenes, so showing respect matters.</w:t>
      </w:r>
      <w:r/>
    </w:p>
    <w:p>
      <w:pPr>
        <w:pStyle w:val="ListBullet"/>
        <w:spacing w:line="240" w:lineRule="auto"/>
        <w:ind w:left="720"/>
      </w:pPr>
      <w:r/>
      <w:r>
        <w:rPr>
          <w:b/>
        </w:rPr>
        <w:t>Participate loudly:</w:t>
      </w:r>
      <w:r>
        <w:t xml:space="preserve"> Clapping, cheering and vocal support are part of the performance; performers rely on audience energy.</w:t>
      </w:r>
      <w:r/>
    </w:p>
    <w:p>
      <w:pPr>
        <w:pStyle w:val="ListBullet"/>
        <w:spacing w:line="240" w:lineRule="auto"/>
        <w:ind w:left="720"/>
      </w:pPr>
      <w:r/>
      <w:r>
        <w:rPr>
          <w:b/>
        </w:rPr>
        <w:t>Tip generously:</w:t>
      </w:r>
      <w:r>
        <w:t xml:space="preserve"> Cash tips during numbers are traditional and valued for both income and appreciation , bring small bills.</w:t>
      </w:r>
      <w:r/>
    </w:p>
    <w:p>
      <w:pPr>
        <w:pStyle w:val="ListBullet"/>
        <w:spacing w:line="240" w:lineRule="auto"/>
        <w:ind w:left="720"/>
      </w:pPr>
      <w:r/>
      <w:r>
        <w:rPr>
          <w:b/>
        </w:rPr>
        <w:t>Mind your behaviour:</w:t>
      </w:r>
      <w:r>
        <w:t xml:space="preserve"> Don’t talk over performers, don’t heckle, and follow venue rules; safety for trans performers is non-negotiable.</w:t>
      </w:r>
      <w:r/>
    </w:p>
    <w:p>
      <w:pPr>
        <w:pStyle w:val="ListBullet"/>
        <w:spacing w:line="240" w:lineRule="auto"/>
        <w:ind w:left="720"/>
      </w:pPr>
      <w:r/>
      <w:r>
        <w:rPr>
          <w:b/>
        </w:rPr>
        <w:t>Learn before you go:</w:t>
      </w:r>
      <w:r>
        <w:t xml:space="preserve"> A little background on drag history and terms helps you be a better, less intrusive guest.</w:t>
      </w:r>
      <w:r/>
      <w:r/>
    </w:p>
    <w:p>
      <w:pPr>
        <w:pStyle w:val="Heading2"/>
      </w:pPr>
      <w:r>
        <w:t>Why applause, tips and noise actually change the show</w:t>
      </w:r>
      <w:r/>
    </w:p>
    <w:p>
      <w:r/>
      <w:r>
        <w:t>Drag thrives on audience reaction; performers tune their timing to cheers, snaps and dollar bills. That roar lifts a number from good to electric, and a quiet crowd can flatten even the best choreography. According to historical accounts of drag balls and early queer nightlife, those events were as much communal ritual as entertainment, with audience response central to the experience. So when you’re at a show, bring that energy , your voice and your wallet both send an important message.</w:t>
      </w:r>
      <w:r/>
    </w:p>
    <w:p>
      <w:pPr>
        <w:pStyle w:val="Heading2"/>
      </w:pPr>
      <w:r>
        <w:t>Remember where drag comes from , it’s not just TV glamour</w:t>
      </w:r>
      <w:r/>
    </w:p>
    <w:p>
      <w:r/>
      <w:r>
        <w:t>Drag culture was shaped in Black and trans communities, from underground balls to the stages that birthed voguing and runway performance. Pop culture has popularised a glossy version of drag, but that doesn’t erase its roots or the vulnerabilities performers still face. Resources like historical features and advocacy groups explain this lineage plainly, and a quick read before your night out will make you a more mindful guest. Treat the art form with the historical respect it deserves.</w:t>
      </w:r>
      <w:r/>
    </w:p>
    <w:p>
      <w:pPr>
        <w:pStyle w:val="Heading2"/>
      </w:pPr>
      <w:r>
        <w:t>Practical etiquette: how to behave at a drag show</w:t>
      </w:r>
      <w:r/>
    </w:p>
    <w:p>
      <w:r/>
      <w:r>
        <w:t>Start by turning your phone to silent and keeping chatter to a minimum during numbers. Clap, scream, snap or cheer loudly , silence feels like a slight. If you want to tip, step up to the stage area or hand dollars to the performer when invited; cash is still the easiest and most appreciated form. Don’t harass performers or monopolise their time, and if you’re unsure about photos or touching, ask. Venues often post rules; follow them for everyone’s safety and comfort.</w:t>
      </w:r>
      <w:r/>
    </w:p>
    <w:p>
      <w:pPr>
        <w:pStyle w:val="Heading2"/>
      </w:pPr>
      <w:r>
        <w:t>Tipping culture: why dollars matter more than you think</w:t>
      </w:r>
      <w:r/>
    </w:p>
    <w:p>
      <w:r/>
      <w:r>
        <w:t>Many performers rely on tips as a major part of their income, especially in smaller venues or community nights. Tipping during a number is a direct, visible sign of appreciation and helps sustain performers between gigs. Bring small bills and have them ready , you’ll be able to join the call-and-response rhythm without fumbling for change. If you care about keeping drag spaces thriving and accessible, tipping isn’t optional, it’s part of being a good guest.</w:t>
      </w:r>
      <w:r/>
    </w:p>
    <w:p>
      <w:pPr>
        <w:pStyle w:val="Heading2"/>
      </w:pPr>
      <w:r>
        <w:t>What to do if you see bad behaviour , and why it’s serious</w:t>
      </w:r>
      <w:r/>
    </w:p>
    <w:p>
      <w:r/>
      <w:r>
        <w:t>If someone is talking over the MC, making transphobic comments, or otherwise disrupting the space, speak up or alert staff. Drag rooms are meant to be inclusive and safe, particularly at a time when trans people face heightened violence. Venue staff and performers deserve protection, and guests who refuse to respect that can be escorted out. Remember: you’re a guest in this culture, so help uphold the community norms that make these shows possible.</w:t>
      </w:r>
      <w:r/>
    </w:p>
    <w:p>
      <w:r/>
      <w:r>
        <w:t>It’s a small shift , coming prepared, clapping loudly, and tipping , that makes every drag night feel fuller, safer and truer to its roots.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2">
        <w:r>
          <w:rPr>
            <w:color w:val="0000EE"/>
            <w:u w:val="single"/>
          </w:rPr>
          <w:t>[3]</w:t>
        </w:r>
      </w:hyperlink>
      <w:r>
        <w:t xml:space="preserve">, </w:t>
      </w:r>
      <w:hyperlink r:id="rId13">
        <w:r>
          <w:rPr>
            <w:color w:val="0000EE"/>
            <w:u w:val="single"/>
          </w:rPr>
          <w:t>[5]</w:t>
        </w:r>
      </w:hyperlink>
      <w:r>
        <w:t xml:space="preserve">- Paragraph 4: </w:t>
      </w:r>
      <w:hyperlink r:id="rId13">
        <w:r>
          <w:rPr>
            <w:color w:val="0000EE"/>
            <w:u w:val="single"/>
          </w:rPr>
          <w:t>[5]</w:t>
        </w:r>
      </w:hyperlink>
      <w:r>
        <w:t xml:space="preserve">, </w:t>
      </w:r>
      <w:hyperlink r:id="rId14">
        <w:r>
          <w:rPr>
            <w:color w:val="0000EE"/>
            <w:u w:val="single"/>
          </w:rPr>
          <w:t>[7]</w:t>
        </w:r>
      </w:hyperlink>
      <w:r>
        <w:t xml:space="preserve">- Paragraph 5: </w:t>
      </w:r>
      <w:hyperlink r:id="rId12">
        <w:r>
          <w:rPr>
            <w:color w:val="0000EE"/>
            <w:u w:val="single"/>
          </w:rPr>
          <w:t>[3]</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https://www.thestranger.com/i-anonymous/dont-be-a-drag/</w:t>
        </w:r>
      </w:hyperlink>
      <w:r>
        <w:t xml:space="preserve"> - Please view link - unable to able to access data</w:t>
      </w:r>
      <w:r/>
    </w:p>
    <w:p>
      <w:pPr>
        <w:pStyle w:val="ListNumber"/>
        <w:spacing w:line="240" w:lineRule="auto"/>
        <w:ind w:left="720"/>
      </w:pPr>
      <w:r/>
      <w:hyperlink r:id="rId10">
        <w:r>
          <w:rPr>
            <w:color w:val="0000EE"/>
            <w:u w:val="single"/>
          </w:rPr>
          <w:t>https://www.nationalgeographic.com/history/article/drag-queen-drag-balls-early-history-pop-culture</w:t>
        </w:r>
      </w:hyperlink>
      <w:r>
        <w:t xml:space="preserve"> - This article explores the origins of modern drag, tracing its roots back to clandestine balls hosted by Black performers in the late 19th century. It discusses how these drag balls, held in secret to avoid persecution, were pioneered by Black and Latino performers and became a significant part of LGBTQ+ culture. The piece also highlights the evolution of drag from these underground events to its current status in mainstream pop culture.</w:t>
      </w:r>
      <w:r/>
    </w:p>
    <w:p>
      <w:pPr>
        <w:pStyle w:val="ListNumber"/>
        <w:spacing w:line="240" w:lineRule="auto"/>
        <w:ind w:left="720"/>
      </w:pPr>
      <w:r/>
      <w:hyperlink r:id="rId12">
        <w:r>
          <w:rPr>
            <w:color w:val="0000EE"/>
            <w:u w:val="single"/>
          </w:rPr>
          <w:t>https://www.hrc.org/resources/understanding-drag</w:t>
        </w:r>
      </w:hyperlink>
      <w:r>
        <w:t xml:space="preserve"> - The Human Rights Campaign provides an in-depth look at drag as a performance art that uses costumes, makeup, and other tools to present exaggerated forms of gender expression. The resource covers the history of drag, its cultural significance, and its evolution from underground performances to mainstream visibility. It also addresses the challenges faced by drag performers, including recent protests and threats from right-wing hate groups.</w:t>
      </w:r>
      <w:r/>
    </w:p>
    <w:p>
      <w:pPr>
        <w:pStyle w:val="ListNumber"/>
        <w:spacing w:line="240" w:lineRule="auto"/>
        <w:ind w:left="720"/>
      </w:pPr>
      <w:r/>
      <w:hyperlink r:id="rId11">
        <w:r>
          <w:rPr>
            <w:color w:val="0000EE"/>
            <w:u w:val="single"/>
          </w:rPr>
          <w:t>https://www.history.com/articles/drag-balls-house-ballroom-voguing</w:t>
        </w:r>
      </w:hyperlink>
      <w:r>
        <w:t xml:space="preserve"> - This article delves into the history of drag balls, focusing on how 19th-century drag balls evolved into house balls and became the birthplace of voguing. It examines the role of these events in providing a space for Black and Latino gay, trans, and queer people to express themselves freely and find acceptance within a marginalized community. The piece also discusses the cultural impact of these events on the LGBTQ+ community.</w:t>
      </w:r>
      <w:r/>
    </w:p>
    <w:p>
      <w:pPr>
        <w:pStyle w:val="ListNumber"/>
        <w:spacing w:line="240" w:lineRule="auto"/>
        <w:ind w:left="720"/>
      </w:pPr>
      <w:r/>
      <w:hyperlink r:id="rId13">
        <w:r>
          <w:rPr>
            <w:color w:val="0000EE"/>
            <w:u w:val="single"/>
          </w:rPr>
          <w:t>https://en.wikipedia.org/wiki/Drag_%28entertainment%29</w:t>
        </w:r>
      </w:hyperlink>
      <w:r>
        <w:t xml:space="preserve"> - The Wikipedia page on drag entertainment provides a comprehensive overview of the history and evolution of drag culture. It covers the decline of vaudeville and the rise of drag in nightclubs and bars, the influence of Hollywood films, and the impact of the psychedelic rock and hippie culture of the 1960s. The page also discusses the emergence of drag in underground theatre and its mainstream breakthrough in films like 'Pink Flamingos' and 'The Rocky Horror Picture Show'.</w:t>
      </w:r>
      <w:r/>
    </w:p>
    <w:p>
      <w:pPr>
        <w:pStyle w:val="ListNumber"/>
        <w:spacing w:line="240" w:lineRule="auto"/>
        <w:ind w:left="720"/>
      </w:pPr>
      <w:r/>
      <w:hyperlink r:id="rId15">
        <w:r>
          <w:rPr>
            <w:color w:val="0000EE"/>
            <w:u w:val="single"/>
          </w:rPr>
          <w:t>https://www.history.com/articles/gay-culture-roaring-twenties-prohibition</w:t>
        </w:r>
      </w:hyperlink>
      <w:r>
        <w:t xml:space="preserve"> - This article examines how gay culture blossomed during the Roaring Twenties, particularly during Prohibition. It highlights the rise of drag balls and the increased visibility of LGBTQ+ individuals in New York City's Harlem neighborhood. The piece discusses the significance of these events in providing a platform for self-expression and community building during a time of societal repression.</w:t>
      </w:r>
      <w:r/>
    </w:p>
    <w:p>
      <w:pPr>
        <w:pStyle w:val="ListNumber"/>
        <w:spacing w:line="240" w:lineRule="auto"/>
        <w:ind w:left="720"/>
      </w:pPr>
      <w:r/>
      <w:hyperlink r:id="rId14">
        <w:r>
          <w:rPr>
            <w:color w:val="0000EE"/>
            <w:u w:val="single"/>
          </w:rPr>
          <w:t>https://www.allure.com/video/watch/rupaul-s-drag-race-cast-explains-the-history-of-drag-culture</w:t>
        </w:r>
      </w:hyperlink>
      <w:r>
        <w:t xml:space="preserve"> - In this video, cast members from 'RuPaul's Drag Race All Stars' provide insights into the history of drag culture. They discuss the origins of the term 'drag', its evolution into popular culture, and the individuals who have inspired its development. The video offers a personal perspective from prominent drag performers on the cultural significance and impact of drag.</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stranger.com/i-anonymous/dont-be-a-drag/" TargetMode="External"/><Relationship Id="rId10" Type="http://schemas.openxmlformats.org/officeDocument/2006/relationships/hyperlink" Target="https://www.nationalgeographic.com/history/article/drag-queen-drag-balls-early-history-pop-culture" TargetMode="External"/><Relationship Id="rId11" Type="http://schemas.openxmlformats.org/officeDocument/2006/relationships/hyperlink" Target="https://www.history.com/articles/drag-balls-house-ballroom-voguing" TargetMode="External"/><Relationship Id="rId12" Type="http://schemas.openxmlformats.org/officeDocument/2006/relationships/hyperlink" Target="https://www.hrc.org/resources/understanding-drag" TargetMode="External"/><Relationship Id="rId13" Type="http://schemas.openxmlformats.org/officeDocument/2006/relationships/hyperlink" Target="https://en.wikipedia.org/wiki/Drag_%28entertainment%29" TargetMode="External"/><Relationship Id="rId14" Type="http://schemas.openxmlformats.org/officeDocument/2006/relationships/hyperlink" Target="https://www.allure.com/video/watch/rupaul-s-drag-race-cast-explains-the-history-of-drag-culture" TargetMode="External"/><Relationship Id="rId15" Type="http://schemas.openxmlformats.org/officeDocument/2006/relationships/hyperlink" Target="https://www.history.com/articles/gay-culture-roaring-twenties-prohibi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