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Viral Moment at a Baseball Game: Portland Pickles’ Heated Rivalry Kiss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Watchers cheered as a themed Portland Pickles night turned theatrical when two players staged a dramatic, same-sex kiss on the field , a nod to the hit gay hockey drama Heated Rivalry. It mattered because it mixed sport, queer joy and viral theatre in a way that felt playful, proud and very Portland.</w:t>
      </w:r>
      <w:r/>
    </w:p>
    <w:p>
      <w:r/>
      <w:r>
        <w:t>Essential Takeaways</w:t>
      </w:r>
      <w:r/>
      <w:r/>
    </w:p>
    <w:p>
      <w:pPr>
        <w:pStyle w:val="ListBullet"/>
        <w:spacing w:line="240" w:lineRule="auto"/>
        <w:ind w:left="720"/>
      </w:pPr>
      <w:r/>
      <w:r>
        <w:rPr>
          <w:b/>
        </w:rPr>
        <w:t>Viral clip:</w:t>
      </w:r>
      <w:r>
        <w:t xml:space="preserve"> A staged confrontation between pitcher and batter ended with a passionate on-field kiss that the team shared on social media; the video quickly spread. </w:t>
      </w:r>
      <w:r/>
    </w:p>
    <w:p>
      <w:pPr>
        <w:pStyle w:val="ListBullet"/>
        <w:spacing w:line="240" w:lineRule="auto"/>
        <w:ind w:left="720"/>
      </w:pPr>
      <w:r/>
      <w:r>
        <w:rPr>
          <w:b/>
        </w:rPr>
        <w:t>Themed promotion:</w:t>
      </w:r>
      <w:r>
        <w:t xml:space="preserve"> The Pickles promoted “Heated Riv‑Dill‑ry Night” with cheeky edits of Heated Rivalry clips and playful copy, leaning into fandom humour. </w:t>
      </w:r>
      <w:r/>
    </w:p>
    <w:p>
      <w:pPr>
        <w:pStyle w:val="ListBullet"/>
        <w:spacing w:line="240" w:lineRule="auto"/>
        <w:ind w:left="720"/>
      </w:pPr>
      <w:r/>
      <w:r>
        <w:rPr>
          <w:b/>
        </w:rPr>
        <w:t>Pride programming:</w:t>
      </w:r>
      <w:r>
        <w:t xml:space="preserve"> The club is already gearing up for a larger Pride match on 16 July 2026, with local LGBTQIA+ groups invited and Pride merch returning. </w:t>
      </w:r>
      <w:r/>
    </w:p>
    <w:p>
      <w:pPr>
        <w:pStyle w:val="ListBullet"/>
        <w:spacing w:line="240" w:lineRule="auto"/>
        <w:ind w:left="720"/>
      </w:pPr>
      <w:r/>
      <w:r>
        <w:rPr>
          <w:b/>
        </w:rPr>
        <w:t>Tone and reception:</w:t>
      </w:r>
      <w:r>
        <w:t xml:space="preserve"> Fans praised the gag as a joyful, queer-forward moment that channelled the melodrama of the TV series while celebrating community. </w:t>
      </w:r>
      <w:r/>
      <w:r/>
    </w:p>
    <w:p>
      <w:pPr>
        <w:pStyle w:val="Heading2"/>
      </w:pPr>
      <w:r>
        <w:t>A simple at-bat turned theatrical , and people loved it</w:t>
      </w:r>
      <w:r/>
    </w:p>
    <w:p>
      <w:r/>
      <w:r>
        <w:t>The hook was as visual as it was silly: a batter’s legs wrapped around a pitcher, tension in the air, then a kiss that made the berm crowd and online viewers laugh and cheer. The Pickles’ social feed captioned the clip with the kind of innuendo fans expect from a small, irreverent club. According to coverage in Attitude and others, the moment was staged, but its feel , equal parts camp and affection , landed hard with viewers.</w:t>
      </w:r>
      <w:r/>
    </w:p>
    <w:p>
      <w:r/>
      <w:r>
        <w:t>This kind of stunt isn’t just attention-grabbing, it’s a deliberate nod to a show that’s already got a passionate following. Heated Rivalry’s fans recognised the reference instantly, and the baseball takeaway gave them a new, very public way to celebrate queer romance.</w:t>
      </w:r>
      <w:r/>
    </w:p>
    <w:p>
      <w:pPr>
        <w:pStyle w:val="Heading2"/>
      </w:pPr>
      <w:r>
        <w:t>How the promotion leaned into fandom and fun</w:t>
      </w:r>
      <w:r/>
    </w:p>
    <w:p>
      <w:r/>
      <w:r>
        <w:t>The club edited snippets of Heated Rivalry alongside Pickles merch and posted lines like “Stop staring and just do it. Get those tickets, feel the tension.” It was playful marketing with a wink, and the reaction shows how well queer media tie-ins can land when they’re light-hearted and respectful.</w:t>
      </w:r>
      <w:r/>
    </w:p>
    <w:p>
      <w:r/>
      <w:r>
        <w:t>Brands and clubs are increasingly using pop-culture hooks to reach niche communities. Here, the Pickles mixed fandom, camp and sport in a way that felt genuine , not tokenising. If you’re planning similar activations, match tone to audience, keep it consensual and make sure local partners are on board.</w:t>
      </w:r>
      <w:r/>
    </w:p>
    <w:p>
      <w:pPr>
        <w:pStyle w:val="Heading2"/>
      </w:pPr>
      <w:r>
        <w:t>Why this matters beyond the chuckle</w:t>
      </w:r>
      <w:r/>
    </w:p>
    <w:p>
      <w:r/>
      <w:r>
        <w:t>Moments like this normalise queer joy in public places people don’t always associate with LGBTQIA+ culture. The Pickles’ Pride plans for 2026, which invite a swathe of local organisations into the ballpark, show the stunt wasn’t a one-off publicity grab but part of broader community engagement.</w:t>
      </w:r>
      <w:r/>
    </w:p>
    <w:p>
      <w:r/>
      <w:r>
        <w:t>Community organisers and fans told local outlets they appreciated seeing affection and drama outside the usual TV screen , it makes Pride visible in the day-to-day, and that visibility matters. Expect more teams to try similar playful gestures as sport seeks new ways to be inclusive.</w:t>
      </w:r>
      <w:r/>
    </w:p>
    <w:p>
      <w:pPr>
        <w:pStyle w:val="Heading2"/>
      </w:pPr>
      <w:r>
        <w:t>Practical takeaways for event organisers and fans</w:t>
      </w:r>
      <w:r/>
    </w:p>
    <w:p>
      <w:r/>
      <w:r>
        <w:t>If you’re thinking of staging a themed night, pick a concept that resonates with your audience and keep consent front and centre. Promote it with the same joyous tone you plan to deliver on the night. And if you’re a fan heading to a Pride or fandom-themed match, bring your sense of humour , and maybe record a clip; viral moments tend to happen when people are relaxed and having fun.</w:t>
      </w:r>
      <w:r/>
    </w:p>
    <w:p>
      <w:r/>
      <w:r>
        <w:t>Merch sell-through often ticks up after shareable moments too, so consider limited drops tied to the theme. The Pickles’ revival of Pride merch shows how nostalgia and novelty can work together.</w:t>
      </w:r>
      <w:r/>
    </w:p>
    <w:p>
      <w:pPr>
        <w:pStyle w:val="Heading2"/>
      </w:pPr>
      <w:r>
        <w:t>The outlook: more queer-forward fun at the ballpark</w:t>
      </w:r>
      <w:r/>
    </w:p>
    <w:p>
      <w:r/>
      <w:r>
        <w:t>The viral kiss was a small, staged piece of theatre , but it helped shift expectations about where queer culture can show up. With the Pickles’ full Pride game coming next year and Heated Rivalry gearing up for season two, we’re likely to see more crossover moments between sport and queer media.</w:t>
      </w:r>
      <w:r/>
    </w:p>
    <w:p>
      <w:r/>
      <w:r>
        <w:t>It’s a reminder that community moments don’t need to be solemn to be meaningful; sometimes a cheeky, public kiss will do the talking.</w:t>
      </w:r>
      <w:r/>
    </w:p>
    <w:p>
      <w:r/>
      <w:r>
        <w:t>It's a small, joyful nudge toward opening up public spaces to celebrations that feel loud, proud and a bit ridiculous , in the best way.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10">
        <w:r>
          <w:rPr>
            <w:color w:val="0000EE"/>
            <w:u w:val="single"/>
          </w:rPr>
          <w:t>[3]</w:t>
        </w:r>
      </w:hyperlink>
      <w:r>
        <w:t xml:space="preserve">, </w:t>
      </w:r>
      <w:hyperlink r:id="rId11">
        <w:r>
          <w:rPr>
            <w:color w:val="0000EE"/>
            <w:u w:val="single"/>
          </w:rPr>
          <w:t>[4]</w:t>
        </w:r>
      </w:hyperlink>
      <w:r>
        <w:t xml:space="preserve">- Paragraph 5: </w:t>
      </w:r>
      <w:hyperlink r:id="rId13">
        <w:r>
          <w:rPr>
            <w:color w:val="0000EE"/>
            <w:u w:val="single"/>
          </w:rPr>
          <w:t>[5]</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https://www.attitude.co.uk/news/baseball-game-heated-rivalry-same-sex-kiss-528774/</w:t>
        </w:r>
      </w:hyperlink>
      <w:r>
        <w:t xml:space="preserve"> - Please view link - unable to able to access data</w:t>
      </w:r>
      <w:r/>
    </w:p>
    <w:p>
      <w:pPr>
        <w:pStyle w:val="ListNumber"/>
        <w:spacing w:line="240" w:lineRule="auto"/>
        <w:ind w:left="720"/>
      </w:pPr>
      <w:r/>
      <w:hyperlink r:id="rId9">
        <w:r>
          <w:rPr>
            <w:color w:val="0000EE"/>
            <w:u w:val="single"/>
          </w:rPr>
          <w:t>https://www.attitude.co.uk/news/baseball-game-heated-rivalry-same-sex-kiss-528774/</w:t>
        </w:r>
      </w:hyperlink>
      <w:r>
        <w:t xml:space="preserve"> - The Portland Pickles baseball team in Portland, Oregon, hosted a themed event called 'Heated Riv-Dill-ry Night', inspired by the gay hockey series 'Heated Rivalry'. During the game, two players staged a confrontation that led to a passionate kiss, which went viral online. The team promoted the event with playful references to the series, and following the 'Heated Riv-Dill-ry Night', they are hosting their 2026 Pride game on 16 July, inviting local LGBTQIA+ organisations to participate. 'Heated Rivalry' is a six-part series that premiered in November 2025 and was renewed for a second season, with production expected to begin in August ahead of a planned April 2027 release on Sky in the UK.</w:t>
      </w:r>
      <w:r/>
    </w:p>
    <w:p>
      <w:pPr>
        <w:pStyle w:val="ListNumber"/>
        <w:spacing w:line="240" w:lineRule="auto"/>
        <w:ind w:left="720"/>
      </w:pPr>
      <w:r/>
      <w:hyperlink r:id="rId10">
        <w:r>
          <w:rPr>
            <w:color w:val="0000EE"/>
            <w:u w:val="single"/>
          </w:rPr>
          <w:t>https://thepinktimes.com/article/portland-pickles-theme-night-ends-with-a-scripted-on-field-kiss-that-goes-viral/</w:t>
        </w:r>
      </w:hyperlink>
      <w:r>
        <w:t xml:space="preserve"> - The Portland Pickles baseball team in Portland, Oregon, held a 'Heated Riv-Dill-ry Night' inspired by the HBO gay hockey series 'Heated Rivalry'. During the game, two players staged a confrontation that ended with a passionate kiss, which went viral online. The team's video garnered over 1 million views in 12 hours. The event was promoted with playful references to the series, and following the 'Heated Riv-Dill-ry Night', the team is hosting their 2026 Pride game on 16 July, inviting local LGBTQIA+ organisations to participate. 'Heated Rivalry' is a six-part series that premiered in November 2025 and was renewed for a second season, with production expected to begin in August ahead of a planned April 2027 release on Sky in the UK.</w:t>
      </w:r>
      <w:r/>
    </w:p>
    <w:p>
      <w:pPr>
        <w:pStyle w:val="ListNumber"/>
        <w:spacing w:line="240" w:lineRule="auto"/>
        <w:ind w:left="720"/>
      </w:pPr>
      <w:r/>
      <w:hyperlink r:id="rId11">
        <w:r>
          <w:rPr>
            <w:color w:val="0000EE"/>
            <w:u w:val="single"/>
          </w:rPr>
          <w:t>https://www.out.com/gay-athletes/portland-pickles-gay-kiss</w:t>
        </w:r>
      </w:hyperlink>
      <w:r>
        <w:t xml:space="preserve"> - The Portland Pickles baseball team in Portland, Oregon, held a 'Heated Riv-Dill-ry Night' inspired by the HBO gay hockey series 'Heated Rivalry'. During the game, two players staged a confrontation that ended with a passionate kiss, which went viral online. The team's video garnered over 1 million views in 12 hours. The event was promoted with playful references to the series, and following the 'Heated Riv-Dill-ry Night', the team is hosting their 2026 Pride game on 16 July, inviting local LGBTQIA+ organisations to participate. 'Heated Rivalry' is a six-part series that premiered in November 2025 and was renewed for a second season, with production expected to begin in August ahead of a planned April 2027 release on Sky in the UK.</w:t>
      </w:r>
      <w:r/>
    </w:p>
    <w:p>
      <w:pPr>
        <w:pStyle w:val="ListNumber"/>
        <w:spacing w:line="240" w:lineRule="auto"/>
        <w:ind w:left="720"/>
      </w:pPr>
      <w:r/>
      <w:hyperlink r:id="rId13">
        <w:r>
          <w:rPr>
            <w:color w:val="0000EE"/>
            <w:u w:val="single"/>
          </w:rPr>
          <w:t>https://www.travelportland.com/event/6a4eceabd9887537660a44b5/</w:t>
        </w:r>
      </w:hyperlink>
      <w:r>
        <w:t xml:space="preserve"> - The Portland Pickles are a collegiate summer wood-bat baseball team playing in the West Coast League’s South Division. Founded in 2015 to bring baseball back to the city after the Portland Beavers left in 2010, the team has had recent success, including a 2022 division title and their first-ever West Coast League championship in 2024. They’re best known for their 'punk rock baseball' atmosphere — quirky promotions, an eight-foot pickle mascot named Dillon, and fan traditions like conch shells and chair-lifting — which earned them a full MLB Network documentary, 'Pickles, Pickles, Pickles.'</w:t>
      </w:r>
      <w:r/>
    </w:p>
    <w:p>
      <w:pPr>
        <w:pStyle w:val="ListNumber"/>
        <w:spacing w:line="240" w:lineRule="auto"/>
        <w:ind w:left="720"/>
      </w:pPr>
      <w:r/>
      <w:hyperlink r:id="rId14">
        <w:r>
          <w:rPr>
            <w:color w:val="0000EE"/>
            <w:u w:val="single"/>
          </w:rPr>
          <w:t>https://www.travelportland.com/event/69fdcea3dc81aef54933c786/</w:t>
        </w:r>
      </w:hyperlink>
      <w:r>
        <w:t xml:space="preserve"> - TUFF, North America’s largest and most beloved leather and fetish party, comes to Portland for the first time this Pride Weekend. For one night only, Crystal Ballroom transforms into a dark and sweat-soaked playground of house, techno, and electro inside Portland’s largest dancehall. Thousands will enter, but only those who show up will understand why TUFF has become one of the most talked-about nightlife experiences in the world. Picture a Tom of Finland drawing come to life. A modern leather bar fantasy on a massive scale. Think muscles, hairy pecs, leather, latex, pups, gear, sweat, and a dancefloor packed wall to wall with fetish enthusiasts from across the scene.</w:t>
      </w:r>
      <w:r/>
    </w:p>
    <w:p>
      <w:pPr>
        <w:pStyle w:val="ListNumber"/>
        <w:spacing w:line="240" w:lineRule="auto"/>
        <w:ind w:left="720"/>
      </w:pPr>
      <w:r/>
      <w:hyperlink r:id="rId12">
        <w:r>
          <w:rPr>
            <w:color w:val="0000EE"/>
            <w:u w:val="single"/>
          </w:rPr>
          <w:t>https://www.travelportland.com/events/portland-pride/</w:t>
        </w:r>
      </w:hyperlink>
      <w:r>
        <w:t xml:space="preserve"> - Every summer, Portland comes to life the week of Pride, a time of solidarity and celebration for the city’s vibrant LGBTQIA+ community. Portland Pride is a joyful two-day celebration complete with a festival, a parade, a makers’ market, great food and drink, and much more. The main Portland Pride Waterfront Festival and Parade is scheduled for July 18-19, with a variety of related events—such as drag shows, block parties, resource fairs, and markets—taking place throughout the month.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news/baseball-game-heated-rivalry-same-sex-kiss-528774/" TargetMode="External"/><Relationship Id="rId10" Type="http://schemas.openxmlformats.org/officeDocument/2006/relationships/hyperlink" Target="https://thepinktimes.com/article/portland-pickles-theme-night-ends-with-a-scripted-on-field-kiss-that-goes-viral/" TargetMode="External"/><Relationship Id="rId11" Type="http://schemas.openxmlformats.org/officeDocument/2006/relationships/hyperlink" Target="https://www.out.com/gay-athletes/portland-pickles-gay-kiss" TargetMode="External"/><Relationship Id="rId12" Type="http://schemas.openxmlformats.org/officeDocument/2006/relationships/hyperlink" Target="https://www.travelportland.com/events/portland-pride/" TargetMode="External"/><Relationship Id="rId13" Type="http://schemas.openxmlformats.org/officeDocument/2006/relationships/hyperlink" Target="https://www.travelportland.com/event/6a4eceabd9887537660a44b5/" TargetMode="External"/><Relationship Id="rId14" Type="http://schemas.openxmlformats.org/officeDocument/2006/relationships/hyperlink" Target="https://www.travelportland.com/event/69fdcea3dc81aef54933c7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