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Things to Do in San Diego This Week: Pride, Markets and Outdoor Camps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families and Pride-goers are lining up for a lively week in San Diego , from free gender-affirming haircuts and a crow-themed trinket swap to outdoor nature camps and Filipino festivals. Here’s what’s on, where to go and why these community events matter.</w:t>
      </w:r>
      <w:r/>
    </w:p>
    <w:p>
      <w:r/>
      <w:r>
        <w:t>Essential Takeaways</w:t>
      </w:r>
      <w:r/>
      <w:r/>
    </w:p>
    <w:p>
      <w:pPr>
        <w:pStyle w:val="ListBullet"/>
        <w:spacing w:line="240" w:lineRule="auto"/>
        <w:ind w:left="720"/>
      </w:pPr>
      <w:r/>
      <w:r>
        <w:rPr>
          <w:b/>
        </w:rPr>
        <w:t>Free haircuts:</w:t>
      </w:r>
      <w:r>
        <w:t xml:space="preserve"> Black Dagger Community Collective is offering complimentary gender-affirming cuts at San Diego Pride on July 18–19 , volunteers welcome.</w:t>
      </w:r>
      <w:r/>
    </w:p>
    <w:p>
      <w:pPr>
        <w:pStyle w:val="ListBullet"/>
        <w:spacing w:line="240" w:lineRule="auto"/>
        <w:ind w:left="720"/>
      </w:pPr>
      <w:r/>
      <w:r>
        <w:rPr>
          <w:b/>
        </w:rPr>
        <w:t>Crow Party trinket swap:</w:t>
      </w:r>
      <w:r>
        <w:t xml:space="preserve"> Honest Thrift &amp; Plants hosts a playful swap and mingle evening with a low-cost ticket and nostalgic finds.</w:t>
      </w:r>
      <w:r/>
    </w:p>
    <w:p>
      <w:pPr>
        <w:pStyle w:val="ListBullet"/>
        <w:spacing w:line="240" w:lineRule="auto"/>
        <w:ind w:left="720"/>
      </w:pPr>
      <w:r/>
      <w:r>
        <w:rPr>
          <w:b/>
        </w:rPr>
        <w:t>Outdoor learning:</w:t>
      </w:r>
      <w:r>
        <w:t xml:space="preserve"> California Nature Connection runs a week-long summer mini-camp for ages 12+ with kayaking, surfing and snorkelling.</w:t>
      </w:r>
      <w:r/>
    </w:p>
    <w:p>
      <w:pPr>
        <w:pStyle w:val="ListBullet"/>
        <w:spacing w:line="240" w:lineRule="auto"/>
        <w:ind w:left="720"/>
      </w:pPr>
      <w:r/>
      <w:r>
        <w:rPr>
          <w:b/>
        </w:rPr>
        <w:t>Community-first events:</w:t>
      </w:r>
      <w:r>
        <w:t xml:space="preserve"> From free stores and food distributions to arts workshops and poetry nights, many gatherings are donation- or sliding-scale friendly.</w:t>
      </w:r>
      <w:r/>
    </w:p>
    <w:p>
      <w:pPr>
        <w:pStyle w:val="ListBullet"/>
        <w:spacing w:line="240" w:lineRule="auto"/>
        <w:ind w:left="720"/>
      </w:pPr>
      <w:r/>
      <w:r>
        <w:rPr>
          <w:b/>
        </w:rPr>
        <w:t>Practical perks:</w:t>
      </w:r>
      <w:r>
        <w:t xml:space="preserve"> Several workshops are free with no RSVP, while others ask for reservations or small entry fees , check links before you go.</w:t>
      </w:r>
      <w:r/>
      <w:r/>
    </w:p>
    <w:p>
      <w:pPr>
        <w:pStyle w:val="Heading2"/>
      </w:pPr>
      <w:r>
        <w:t>Pride weekend gets practical: free gender-affirming haircuts on the lawn</w:t>
      </w:r>
      <w:r/>
    </w:p>
    <w:p>
      <w:r/>
      <w:r>
        <w:t>If you’re heading to San Diego Pride, bring your crew and your courage , Black Dagger Community Collective will be on-site at Marston Point offering no-cost gender-affirming haircuts. It’s a quiet but powerful service: volunteer stylists and barbers help people feel seen, and the vibe tends to be warm and supportive rather than flashy. According to local listings, shifts run across both days, so volunteers and guests can choose times that fit their parade plans. If you’d like to give back, email the collective to sign up; if you’re going for a cut, arrive early , these services fill fast.</w:t>
      </w:r>
      <w:r/>
    </w:p>
    <w:p>
      <w:pPr>
        <w:pStyle w:val="Heading2"/>
      </w:pPr>
      <w:r>
        <w:t>Trinkets and thrifts: the crow-themed swap is delightfully odd</w:t>
      </w:r>
      <w:r/>
    </w:p>
    <w:p>
      <w:r/>
      <w:r>
        <w:t>Honest Thrift &amp; Plants is staging a Crow Party that’s equal parts vintage treasure hunt and cosy social. Bring at least one trinket to trade and expect small-ticket surprises , think old brooches, vinyl ephemera or handmade curios with a slightly gothic twist. Tickets are inexpensive, the crowd tends to be friendly and you’ll leave with something you didn’t know you needed. If you like markets where conversation matters more than checkout speed, this is your kind of night.</w:t>
      </w:r>
      <w:r/>
    </w:p>
    <w:p>
      <w:pPr>
        <w:pStyle w:val="Heading2"/>
      </w:pPr>
      <w:r>
        <w:t>Nature camp for teens: water sports, small groups and actual skills</w:t>
      </w:r>
      <w:r/>
    </w:p>
    <w:p>
      <w:r/>
      <w:r>
        <w:t>California Nature Connection’s summer mini camp runs Monday to Friday and is aimed at older kids and teens who want real outdoor time , kayaking, surfing, snorkelling and small-group excursions make for a hands-on week. These programs tend to emphasise safety and small instructor-to-student ratios, so parents can expect structured days with skill-building rather than free-form play. Register online ahead of time: spaces for water-based camps often sell out or require medical waivers.</w:t>
      </w:r>
      <w:r/>
    </w:p>
    <w:p>
      <w:pPr>
        <w:pStyle w:val="Heading2"/>
      </w:pPr>
      <w:r>
        <w:t>Community across the calendar: markets, free stores and healing pop-ups</w:t>
      </w:r>
      <w:r/>
    </w:p>
    <w:p>
      <w:r/>
      <w:r>
        <w:t>Saturday’s Filipino American Friendship Festival at Liberty Station is a free celebration of culture with food, art and performances, while recurring projects like Water and Kindness’ free store offer weekly access to essentials. You’ll also find healers’ markets and kintsugi workshops around the county , these are the sorts of gatherings where sliding-scale pricing and donation options make participation possible for more people. For anyone budgeting weekends, these community-first events are genuine finds: you get connection without the sticker shock.</w:t>
      </w:r>
      <w:r/>
    </w:p>
    <w:p>
      <w:pPr>
        <w:pStyle w:val="Heading2"/>
      </w:pPr>
      <w:r>
        <w:t>Arts, learning and late-night beats: something every night of the week</w:t>
      </w:r>
      <w:r/>
    </w:p>
    <w:p>
      <w:r/>
      <w:r>
        <w:t>If your idea of a good week includes poetry, gallery openings and record-release parties, San Diego delivers. There are recurring monthly nights like Verbatim Books in the Park and Poetry Night at Rumi Wine Bar, plus special events such as Derrick Adams’ lecture at the Museum of Contemporary Art and Part Time Lover’s record release party. For small businesses and creatives, The Block Club’s AI meet-up and open casting calls give a practical edge to the social calendar. Pro tip: check whether events require RSVPs or tickets in advance , that saves disappointment at the door.</w:t>
      </w:r>
      <w:r/>
    </w:p>
    <w:p>
      <w:r/>
      <w:r>
        <w:t>Closing Line</w:t>
      </w:r>
      <w:r/>
    </w:p>
    <w:p>
      <w:r/>
      <w:r>
        <w:t>Pick a day, bring water and curiosity, and let a small local event turn an ordinary week into something a bit brighter.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0">
        <w:r>
          <w:rPr>
            <w:color w:val="0000EE"/>
            <w:u w:val="single"/>
          </w:rPr>
          <w:t>[2]</w:t>
        </w:r>
      </w:hyperlink>
      <w:r>
        <w:t xml:space="preserve">- Paragraph 3: </w:t>
      </w:r>
      <w:hyperlink r:id="rId12">
        <w:r>
          <w:rPr>
            <w:color w:val="0000EE"/>
            <w:u w:val="single"/>
          </w:rPr>
          <w:t>[7]</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https://www.daylightsandiego.org/gender-affirming-haircuts-a-crow-themed-market-and-arts-and-crafts-workshops-things-to-do-in-san-diego-july-16-22/</w:t>
        </w:r>
      </w:hyperlink>
      <w:r>
        <w:t xml:space="preserve"> - Please view link - unable to able to access data</w:t>
      </w:r>
      <w:r/>
    </w:p>
    <w:p>
      <w:pPr>
        <w:pStyle w:val="ListNumber"/>
        <w:spacing w:line="240" w:lineRule="auto"/>
        <w:ind w:left="720"/>
      </w:pPr>
      <w:r/>
      <w:hyperlink r:id="rId10">
        <w:r>
          <w:rPr>
            <w:color w:val="0000EE"/>
            <w:u w:val="single"/>
          </w:rPr>
          <w:t>https://www.blackdaggerhair.com/bdcc</w:t>
        </w:r>
      </w:hyperlink>
      <w:r>
        <w:t xml:space="preserve"> - Black Dagger Community Collective is a queer-led nonprofit in San Diego offering free, gender-affirming haircuts and mutual aid to LGBTQ+ individuals. Founded by Sarah Piel, the collective provides services such as free haircuts, a community care cabinet stocked with essentials, and hosts various community events. Their mission focuses on building a network rooted in care, dignity, self-expression, and solidarity, aiming for collective liberation through accessible services and support.</w:t>
      </w:r>
      <w:r/>
    </w:p>
    <w:p>
      <w:pPr>
        <w:pStyle w:val="ListNumber"/>
        <w:spacing w:line="240" w:lineRule="auto"/>
        <w:ind w:left="720"/>
      </w:pPr>
      <w:r/>
      <w:hyperlink r:id="rId11">
        <w:r>
          <w:rPr>
            <w:color w:val="0000EE"/>
            <w:u w:val="single"/>
          </w:rPr>
          <w:t>https://www.blackdaggerhair.com/events</w:t>
        </w:r>
      </w:hyperlink>
      <w:r>
        <w:t xml:space="preserve"> - Black Dagger Hair hosts multiple events throughout the year, including free gender-affirming haircut days and pay-what-you-can offerings. These events bring together stylists and barbers to provide accessible services to the community. Additionally, they participate in San Diego Pride by offering free gender-affirming haircuts during the festival, emphasizing their commitment to inclusivity and community support.</w:t>
      </w:r>
      <w:r/>
    </w:p>
    <w:p>
      <w:pPr>
        <w:pStyle w:val="ListNumber"/>
        <w:spacing w:line="240" w:lineRule="auto"/>
        <w:ind w:left="720"/>
      </w:pPr>
      <w:r/>
      <w:hyperlink r:id="rId15">
        <w:r>
          <w:rPr>
            <w:color w:val="0000EE"/>
            <w:u w:val="single"/>
          </w:rPr>
          <w:t>https://www.blackdaggerhair.com/sarah</w:t>
        </w:r>
      </w:hyperlink>
      <w:r>
        <w:t xml:space="preserve"> - Sarah Piel, owner and stylist at Black Dagger Hair, brings over 16 years of experience in the industry. With a passion for alternative haircuts and fashion-forward colour, she creates bold, expressive looks that reflect each client’s individuality. Inspired by rock and roll and music subcultures, her work blends edge, precision, and intention. Through Black Dagger Hair, she has created a queer-centered, gender-affirming salon space rooted in authenticity, connection, and self-expression.</w:t>
      </w:r>
      <w:r/>
    </w:p>
    <w:p>
      <w:pPr>
        <w:pStyle w:val="ListNumber"/>
        <w:spacing w:line="240" w:lineRule="auto"/>
        <w:ind w:left="720"/>
      </w:pPr>
      <w:r/>
      <w:hyperlink r:id="rId13">
        <w:r>
          <w:rPr>
            <w:color w:val="0000EE"/>
            <w:u w:val="single"/>
          </w:rPr>
          <w:t>https://kidwingsnatureschool.com/</w:t>
        </w:r>
      </w:hyperlink>
      <w:r>
        <w:t xml:space="preserve"> - Kidwings Nature School offers a nature-based educational program for children aged 3-12 in San Diego. Operating year-round, they provide half-day programming and a memorable nature camp experience during the summer months. The curriculum is based on the Scandinavian Forest School model, incorporating elements from Waldorf, Reggio Emilia, and Montessori educational approaches. The program emphasizes outdoor exploration, hands-on learning, and fostering a connection with nature.</w:t>
      </w:r>
      <w:r/>
    </w:p>
    <w:p>
      <w:pPr>
        <w:pStyle w:val="ListNumber"/>
        <w:spacing w:line="240" w:lineRule="auto"/>
        <w:ind w:left="720"/>
      </w:pPr>
      <w:r/>
      <w:hyperlink r:id="rId14">
        <w:r>
          <w:rPr>
            <w:color w:val="0000EE"/>
            <w:u w:val="single"/>
          </w:rPr>
          <w:t>https://wildchildsandiegonatureschool.com/</w:t>
        </w:r>
      </w:hyperlink>
      <w:r>
        <w:t xml:space="preserve"> - Wild Child San Diego Nature School is a 501(c)(3) non-profit nature enrichment program dedicated to providing enriching nature experiences and learning to children in San Diego. Operating year-round, they offer outdoor nature camps for children enrolled in charter schools, homeschooling, and younger age groups. The program is based on the Scandinavian Forest School model, integrating aspects of Waldorf, Reggio Emilia, and Montessori educational philosophies. Activities include swimming, hiking, gardening, 3D printing, rocket science, Lego building, chess, and arts and crafts.</w:t>
      </w:r>
      <w:r/>
    </w:p>
    <w:p>
      <w:pPr>
        <w:pStyle w:val="ListNumber"/>
        <w:spacing w:line="240" w:lineRule="auto"/>
        <w:ind w:left="720"/>
      </w:pPr>
      <w:r/>
      <w:hyperlink r:id="rId12">
        <w:r>
          <w:rPr>
            <w:color w:val="0000EE"/>
            <w:u w:val="single"/>
          </w:rPr>
          <w:t>https://www.seacamp.com/</w:t>
        </w:r>
      </w:hyperlink>
      <w:r>
        <w:t xml:space="preserve"> - SEACAMP San Diego is a marine science camp offering a range of programs to students throughout the school year and summer. Their programs combine hands-on labs and workshops with interactive field activities, such as snorkeling, boat trips, kayaking, and boogie boarding. Covering a wide variety of subjects, including marine ecology, physical oceanography, and marine biology, SEACAMP San Diego provides students with immersive experiences in marine science education.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ylightsandiego.org/gender-affirming-haircuts-a-crow-themed-market-and-arts-and-crafts-workshops-things-to-do-in-san-diego-july-16-22/" TargetMode="External"/><Relationship Id="rId10" Type="http://schemas.openxmlformats.org/officeDocument/2006/relationships/hyperlink" Target="https://www.blackdaggerhair.com/bdcc" TargetMode="External"/><Relationship Id="rId11" Type="http://schemas.openxmlformats.org/officeDocument/2006/relationships/hyperlink" Target="https://www.blackdaggerhair.com/events" TargetMode="External"/><Relationship Id="rId12" Type="http://schemas.openxmlformats.org/officeDocument/2006/relationships/hyperlink" Target="https://www.seacamp.com/" TargetMode="External"/><Relationship Id="rId13" Type="http://schemas.openxmlformats.org/officeDocument/2006/relationships/hyperlink" Target="https://kidwingsnatureschool.com/" TargetMode="External"/><Relationship Id="rId14" Type="http://schemas.openxmlformats.org/officeDocument/2006/relationships/hyperlink" Target="https://wildchildsandiegonatureschool.com/" TargetMode="External"/><Relationship Id="rId15" Type="http://schemas.openxmlformats.org/officeDocument/2006/relationships/hyperlink" Target="https://www.blackdaggerhair.com/sara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