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Spider-Man Swimwear and Celebrity Pool Looks This Summer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snapping up comic-book swim styles as celebs flex fandom at the pool; here’s why Spidey-speedos, Mr Fantastic shorties and couture spider motifs are suddenly everywhere, who’s wearing them, and how to pull off the trend without looking like a convention extra.</w:t>
      </w:r>
      <w:r/>
    </w:p>
    <w:p>
      <w:r/>
      <w:r>
        <w:t>Essential Takeaways</w:t>
      </w:r>
      <w:r/>
      <w:r/>
    </w:p>
    <w:p>
      <w:pPr>
        <w:pStyle w:val="ListBullet"/>
        <w:spacing w:line="240" w:lineRule="auto"/>
        <w:ind w:left="720"/>
      </w:pPr>
      <w:r/>
      <w:r>
        <w:rPr>
          <w:b/>
        </w:rPr>
        <w:t>Celebrity spotlight:</w:t>
      </w:r>
      <w:r>
        <w:t xml:space="preserve"> Yahya Abdul‑Mateen II earned an Emmy nod and the same pop-culture buzz is fuelling playful red‑carpet and off‑duty looks.</w:t>
      </w:r>
      <w:r/>
    </w:p>
    <w:p>
      <w:pPr>
        <w:pStyle w:val="ListBullet"/>
        <w:spacing w:line="240" w:lineRule="auto"/>
        <w:ind w:left="720"/>
      </w:pPr>
      <w:r/>
      <w:r>
        <w:rPr>
          <w:b/>
        </w:rPr>
        <w:t>Trend detail:</w:t>
      </w:r>
      <w:r>
        <w:t xml:space="preserve"> Spider motifs and superhero cuts , think Spidey-speedo and Mr Fantastic shorties , are popping across Instagram, with a mix of camp and sleek styling.</w:t>
      </w:r>
      <w:r/>
    </w:p>
    <w:p>
      <w:pPr>
        <w:pStyle w:val="ListBullet"/>
        <w:spacing w:line="240" w:lineRule="auto"/>
        <w:ind w:left="720"/>
      </w:pPr>
      <w:r/>
      <w:r>
        <w:rPr>
          <w:b/>
        </w:rPr>
        <w:t>Texture and fit:</w:t>
      </w:r>
      <w:r>
        <w:t xml:space="preserve"> Choose swimwear with a snug, stretchy feel for comic prints; colours read best in saturated red, blue and deep blacks.</w:t>
      </w:r>
      <w:r/>
    </w:p>
    <w:p>
      <w:pPr>
        <w:pStyle w:val="ListBullet"/>
        <w:spacing w:line="240" w:lineRule="auto"/>
        <w:ind w:left="720"/>
      </w:pPr>
      <w:r/>
      <w:r>
        <w:rPr>
          <w:b/>
        </w:rPr>
        <w:t>Wear it your way:</w:t>
      </w:r>
      <w:r>
        <w:t xml:space="preserve"> Balance bold prints with neutral cover‑ups or tonal slides for an effortless beach-to-bar transition.</w:t>
      </w:r>
      <w:r/>
    </w:p>
    <w:p>
      <w:pPr>
        <w:pStyle w:val="ListBullet"/>
        <w:spacing w:line="240" w:lineRule="auto"/>
        <w:ind w:left="720"/>
      </w:pPr>
      <w:r/>
      <w:r>
        <w:rPr>
          <w:b/>
        </w:rPr>
        <w:t>Prep tip:</w:t>
      </w:r>
      <w:r>
        <w:t xml:space="preserve"> If you’re sharing the swimsuit photo, mind the light , saturated sunshine makes comic prints pop and flatters most skin tones.</w:t>
      </w:r>
      <w:r/>
      <w:r/>
    </w:p>
    <w:p>
      <w:pPr>
        <w:pStyle w:val="Heading2"/>
      </w:pPr>
      <w:r>
        <w:t>Why superhero swimwear is having its moment</w:t>
      </w:r>
      <w:r/>
    </w:p>
    <w:p>
      <w:r/>
      <w:r>
        <w:t>Celebrities and creators keep borrowing from the comic book wardrobe, and Instagram makes the look feel immediate and fun. According to recent pop-culture reporting, the fusion of fandom and fashion shows up in everything from couture takes on spider motifs to beach-ready Speedo silhouettes. The result is playful dressing that still reads slick when the fit and fabric are right.</w:t>
      </w:r>
      <w:r/>
    </w:p>
    <w:p>
      <w:r/>
      <w:r>
        <w:t>This burst of interest follows the wider trend of costume-as-casual: people want pieces that wink at a story rather than scream for attention. Keep the rest of your outfit low-key and the swimwear does the talking.</w:t>
      </w:r>
      <w:r/>
    </w:p>
    <w:p>
      <w:pPr>
        <w:pStyle w:val="Heading2"/>
      </w:pPr>
      <w:r>
        <w:t>Who wore what , the standout celebrity pool shots</w:t>
      </w:r>
      <w:r/>
    </w:p>
    <w:p>
      <w:r/>
      <w:r>
        <w:t>A handful of public figures have leaned fully into the theme, from cheeky Spidey-speedos to short, tailored trunks that nod to comic heroes without feeling childish. One actor who’s been celebrating mainstream success also helped renew interest in bold on‑duty and off‑duty dressing, and social feeds quickly amplified the look.</w:t>
      </w:r>
      <w:r/>
    </w:p>
    <w:p>
      <w:r/>
      <w:r>
        <w:t>If you’re inspired, pick a silhouette that matches your comfort level , brief, shorty or mid‑length , and let the print be the accent rather than the whole story.</w:t>
      </w:r>
      <w:r/>
    </w:p>
    <w:p>
      <w:pPr>
        <w:pStyle w:val="Heading2"/>
      </w:pPr>
      <w:r>
        <w:t>How to style comic prints without overdoing it</w:t>
      </w:r>
      <w:r/>
    </w:p>
    <w:p>
      <w:r/>
      <w:r>
        <w:t>Pair a graphic swim brief with neutral accessories: a white linen shirt, black slides and minimalist shades keep the look beachy but modern. For a night out, swap the linen for a black, open‑weave shirt and loafers , the graphic element still reads contemporary, not costumey.</w:t>
      </w:r>
      <w:r/>
    </w:p>
    <w:p>
      <w:r/>
      <w:r>
        <w:t>Also consider scale: large, bold spider motifs suit longer trunks, while smaller, repeat prints work better on skimpier cuts. Think about the photo, too , glossy sunlight makes saturated hues sing.</w:t>
      </w:r>
      <w:r/>
    </w:p>
    <w:p>
      <w:pPr>
        <w:pStyle w:val="Heading2"/>
      </w:pPr>
      <w:r>
        <w:t>Where to buy and what to look for</w:t>
      </w:r>
      <w:r/>
    </w:p>
    <w:p>
      <w:r/>
      <w:r>
        <w:t>Look for brands that use chlorine‑resistant blends and lined construction so the colours don’t fade and the fit holds. Specialist swim labels and small designers exploring “comic couture” are a good bet for more creative patterns, while established swim brands deliver reliable fits and technical fabrics.</w:t>
      </w:r>
      <w:r/>
    </w:p>
    <w:p>
      <w:r/>
      <w:r>
        <w:t>Ordering advice: size up slightly if you want a looser, retro look; size down for a snug, comic-hero silhouette. And check reviews for stretch recovery , nothing kills a costume vibe like saggy swimwear.</w:t>
      </w:r>
      <w:r/>
    </w:p>
    <w:p>
      <w:pPr>
        <w:pStyle w:val="Heading2"/>
      </w:pPr>
      <w:r>
        <w:t>The mood: playful, confident and a touch camp</w:t>
      </w:r>
      <w:r/>
    </w:p>
    <w:p>
      <w:r/>
      <w:r>
        <w:t>This trend feels celebratory , a wink at fandom with just enough polish to wear beyond convention halls. Whether you’re embracing a full Spidey motif or a subtle nod with a Mr Fantastic‑style short, the key is to wear it with confidence.</w:t>
      </w:r>
      <w:r/>
    </w:p>
    <w:p>
      <w:r/>
      <w:r>
        <w:t>It’s a small style tweak that livens summer wardrobes and gives your swim rotation a story. Try one look and see how many friends ask where you got it.</w:t>
      </w:r>
      <w:r/>
    </w:p>
    <w:p>
      <w:r/>
      <w:r>
        <w:t>It's a small change that can make every pool day feel like your own mini red carpet.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Paragraph 2: </w:t>
      </w:r>
      <w:hyperlink r:id="rId10">
        <w:r>
          <w:rPr>
            <w:color w:val="0000EE"/>
            <w:u w:val="single"/>
          </w:rPr>
          <w:t>[3]</w:t>
        </w:r>
      </w:hyperlink>
      <w:r>
        <w:t xml:space="preserve">- Paragraph 3: </w:t>
      </w:r>
      <w:hyperlink r:id="rId9">
        <w:r>
          <w:rPr>
            <w:color w:val="0000EE"/>
            <w:u w:val="single"/>
          </w:rPr>
          <w:t>[4]</w:t>
        </w:r>
      </w:hyperlink>
      <w:r>
        <w:t xml:space="preserve">- Paragraph 4: </w:t>
      </w:r>
      <w:hyperlink r:id="rId9">
        <w:r>
          <w:rPr>
            <w:color w:val="0000EE"/>
            <w:u w:val="single"/>
          </w:rPr>
          <w:t>[5]</w:t>
        </w:r>
      </w:hyperlink>
      <w:r>
        <w:t xml:space="preserve">- Paragraph 5: </w:t>
      </w:r>
      <w:hyperlink r:id="rId9">
        <w:r>
          <w:rPr>
            <w:color w:val="0000EE"/>
            <w:u w:val="single"/>
          </w:rPr>
          <w:t>[6]</w:t>
        </w:r>
      </w:hyperlink>
      <w:r>
        <w:t xml:space="preserve">- Paragraph 6: </w:t>
      </w:r>
      <w:hyperlink r:id="rId9">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https://www.queerty.com/psms-spidey-speedo-nathan-weirs-mr-fantastic-swim-trunks-cicifuls-spider-couture-20260716/</w:t>
        </w:r>
      </w:hyperlink>
      <w:r>
        <w:t xml:space="preserve"> - Please view link - unable to able to access data</w:t>
      </w:r>
      <w:r/>
    </w:p>
    <w:p>
      <w:pPr>
        <w:pStyle w:val="ListNumber"/>
        <w:spacing w:line="240" w:lineRule="auto"/>
        <w:ind w:left="720"/>
      </w:pPr>
      <w:r/>
      <w:hyperlink r:id="rId9">
        <w:r>
          <w:rPr>
            <w:color w:val="0000EE"/>
            <w:u w:val="single"/>
          </w:rPr>
          <w:t>https://www.queerty.com/psms-spidey-speedo-nathan-weirs-mr-fantastic-swim-trunks-cicifuls-spider-couture-20260716/</w:t>
        </w:r>
      </w:hyperlink>
      <w:r>
        <w:t xml:space="preserve"> - This article from Queerty's InstaGeeks series highlights various LGBTQ+ figures and their recent activities. It features Wonder Man's Yahya Abdul-Mateen II's Emmy nomination for Outstanding Lead Actor in a Comedy Series, Spider-Man themed fashion by Ciciful, PSM's Spidey-speedo beachwear, Jesse Jerdak's appearance at LitRPG Con, Nathan Weir's Mr. Fantastic swim trunks, Chandler's tribute to Bonnie Tyler, Taryn's Gambit cosplay at Anime Expo, and the AI-telier's gender-swapped Sailor Senshi into Sailor Sen-He.</w:t>
      </w:r>
      <w:r/>
    </w:p>
    <w:p>
      <w:pPr>
        <w:pStyle w:val="ListNumber"/>
        <w:spacing w:line="240" w:lineRule="auto"/>
        <w:ind w:left="720"/>
      </w:pPr>
      <w:r/>
      <w:hyperlink r:id="rId10">
        <w:r>
          <w:rPr>
            <w:color w:val="0000EE"/>
            <w:u w:val="single"/>
          </w:rPr>
          <w:t>https://www.tvline.com/2210565/emmy-nominations-2026-full-list/</w:t>
        </w:r>
      </w:hyperlink>
      <w:r>
        <w:t xml:space="preserve"> - TVLine provides a comprehensive list of the 2026 Emmy nominations, including categories such as Outstanding Comedy Series, Lead Actress and Actor in a Comedy, Supporting Actress and Actor in a Comedy, and more. Notably, Yahya Abdul-Mateen II received a nomination for Outstanding Lead Actor in a Comedy Series for his role in 'Wonder Man'.</w:t>
      </w:r>
      <w:r/>
    </w:p>
    <w:p>
      <w:pPr>
        <w:pStyle w:val="ListNumber"/>
        <w:spacing w:line="240" w:lineRule="auto"/>
        <w:ind w:left="720"/>
      </w:pPr>
      <w:r/>
      <w:hyperlink r:id="rId9">
        <w:r>
          <w:rPr>
            <w:color w:val="0000EE"/>
            <w:u w:val="single"/>
          </w:rPr>
          <w:t>https://www.queerty.com/psms-spidey-speedo-nathan-weirs-mr-fantastic-swim-trunks-cicifuls-spider-couture-20260716/</w:t>
        </w:r>
      </w:hyperlink>
      <w:r>
        <w:t xml:space="preserve"> - Queerty's InstaGeeks series showcases LGBTQ+ figures and their recent activities. This edition features Wonder Man's Yahya Abdul-Mateen II's Emmy nomination for Outstanding Lead Actor in a Comedy Series, Spider-Man themed fashion by Ciciful, PSM's Spidey-speedo beachwear, Jesse Jerdak's appearance at LitRPG Con, Nathan Weir's Mr. Fantastic swim trunks, Chandler's tribute to Bonnie Tyler, Taryn's Gambit cosplay at Anime Expo, and the AI-telier's gender-swapped Sailor Senshi into Sailor Sen-He.</w:t>
      </w:r>
      <w:r/>
    </w:p>
    <w:p>
      <w:pPr>
        <w:pStyle w:val="ListNumber"/>
        <w:spacing w:line="240" w:lineRule="auto"/>
        <w:ind w:left="720"/>
      </w:pPr>
      <w:r/>
      <w:hyperlink r:id="rId9">
        <w:r>
          <w:rPr>
            <w:color w:val="0000EE"/>
            <w:u w:val="single"/>
          </w:rPr>
          <w:t>https://www.queerty.com/psms-spidey-speedo-nathan-weirs-mr-fantastic-swim-trunks-cicifuls-spider-couture-20260716/</w:t>
        </w:r>
      </w:hyperlink>
      <w:r>
        <w:t xml:space="preserve"> - Queerty's InstaGeeks series highlights LGBTQ+ figures and their recent activities. This edition features Wonder Man's Yahya Abdul-Mateen II's Emmy nomination for Outstanding Lead Actor in a Comedy Series, Spider-Man themed fashion by Ciciful, PSM's Spidey-speedo beachwear, Jesse Jerdak's appearance at LitRPG Con, Nathan Weir's Mr. Fantastic swim trunks, Chandler's tribute to Bonnie Tyler, Taryn's Gambit cosplay at Anime Expo, and the AI-telier's gender-swapped Sailor Senshi into Sailor Sen-He.</w:t>
      </w:r>
      <w:r/>
    </w:p>
    <w:p>
      <w:pPr>
        <w:pStyle w:val="ListNumber"/>
        <w:spacing w:line="240" w:lineRule="auto"/>
        <w:ind w:left="720"/>
      </w:pPr>
      <w:r/>
      <w:hyperlink r:id="rId9">
        <w:r>
          <w:rPr>
            <w:color w:val="0000EE"/>
            <w:u w:val="single"/>
          </w:rPr>
          <w:t>https://www.queerty.com/psms-spidey-speedo-nathan-weirs-mr-fantastic-swim-trunks-cicifuls-spider-couture-20260716/</w:t>
        </w:r>
      </w:hyperlink>
      <w:r>
        <w:t xml:space="preserve"> - Queerty's InstaGeeks series showcases LGBTQ+ figures and their recent activities. This edition features Wonder Man's Yahya Abdul-Mateen II's Emmy nomination for Outstanding Lead Actor in a Comedy Series, Spider-Man themed fashion by Ciciful, PSM's Spidey-speedo beachwear, Jesse Jerdak's appearance at LitRPG Con, Nathan Weir's Mr. Fantastic swim trunks, Chandler's tribute to Bonnie Tyler, Taryn's Gambit cosplay at Anime Expo, and the AI-telier's gender-swapped Sailor Senshi into Sailor Sen-He.</w:t>
      </w:r>
      <w:r/>
    </w:p>
    <w:p>
      <w:pPr>
        <w:pStyle w:val="ListNumber"/>
        <w:spacing w:line="240" w:lineRule="auto"/>
        <w:ind w:left="720"/>
      </w:pPr>
      <w:r/>
      <w:hyperlink r:id="rId9">
        <w:r>
          <w:rPr>
            <w:color w:val="0000EE"/>
            <w:u w:val="single"/>
          </w:rPr>
          <w:t>https://www.queerty.com/psms-spidey-speedo-nathan-weirs-mr-fantastic-swim-trunks-cicifuls-spider-couture-20260716/</w:t>
        </w:r>
      </w:hyperlink>
      <w:r>
        <w:t xml:space="preserve"> - Queerty's InstaGeeks series highlights LGBTQ+ figures and their recent activities. This edition features Wonder Man's Yahya Abdul-Mateen II's Emmy nomination for Outstanding Lead Actor in a Comedy Series, Spider-Man themed fashion by Ciciful, PSM's Spidey-speedo beachwear, Jesse Jerdak's appearance at LitRPG Con, Nathan Weir's Mr. Fantastic swim trunks, Chandler's tribute to Bonnie Tyler, Taryn's Gambit cosplay at Anime Expo, and the AI-telier's gender-swapped Sailor Senshi into Sailor Sen-He.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psms-spidey-speedo-nathan-weirs-mr-fantastic-swim-trunks-cicifuls-spider-couture-20260716/" TargetMode="External"/><Relationship Id="rId10" Type="http://schemas.openxmlformats.org/officeDocument/2006/relationships/hyperlink" Target="https://www.tvline.com/2210565/emmy-nominations-2026-full-lis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