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San Diego Black Pride Ball Moments: Joy, Vogue and Community Reclaimed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Shimmers and beats lit up Liberty Station as San Diego Black Pride transformed a chapel into a high-energy runway, celebrating Black queer joy and creativity while raising funds to support the local LGBTQ+ community this weekend. Here's what happened, why it matters, and how the city is embracing Black Pride events.</w:t>
      </w:r>
      <w:r/>
    </w:p>
    <w:p>
      <w:r/>
      <w:r>
        <w:t>Essential Takeaways</w:t>
      </w:r>
      <w:r/>
      <w:r/>
    </w:p>
    <w:p>
      <w:pPr>
        <w:pStyle w:val="ListBullet"/>
        <w:spacing w:line="240" w:lineRule="auto"/>
        <w:ind w:left="720"/>
      </w:pPr>
      <w:r/>
      <w:r>
        <w:rPr>
          <w:b/>
        </w:rPr>
        <w:t>Lively setting:</w:t>
      </w:r>
      <w:r>
        <w:t xml:space="preserve"> Liberty Station’s chapel became a runway with rainbow lights, DJ in the pulpit and a glitter curtain entrance , about 100 people attended, creating an intimate, electric vibe. </w:t>
      </w:r>
      <w:r/>
    </w:p>
    <w:p>
      <w:pPr>
        <w:pStyle w:val="ListBullet"/>
        <w:spacing w:line="240" w:lineRule="auto"/>
        <w:ind w:left="720"/>
      </w:pPr>
      <w:r/>
      <w:r>
        <w:rPr>
          <w:b/>
        </w:rPr>
        <w:t>Kiki-style ball:</w:t>
      </w:r>
      <w:r>
        <w:t xml:space="preserve"> Organisers described the event as kiki , community-focused, lower stakes, and welcoming to newcomers as well as seasoned performers. </w:t>
      </w:r>
      <w:r/>
    </w:p>
    <w:p>
      <w:pPr>
        <w:pStyle w:val="ListBullet"/>
        <w:spacing w:line="240" w:lineRule="auto"/>
        <w:ind w:left="720"/>
      </w:pPr>
      <w:r/>
      <w:r>
        <w:rPr>
          <w:b/>
        </w:rPr>
        <w:t>Wide programme:</w:t>
      </w:r>
      <w:r>
        <w:t xml:space="preserve"> The ball featured runway categories and battles , performance, realness, face, body, sex, and more , plus DJs, MCs and judges scoring with “tens.” </w:t>
      </w:r>
      <w:r/>
    </w:p>
    <w:p>
      <w:pPr>
        <w:pStyle w:val="ListBullet"/>
        <w:spacing w:line="240" w:lineRule="auto"/>
        <w:ind w:left="720"/>
      </w:pPr>
      <w:r/>
      <w:r>
        <w:rPr>
          <w:b/>
        </w:rPr>
        <w:t>Community purpose:</w:t>
      </w:r>
      <w:r>
        <w:t xml:space="preserve"> San Diego Black Pride planned months in advance; proceeds support Black LGBTQ+ programming and aim to create a safe, celebratory space. </w:t>
      </w:r>
      <w:r/>
    </w:p>
    <w:p>
      <w:pPr>
        <w:pStyle w:val="ListBullet"/>
        <w:spacing w:line="240" w:lineRule="auto"/>
        <w:ind w:left="720"/>
      </w:pPr>
      <w:r/>
      <w:r>
        <w:rPr>
          <w:b/>
        </w:rPr>
        <w:t>Feeling of belonging:</w:t>
      </w:r>
      <w:r>
        <w:t xml:space="preserve"> Attendees and performers said the ball offered visibility, healing and the joy of seeing Black queer people together.</w:t>
      </w:r>
      <w:r/>
      <w:r/>
    </w:p>
    <w:p>
      <w:pPr>
        <w:pStyle w:val="Heading2"/>
      </w:pPr>
      <w:r>
        <w:t>A chapel turned runway , the scene was electric</w:t>
      </w:r>
      <w:r/>
    </w:p>
    <w:p>
      <w:r/>
      <w:r>
        <w:t>The first thing you noticed was the sound: house and club beats shaking the floorboards, punctuated by cheers and the crack of unfurled fans. According to Daylight San Diego, the DJ perched in the pulpit and rainbow lights replaced the usual altar, giving the space a celebratory, slightly surreal glow. It felt intimate , roughly 100 spectators , but packed with energy and colour, from faux fur to leg warmers and glittering makeup. If you weren’t moved by the music, you were by the sight of people finally allowed to perform without apology.</w:t>
      </w:r>
      <w:r/>
    </w:p>
    <w:p>
      <w:pPr>
        <w:pStyle w:val="Heading2"/>
      </w:pPr>
      <w:r>
        <w:t>Why organisers picked a chapel , reclaiming space matters</w:t>
      </w:r>
      <w:r/>
    </w:p>
    <w:p>
      <w:r/>
      <w:r>
        <w:t>San Diego Black Pride intentionally chose the chapel as venue because church has been both a space of Black celebration and a site of queer harm, organisers said. The theme, “unbound and unlimited,” was about freedom and empowerment, and board members spent six months planning events around that idea. The choice felt like a deliberate reclaiming: a space that once excluded now hosting vogue, praise and community affirmation. It’s a small but powerful statement about who belongs where.</w:t>
      </w:r>
      <w:r/>
    </w:p>
    <w:p>
      <w:pPr>
        <w:pStyle w:val="Heading2"/>
      </w:pPr>
      <w:r>
        <w:t>Ballroom culture in San Diego , kiki vibes, big feelings</w:t>
      </w:r>
      <w:r/>
    </w:p>
    <w:p>
      <w:r/>
      <w:r>
        <w:t>While mainstream shows have popularised ballroom culture, the scene’s roots run much deeper. Organisers and performers noted that ballroom emerged along the East Coast in the 1920s and evolved into the vibrant culture we see now. San Diego’s scene is smaller than New York or LA and skews kiki , lower stakes, more community-focused, and very welcoming to newcomers. That makes it perfect for a local Black Pride ball: less pressure to compete, more space to celebrate and learn.</w:t>
      </w:r>
      <w:r/>
    </w:p>
    <w:p>
      <w:pPr>
        <w:pStyle w:val="Heading2"/>
      </w:pPr>
      <w:r>
        <w:t>Standout performers and crowd moments</w:t>
      </w:r>
      <w:r/>
    </w:p>
    <w:p>
      <w:r/>
      <w:r>
        <w:t>Several walkers and battlers brought the house down, with MCs calling categories and judges holding up tens for show-stopping walks. Friidae, a local fixture, won a runway prize and later earned “tens across the board” for a performance full of precise floorwork and dramatic drops. Naim Wright, who usually performs in Los Angeles, reminded the room why knowing queer history matters and said spectating is just as valid as performing. Those moments , the applause, the shouts, the people saying “I feel seen” afterwards , summed up why these nights matter.</w:t>
      </w:r>
      <w:r/>
    </w:p>
    <w:p>
      <w:pPr>
        <w:pStyle w:val="Heading2"/>
      </w:pPr>
      <w:r>
        <w:t>What this means for San Diego Pride season and the wider community</w:t>
      </w:r>
      <w:r/>
    </w:p>
    <w:p>
      <w:r/>
      <w:r>
        <w:t>San Diego Black Pride’s weekend is part of a broader cluster of Pride events around the city, with listings and guides popping up across local calendars. The ball was a preview of that wider energy: events that centre Black queer voices, build networks and funnel proceeds into community support. For people curious about getting involved, organisers say you don’t have to perform , just turn up, watch, clap and learn. It’s a safe way to start connecting with a scene that has deep cultural resonance.</w:t>
      </w:r>
      <w:r/>
    </w:p>
    <w:p>
      <w:r/>
      <w:r>
        <w:t>It's a small change that can make every performance feel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1">
        <w:r>
          <w:rPr>
            <w:color w:val="0000EE"/>
            <w:u w:val="single"/>
          </w:rPr>
          <w:t>[4]</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4">
        <w:r>
          <w:rPr>
            <w:color w:val="0000EE"/>
            <w:u w:val="single"/>
          </w:rPr>
          <w:t>[6]</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https://www.daylightsandiego.org/a-weekend-ball-at-liberty-station-showcases-black-pride-joy-and-self-expression/</w:t>
        </w:r>
      </w:hyperlink>
      <w:r>
        <w:t xml:space="preserve"> - Please view link - unable to able to access data</w:t>
      </w:r>
      <w:r/>
    </w:p>
    <w:p>
      <w:pPr>
        <w:pStyle w:val="ListNumber"/>
        <w:spacing w:line="240" w:lineRule="auto"/>
        <w:ind w:left="720"/>
      </w:pPr>
      <w:r/>
      <w:hyperlink r:id="rId10">
        <w:r>
          <w:rPr>
            <w:color w:val="0000EE"/>
            <w:u w:val="single"/>
          </w:rPr>
          <w:t>https://www.kpbs.org/events/ongoing/san-diego-black-pride-2026</w:t>
        </w:r>
      </w:hyperlink>
      <w:r>
        <w:t xml:space="preserve"> - San Diego Black Pride 2026 is a three-day event from July 10 to July 12, 2026, under the theme 'Unbound and Unlimited'. The celebration includes The Legacy Ball Volume 2 on Friday, Floatin' &amp; Flawless yacht party on Saturday, and Sunday Service at The Soap Factory on Sunday. The events aim to create a space for Black queer and trans individuals to feel empowered and joyful, with all proceeds supporting the Black LGBTQ+ community. The Legacy Ball features DJ sets, MCs, and runway categories for both experienced and novice participants.</w:t>
      </w:r>
      <w:r/>
    </w:p>
    <w:p>
      <w:pPr>
        <w:pStyle w:val="ListNumber"/>
        <w:spacing w:line="240" w:lineRule="auto"/>
        <w:ind w:left="720"/>
      </w:pPr>
      <w:r/>
      <w:hyperlink r:id="rId12">
        <w:r>
          <w:rPr>
            <w:color w:val="0000EE"/>
            <w:u w:val="single"/>
          </w:rPr>
          <w:t>https://timesofsandiego.com/san-diego-events/2026/07/09/san-diego-weekend-guide-july-10-12-black-pride-shows-out-northern-soul-steps-in/</w:t>
        </w:r>
      </w:hyperlink>
      <w:r>
        <w:t xml:space="preserve"> - The San Diego Black Pride festival, themed 'Unbound and Unlimited', is a three-day event from July 10 to July 12, 2026. It includes the Legacy Ball Vol. 2 on Friday, Floatin' &amp; Flawless yacht party on Saturday, and Sunday Service at The Soap Factory on Sunday. The festival aims to create a space for Black queer and trans individuals to feel empowered and joyful, with all proceeds supporting the Black LGBTQ+ community. The Legacy Ball features DJ sets, MCs, and runway categories for both experienced and novice participants.</w:t>
      </w:r>
      <w:r/>
    </w:p>
    <w:p>
      <w:pPr>
        <w:pStyle w:val="ListNumber"/>
        <w:spacing w:line="240" w:lineRule="auto"/>
        <w:ind w:left="720"/>
      </w:pPr>
      <w:r/>
      <w:hyperlink r:id="rId11">
        <w:r>
          <w:rPr>
            <w:color w:val="0000EE"/>
            <w:u w:val="single"/>
          </w:rPr>
          <w:t>https://www.sandiego.org/events-festivals/san-diego-black-pride/5315163a5aa111f1a7f2</w:t>
        </w:r>
      </w:hyperlink>
      <w:r>
        <w:t xml:space="preserve"> - San Diego Black Pride is a dynamic three-day celebration in San Diego, California, dedicated to honoring and empowering the Black LGBTQ+ community. This volunteer-driven festival brings together bold cultural programming, energetic nightlife, and inclusive community gatherings. Highlights include The Mini Ball, captivating drag performances, live music, and the lively Sunday Festival. Attendees can expect a welcoming atmosphere that fosters connection, creativity, and pride.</w:t>
      </w:r>
      <w:r/>
    </w:p>
    <w:p>
      <w:pPr>
        <w:pStyle w:val="ListNumber"/>
        <w:spacing w:line="240" w:lineRule="auto"/>
        <w:ind w:left="720"/>
      </w:pPr>
      <w:r/>
      <w:hyperlink r:id="rId13">
        <w:r>
          <w:rPr>
            <w:color w:val="0000EE"/>
            <w:u w:val="single"/>
          </w:rPr>
          <w:t>https://timesofsandiego.com/life/2026/07/13/mas-alla-del-desfile-tu-guia-de-los-eventos-no-oficiales-del-pride/</w:t>
        </w:r>
      </w:hyperlink>
      <w:r>
        <w:t xml:space="preserve"> - During Pride week, numerous events beyond the main parade and festival offer diverse experiences. The San Diego Black Pride festival, themed 'Unbound and Unlimited', is a three-day event from July 10 to July 12, 2026. It includes the Legacy Ball Vol. 2 on Friday, Floatin' &amp; Flawless yacht party on Saturday, and Sunday Service at The Soap Factory on Sunday. The festival aims to create a space for Black queer and trans individuals to feel empowered and joyful, with all proceeds supporting the Black LGBTQ+ community.</w:t>
      </w:r>
      <w:r/>
    </w:p>
    <w:p>
      <w:pPr>
        <w:pStyle w:val="ListNumber"/>
        <w:spacing w:line="240" w:lineRule="auto"/>
        <w:ind w:left="720"/>
      </w:pPr>
      <w:r/>
      <w:hyperlink r:id="rId14">
        <w:r>
          <w:rPr>
            <w:color w:val="0000EE"/>
            <w:u w:val="single"/>
          </w:rPr>
          <w:t>https://www.sandiegotown.com/event-calendar/9961/san-diego-pride/</w:t>
        </w:r>
      </w:hyperlink>
      <w:r>
        <w:t xml:space="preserve"> - San Diego Pride is a week-long celebration from July 11 to July 19, 2026, featuring a parade, live performances, food, and markets. The main parade is on July 11, 2026, from 10:00 to 15:00, and the festival runs on Saturday from 12:00 to 22:00 and Sunday from 12:00 to 21:00. The event aims to foster pride, equality, and respect for all lesbian, gay, bisexual, and transgender communities locally, nationally, and globally.</w:t>
      </w:r>
      <w:r/>
    </w:p>
    <w:p>
      <w:pPr>
        <w:pStyle w:val="ListNumber"/>
        <w:spacing w:line="240" w:lineRule="auto"/>
        <w:ind w:left="720"/>
      </w:pPr>
      <w:r/>
      <w:hyperlink r:id="rId15">
        <w:r>
          <w:rPr>
            <w:color w:val="0000EE"/>
            <w:u w:val="single"/>
          </w:rPr>
          <w:t>https://www.sandiego.gov/event/san-diego-pride-festival-2026?event-date=Saturday%2C+July+18%2C+2026%2C+12%3A00+-+10%3A00pm</w:t>
        </w:r>
      </w:hyperlink>
      <w:r>
        <w:t xml:space="preserve"> - San Diego Pride Festival 2026 is scheduled for Saturday, July 18, 2026, from 12:00 to 22:00. Formed in 1974, San Diego Pride continues to bring together the skills, talents, and visions of the diverse community through numerous programs. The festival aims to foster pride, equality, and respect for all lesbian, gay, bisexual, and transgender communities locally, nationally, and globally.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ylightsandiego.org/a-weekend-ball-at-liberty-station-showcases-black-pride-joy-and-self-expression/" TargetMode="External"/><Relationship Id="rId10" Type="http://schemas.openxmlformats.org/officeDocument/2006/relationships/hyperlink" Target="https://www.kpbs.org/events/ongoing/san-diego-black-pride-2026" TargetMode="External"/><Relationship Id="rId11" Type="http://schemas.openxmlformats.org/officeDocument/2006/relationships/hyperlink" Target="https://www.sandiego.org/events-festivals/san-diego-black-pride/5315163a5aa111f1a7f2" TargetMode="External"/><Relationship Id="rId12" Type="http://schemas.openxmlformats.org/officeDocument/2006/relationships/hyperlink" Target="https://timesofsandiego.com/san-diego-events/2026/07/09/san-diego-weekend-guide-july-10-12-black-pride-shows-out-northern-soul-steps-in/" TargetMode="External"/><Relationship Id="rId13" Type="http://schemas.openxmlformats.org/officeDocument/2006/relationships/hyperlink" Target="https://timesofsandiego.com/life/2026/07/13/mas-alla-del-desfile-tu-guia-de-los-eventos-no-oficiales-del-pride/" TargetMode="External"/><Relationship Id="rId14" Type="http://schemas.openxmlformats.org/officeDocument/2006/relationships/hyperlink" Target="https://www.sandiegotown.com/event-calendar/9961/san-diego-pride/" TargetMode="External"/><Relationship Id="rId15" Type="http://schemas.openxmlformats.org/officeDocument/2006/relationships/hyperlink" Target="https://www.sandiego.gov/event/san-diego-pride-festival-2026?event-date=Saturday%2C+July+18%2C+2026%2C+12%3A00+-+10%3A00p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