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Runway of Pride 2026 Moments to Remember in San Francisco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 night where fashion met activism: San Francisco’s Runway of Pride 2026 at GLIDE brought couture, community leaders, and choir-backed beats together to raise funds for Pride and GLIDE , a glittering, heartfelt highlight of Pride Month that showed style can speak loudly for causes.</w:t>
      </w:r>
      <w:r/>
    </w:p>
    <w:p>
      <w:r/>
      <w:r>
        <w:t>Essential Takeaways</w:t>
      </w:r>
      <w:r/>
      <w:r/>
    </w:p>
    <w:p>
      <w:pPr>
        <w:pStyle w:val="ListBullet"/>
        <w:spacing w:line="240" w:lineRule="auto"/>
        <w:ind w:left="720"/>
      </w:pPr>
      <w:r/>
      <w:r>
        <w:rPr>
          <w:b/>
        </w:rPr>
        <w:t>Star-studded line-up:</w:t>
      </w:r>
      <w:r>
        <w:t xml:space="preserve"> Pat Cleveland, Sister Roma, Honey Mahogany and city leaders modelled designer looks with flair.</w:t>
      </w:r>
      <w:r/>
    </w:p>
    <w:p>
      <w:pPr>
        <w:pStyle w:val="ListBullet"/>
        <w:spacing w:line="240" w:lineRule="auto"/>
        <w:ind w:left="720"/>
      </w:pPr>
      <w:r/>
      <w:r>
        <w:rPr>
          <w:b/>
        </w:rPr>
        <w:t>Couture and conscience:</w:t>
      </w:r>
      <w:r>
        <w:t xml:space="preserve"> Outfits ranged from Naeem Khan gowns to Banana Republic faux fur, mixing high fashion with civic celebration.</w:t>
      </w:r>
      <w:r/>
    </w:p>
    <w:p>
      <w:pPr>
        <w:pStyle w:val="ListBullet"/>
        <w:spacing w:line="240" w:lineRule="auto"/>
        <w:ind w:left="720"/>
      </w:pPr>
      <w:r/>
      <w:r>
        <w:rPr>
          <w:b/>
        </w:rPr>
        <w:t>Music and mood:</w:t>
      </w:r>
      <w:r>
        <w:t xml:space="preserve"> DJ Sergio Fedasz and the GLIDE Memorial Choir created an uplifting, soulful soundtrack.</w:t>
      </w:r>
      <w:r/>
    </w:p>
    <w:p>
      <w:pPr>
        <w:pStyle w:val="ListBullet"/>
        <w:spacing w:line="240" w:lineRule="auto"/>
        <w:ind w:left="720"/>
      </w:pPr>
      <w:r/>
      <w:r>
        <w:rPr>
          <w:b/>
        </w:rPr>
        <w:t>Fundraising impact:</w:t>
      </w:r>
      <w:r>
        <w:t xml:space="preserve"> The evening raised around $20,000 for San Francisco Pride and GLIDE, blending glamour with giving.</w:t>
      </w:r>
      <w:r/>
    </w:p>
    <w:p>
      <w:pPr>
        <w:pStyle w:val="ListBullet"/>
        <w:spacing w:line="240" w:lineRule="auto"/>
        <w:ind w:left="720"/>
      </w:pPr>
      <w:r/>
      <w:r>
        <w:rPr>
          <w:b/>
        </w:rPr>
        <w:t>Accessible record:</w:t>
      </w:r>
      <w:r>
        <w:t xml:space="preserve"> The full show was filmed and is available for viewing online, so you can relive the runway.</w:t>
      </w:r>
      <w:r/>
      <w:r/>
    </w:p>
    <w:p>
      <w:pPr>
        <w:pStyle w:val="Heading2"/>
      </w:pPr>
      <w:r>
        <w:t>A night of personality and polish , Pat Cleveland steals the show</w:t>
      </w:r>
      <w:r/>
    </w:p>
    <w:p>
      <w:r/>
      <w:r>
        <w:t>Pat Cleveland arrived not merely to model but to perform, moving and singing in a Naeem Khan couture gown that caught every light in the room. The gown’s detailed shimmer paired with her stage presence made the moment both visual and visceral, the kind of thing that gently hushes a room. According to local coverage, Cleveland’s appearance illustrated how Runway of Pride mixes celebrity sparkle with genuine celebration. If you weren’t there, watching the recorded show gives the same electric sense of being in the front row.</w:t>
      </w:r>
      <w:r/>
    </w:p>
    <w:p>
      <w:pPr>
        <w:pStyle w:val="Heading2"/>
      </w:pPr>
      <w:r>
        <w:t>Fashion with civic faces , elected leaders walk the walk</w:t>
      </w:r>
      <w:r/>
    </w:p>
    <w:p>
      <w:r/>
      <w:r>
        <w:t>It felt refreshingly civic to see familiar public figures on the catwalk: State Senator Scott Wiener in a regal Mariya Milovidova look, former Mayor London Breed in a custom red sequined gown, and Supervisor Rafael Mandelman in a faux white fur piece. These moments read like a public-spirited fashion statement, politics and pageantry hand-in-hand. Events like this signal a continuing trend where local leaders lend visibility to LGBTQ+ causes by participating, not just supporting from the sidelines.</w:t>
      </w:r>
      <w:r/>
    </w:p>
    <w:p>
      <w:pPr>
        <w:pStyle w:val="Heading2"/>
      </w:pPr>
      <w:r>
        <w:t>Designers and community , Banana Republic, Nuvaa, and local talent</w:t>
      </w:r>
      <w:r/>
    </w:p>
    <w:p>
      <w:r/>
      <w:r>
        <w:t>The evening showcased both major brands and smaller local labels, from Banana Republic’s statement pieces to a striking original by Nuvaa. Producer Antonio Contreras, who is also Banana Republic’s National Style Expert, drew together an inclusive mix of designers and advocates. That blend reflects a broader shift in event programming: attendees want style that tells a story and supports a mission. For shoppers thinking about investing in a statement piece, look for craftsmanship, story and materials, those are the things that make garments worth keeping.</w:t>
      </w:r>
      <w:r/>
    </w:p>
    <w:p>
      <w:pPr>
        <w:pStyle w:val="Heading2"/>
      </w:pPr>
      <w:r>
        <w:t>Soundtrack and atmosphere , choir, DJ and runway rhythm</w:t>
      </w:r>
      <w:r/>
    </w:p>
    <w:p>
      <w:r/>
      <w:r>
        <w:t>DJ Sergio Fedasz kept energy high between looks while the GLIDE Memorial Choir added a soulful backdrop that made the fashion feel like worship. The juxtaposition of club beats and choir harmonies gave the event a warm, dynamic pulse. Music choices matter in fashion events; they set pacing and mood, and here they underscored the evening’s balance between celebration and purpose. If you’re planning a similar fundraiser, alternate high-energy tracks with quieter choral moments to create emotional peaks.</w:t>
      </w:r>
      <w:r/>
    </w:p>
    <w:p>
      <w:pPr>
        <w:pStyle w:val="Heading2"/>
      </w:pPr>
      <w:r>
        <w:t>Fundraising with flair , impact beyond the glamour</w:t>
      </w:r>
      <w:r/>
    </w:p>
    <w:p>
      <w:r/>
      <w:r>
        <w:t>Runway of Pride 2026 raised roughly $20,000 for San Francisco Pride and GLIDE, a tidy sum that proves small-scale, well-curated events still move the needle. This was the second year of the fundraiser, evolving from Threads of Pride and retaining the community-first ethos from its origins with Dr. Nas Mohamed. For nonprofits, events like these demonstrate how fashion can be an entry point for new donors and supporters, particularly when public figures and recognised designers participate.</w:t>
      </w:r>
      <w:r/>
    </w:p>
    <w:p>
      <w:r/>
      <w:r>
        <w:t>It's a small change that can make every stride on the runway feel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3">
        <w:r>
          <w:rPr>
            <w:color w:val="0000EE"/>
            <w:u w:val="single"/>
          </w:rPr>
          <w:t>[5]</w:t>
        </w:r>
      </w:hyperlink>
      <w:r>
        <w:t xml:space="preserve">- Paragraph 5: </w:t>
      </w:r>
      <w:hyperlink r:id="rId15">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https://sfbaytimes.com/runway-of-pride-2026-at-glide/?utm_source=rss&amp;utm_medium=rss&amp;utm_campaign=runway-of-pride-2026-at-glide</w:t>
        </w:r>
      </w:hyperlink>
      <w:r>
        <w:t xml:space="preserve"> - Please view link - unable to able to access data</w:t>
      </w:r>
      <w:r/>
    </w:p>
    <w:p>
      <w:pPr>
        <w:pStyle w:val="ListNumber"/>
        <w:spacing w:line="240" w:lineRule="auto"/>
        <w:ind w:left="720"/>
      </w:pPr>
      <w:r/>
      <w:hyperlink r:id="rId10">
        <w:r>
          <w:rPr>
            <w:color w:val="0000EE"/>
            <w:u w:val="single"/>
          </w:rPr>
          <w:t>https://www.runwayofpride.com/</w:t>
        </w:r>
      </w:hyperlink>
      <w:r>
        <w:t xml:space="preserve"> - The official website for Runway of Pride provides comprehensive details about the event, including its mission to celebrate queer creativity, community, and couture. It highlights the 2026 event held at GLIDE Memorial Church in San Francisco, featuring emerging and established designers, performers, and artists. The site also showcases media coverage and lists sponsors supporting the event.</w:t>
      </w:r>
      <w:r/>
    </w:p>
    <w:p>
      <w:pPr>
        <w:pStyle w:val="ListNumber"/>
        <w:spacing w:line="240" w:lineRule="auto"/>
        <w:ind w:left="720"/>
      </w:pPr>
      <w:r/>
      <w:hyperlink r:id="rId12">
        <w:r>
          <w:rPr>
            <w:color w:val="0000EE"/>
            <w:u w:val="single"/>
          </w:rPr>
          <w:t>https://happeningnext.com/event/runway-of-pride-at-glide-eid3a0dnth0fl</w:t>
        </w:r>
      </w:hyperlink>
      <w:r>
        <w:t xml:space="preserve"> - This event listing on HappeningNext details the Runway of Pride at GLIDE, scheduled for June 23, 2026, at GLIDE Memorial Church in San Francisco. It emphasizes the event's focus on fashion as activism and community as couture, with a headliner performance by Pat Cleveland in a custom gown by Naeem Khan. The listing includes event timings, location, and ticket information.</w:t>
      </w:r>
      <w:r/>
    </w:p>
    <w:p>
      <w:pPr>
        <w:pStyle w:val="ListNumber"/>
        <w:spacing w:line="240" w:lineRule="auto"/>
        <w:ind w:left="720"/>
      </w:pPr>
      <w:r/>
      <w:hyperlink r:id="rId11">
        <w:r>
          <w:rPr>
            <w:color w:val="0000EE"/>
            <w:u w:val="single"/>
          </w:rPr>
          <w:t>https://gathryapp.com/san-francisco/san-francisco-pride/26-06-23/runway-of-pride</w:t>
        </w:r>
      </w:hyperlink>
      <w:r>
        <w:t xml:space="preserve"> - GathryApp's event page provides information about the Runway of Pride at GLIDE, taking place on June 23, 2026, at GLIDE Memorial Church in San Francisco. The page highlights the event's theme of fashion as activism and community as couture, promising a night of fierce, intentional style that's unapologetically queer. It includes event details and location information.</w:t>
      </w:r>
      <w:r/>
    </w:p>
    <w:p>
      <w:pPr>
        <w:pStyle w:val="ListNumber"/>
        <w:spacing w:line="240" w:lineRule="auto"/>
        <w:ind w:left="720"/>
      </w:pPr>
      <w:r/>
      <w:hyperlink r:id="rId13">
        <w:r>
          <w:rPr>
            <w:color w:val="0000EE"/>
            <w:u w:val="single"/>
          </w:rPr>
          <w:t>https://www.thegayagenda.fyi/san-francisco/events/runway-of-pride-jun-23-2026-2/</w:t>
        </w:r>
      </w:hyperlink>
      <w:r>
        <w:t xml:space="preserve"> - The Gay Agenda's event page offers details about the Runway of Pride at GLIDE, scheduled for June 23, 2026, at GLIDE Memorial Church in San Francisco. The page emphasizes the event's focus on fashion as activism and community as couture, with a start time of 6:30 PM PDT. It provides event details and location information.</w:t>
      </w:r>
      <w:r/>
    </w:p>
    <w:p>
      <w:pPr>
        <w:pStyle w:val="ListNumber"/>
        <w:spacing w:line="240" w:lineRule="auto"/>
        <w:ind w:left="720"/>
      </w:pPr>
      <w:r/>
      <w:hyperlink r:id="rId14">
        <w:r>
          <w:rPr>
            <w:color w:val="0000EE"/>
            <w:u w:val="single"/>
          </w:rPr>
          <w:t>https://givebutter.com/runway-of-pride-at-glide-3b8mdy</w:t>
        </w:r>
      </w:hyperlink>
      <w:r>
        <w:t xml:space="preserve"> - The Givebutter campaign page for Runway of Pride at GLIDE provides information about the event, including ticket and donation options. Scheduled for June 23, 2026, at GLIDE Memorial Church in San Francisco, the event is organized by San Francisco Pride and aims to celebrate fashion as activism and community as couture. The page includes event details and ticket information.</w:t>
      </w:r>
      <w:r/>
    </w:p>
    <w:p>
      <w:pPr>
        <w:pStyle w:val="ListNumber"/>
        <w:spacing w:line="240" w:lineRule="auto"/>
        <w:ind w:left="720"/>
      </w:pPr>
      <w:r/>
      <w:hyperlink r:id="rId15">
        <w:r>
          <w:rPr>
            <w:color w:val="0000EE"/>
            <w:u w:val="single"/>
          </w:rPr>
          <w:t>https://libertepress.com/events/runway-of-pride-glide-san-francisco-2026/</w:t>
        </w:r>
      </w:hyperlink>
      <w:r>
        <w:t xml:space="preserve"> - LibertePress's article previews the Runway of Pride at GLIDE, set for June 23, 2026, at GLIDE Memorial Church in San Francisco. The piece highlights the event's focus on fashion as activism and community as couture, with a lineup that includes high fashion, live music, and the unapologetic spirit of community. It provides background on the event's vision and details about the producer, Antonio Contreras.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runway-of-pride-2026-at-glide/?utm_source=rss&amp;utm_medium=rss&amp;utm_campaign=runway-of-pride-2026-at-glide" TargetMode="External"/><Relationship Id="rId10" Type="http://schemas.openxmlformats.org/officeDocument/2006/relationships/hyperlink" Target="https://www.runwayofpride.com/" TargetMode="External"/><Relationship Id="rId11" Type="http://schemas.openxmlformats.org/officeDocument/2006/relationships/hyperlink" Target="https://gathryapp.com/san-francisco/san-francisco-pride/26-06-23/runway-of-pride" TargetMode="External"/><Relationship Id="rId12" Type="http://schemas.openxmlformats.org/officeDocument/2006/relationships/hyperlink" Target="https://happeningnext.com/event/runway-of-pride-at-glide-eid3a0dnth0fl" TargetMode="External"/><Relationship Id="rId13" Type="http://schemas.openxmlformats.org/officeDocument/2006/relationships/hyperlink" Target="https://www.thegayagenda.fyi/san-francisco/events/runway-of-pride-jun-23-2026-2/" TargetMode="External"/><Relationship Id="rId14" Type="http://schemas.openxmlformats.org/officeDocument/2006/relationships/hyperlink" Target="https://givebutter.com/runway-of-pride-at-glide-3b8mdy" TargetMode="External"/><Relationship Id="rId15" Type="http://schemas.openxmlformats.org/officeDocument/2006/relationships/hyperlink" Target="https://libertepress.com/events/runway-of-pride-glide-san-francisco-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