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Rosewood Le Guanahani St. Barth Guide for LGBTQ+ Travellers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Rosewood Le Guanahani St. Barth is trending with LGBTQ+ travellers: a secluded, French-flavoured beachfront resort with elegant rooms, spa indulgence, creative dining and a warm island scene that feels like the Riviera without leaving the Caribbean.</w:t>
      </w:r>
      <w:r/>
    </w:p>
    <w:p>
      <w:r/>
      <w:r>
        <w:t>Essential Takeaways</w:t>
      </w:r>
      <w:r/>
      <w:r/>
    </w:p>
    <w:p>
      <w:pPr>
        <w:pStyle w:val="ListBullet"/>
        <w:spacing w:line="240" w:lineRule="auto"/>
        <w:ind w:left="720"/>
      </w:pPr>
      <w:r/>
      <w:r>
        <w:rPr>
          <w:b/>
        </w:rPr>
        <w:t>Secluded setting:</w:t>
      </w:r>
      <w:r>
        <w:t xml:space="preserve"> The resort sits on 18 lush acres with a private peninsula, quiet beaches and villa privacy. </w:t>
      </w:r>
      <w:r/>
    </w:p>
    <w:p>
      <w:pPr>
        <w:pStyle w:val="ListBullet"/>
        <w:spacing w:line="240" w:lineRule="auto"/>
        <w:ind w:left="720"/>
      </w:pPr>
      <w:r/>
      <w:r>
        <w:rPr>
          <w:b/>
        </w:rPr>
        <w:t>French ambience:</w:t>
      </w:r>
      <w:r>
        <w:t xml:space="preserve"> More than 90% of staff are French and design nods to French-Caribbean style, so the place feels authentically continental. </w:t>
      </w:r>
      <w:r/>
    </w:p>
    <w:p>
      <w:pPr>
        <w:pStyle w:val="ListBullet"/>
        <w:spacing w:line="240" w:lineRule="auto"/>
        <w:ind w:left="720"/>
      </w:pPr>
      <w:r/>
      <w:r>
        <w:rPr>
          <w:b/>
        </w:rPr>
        <w:t>Wellness and flavour:</w:t>
      </w:r>
      <w:r>
        <w:t xml:space="preserve"> Sense, A Rosewood Spa, uses French-inspired treatments; dining ranges from caviar pasta to barrel-aged cocktails. </w:t>
      </w:r>
      <w:r/>
    </w:p>
    <w:p>
      <w:pPr>
        <w:pStyle w:val="ListBullet"/>
        <w:spacing w:line="240" w:lineRule="auto"/>
        <w:ind w:left="720"/>
      </w:pPr>
      <w:r/>
      <w:r>
        <w:rPr>
          <w:b/>
        </w:rPr>
        <w:t>Queer-friendly scene:</w:t>
      </w:r>
      <w:r>
        <w:t xml:space="preserve"> Local gay-owned spots, nude-friendly Saline Beach and lively nightlife give LGBTQ+ visitors options after the resort. </w:t>
      </w:r>
      <w:r/>
    </w:p>
    <w:p>
      <w:pPr>
        <w:pStyle w:val="ListBullet"/>
        <w:spacing w:line="240" w:lineRule="auto"/>
        <w:ind w:left="720"/>
      </w:pPr>
      <w:r/>
      <w:r>
        <w:rPr>
          <w:b/>
        </w:rPr>
        <w:t>Activities for all tastes:</w:t>
      </w:r>
      <w:r>
        <w:t xml:space="preserve"> From painting classes to kite surfing and pop-up French boutiques, there’s a mix of low-key charm and active fun.</w:t>
      </w:r>
      <w:r/>
      <w:r/>
    </w:p>
    <w:p>
      <w:pPr>
        <w:pStyle w:val="Heading2"/>
      </w:pPr>
      <w:r>
        <w:t>A dreamy, discreet peninsula , privacy with a seaside pulse</w:t>
      </w:r>
      <w:r/>
    </w:p>
    <w:p>
      <w:r/>
      <w:r>
        <w:t>Settle into a villa with a private pool and you’ll know why privacy is part of the resort’s appeal; the peninsula location gives a secluded, sheltered feel and the light is the sort of soft, warm glow you see in French postcards. According to the hotel’s materials, the estate’s 18 acres are designed to feel intimate yet expansive, perfect for honeymoons or a relaxed group getaway. For LGBTQ+ travellers who prioritise discretion without sacrificing style, the layout means you can choose lively hotel moments or total retreat. Tip: ask the concierge about quieter beaches and best sunset views when you book.</w:t>
      </w:r>
      <w:r/>
    </w:p>
    <w:p>
      <w:pPr>
        <w:pStyle w:val="Heading2"/>
      </w:pPr>
      <w:r>
        <w:t>French style that actually reads as French , the little details matter</w:t>
      </w:r>
      <w:r/>
    </w:p>
    <w:p>
      <w:r/>
      <w:r>
        <w:t>You don’t need a passport to get a hint of Nice: muted greys, navy cushions, wicker chairs and botanical prints make for a calm, elegant palette that feels lived-in rather than staged. Rosewood’s own descriptions link the design to French-Caribbean heritage, and the fact that most staff are French adds a subtle cultural throughline to dining, spa rituals and guest interactions. If you like cultural authenticity, request a room close to the main gardens , it’s where those French design touches seem most present.</w:t>
      </w:r>
      <w:r/>
    </w:p>
    <w:p>
      <w:pPr>
        <w:pStyle w:val="Heading2"/>
      </w:pPr>
      <w:r>
        <w:t>Food, drink and a Parisian evening , dining beyond the usual resort fare</w:t>
      </w:r>
      <w:r/>
    </w:p>
    <w:p>
      <w:r/>
      <w:r>
        <w:t>Expect French-inflected menus at the resort’s restaurants, from a beachfront spot serving caviar pasta to a bar pairing barrel-aged cocktails with cigars. The culinary programme blends Creole ingredients with continental technique, so meals can feel both playful and refined. For a romantic night, reserve a table at The Beach House; for a more casual cocktail hour, Bar Mélangé’s relaxed, smoky vibe works well. Practical note: menus and pop-ups change by season, so check what’s on the day you arrive.</w:t>
      </w:r>
      <w:r/>
    </w:p>
    <w:p>
      <w:pPr>
        <w:pStyle w:val="Heading2"/>
      </w:pPr>
      <w:r>
        <w:t>Spa, classes and quiet pursuits , French beauty rituals meet island calm</w:t>
      </w:r>
      <w:r/>
    </w:p>
    <w:p>
      <w:r/>
      <w:r>
        <w:t>Sense, A Rosewood Spa, offers treatments that borrow from French beauty sensibilities: algae facials, lemon oil wraps and B3-enriched moisturisers are part of the rotation. The Rosewood Explores Club runs French-style cooking, painting and gardening classes that suit couples, families or solo travellers who want slow cultural immersion. If you’re after activity, paddle boarding and kite surfing are on offer with bilingual instructors. My advice: book spa slots and classes early to avoid disappointment.</w:t>
      </w:r>
      <w:r/>
    </w:p>
    <w:p>
      <w:pPr>
        <w:pStyle w:val="Heading2"/>
      </w:pPr>
      <w:r>
        <w:t>After-hours and island culture , where to go once you step off the resort</w:t>
      </w:r>
      <w:r/>
    </w:p>
    <w:p>
      <w:r/>
      <w:r>
        <w:t>St. Barth’s reputation as a gay-friendly island is well earned. Near Gustavia you’ll find gay-owned La Cantina for tapas by the harbour and Le Ti for late-night cabaret and dancing on tables; Modjo brings DJ-led nightlife for a more clubby vibe. Daytime hangouts include Saline Beach, known for a relaxed, clothing-optional atmosphere, and PaSha, a gay-owned concept store for swimwear and local finds. Combine a resort day with an evening out to get the full island flavour , and ask locals for the latest pop-ups or queer events.</w:t>
      </w:r>
      <w:r/>
    </w:p>
    <w:p>
      <w:pPr>
        <w:pStyle w:val="Heading2"/>
      </w:pPr>
      <w:r>
        <w:t>Why it matters , a welcoming luxury retreat that feels like a cultural trip</w:t>
      </w:r>
      <w:r/>
    </w:p>
    <w:p>
      <w:r/>
      <w:r>
        <w:t>For LGBTQ+ travellers who want both discretion and a sense of belonging, Rosewood Le Guanahani offers the rare combo of private villas, French staff and an island scene that’s openly welcoming. It’s the kind of place where you can luxuriate in spa rituals in the morning, take a sailing lesson in the afternoon and finish with a lively cabaret or a quiet harbour-side dinner. If you want a trip that balances high-end service with genuine local colour, it’s worth considering.</w:t>
      </w:r>
      <w:r/>
    </w:p>
    <w:p>
      <w:r/>
      <w:r>
        <w:t>It's a small change to your itinerary that can make the whole holiday feel effortlessly French and warmly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9">
        <w:r>
          <w:rPr>
            <w:color w:val="0000EE"/>
            <w:u w:val="single"/>
          </w:rPr>
          <w:t>[6]</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https://www.vacationer.travel/rosewood-le-guanahani-st-barth-offers-french-charm/</w:t>
        </w:r>
      </w:hyperlink>
      <w:r>
        <w:t xml:space="preserve"> - Please view link - unable to able to access data</w:t>
      </w:r>
      <w:r/>
    </w:p>
    <w:p>
      <w:pPr>
        <w:pStyle w:val="ListNumber"/>
        <w:spacing w:line="240" w:lineRule="auto"/>
        <w:ind w:left="720"/>
      </w:pPr>
      <w:r/>
      <w:hyperlink r:id="rId10">
        <w:r>
          <w:rPr>
            <w:color w:val="0000EE"/>
            <w:u w:val="single"/>
          </w:rPr>
          <w:t>https://www.rosewoodhotels.com/en/le-guanahani/media/press/2021/rosewood-le-guanahani-elegant-design.html</w:t>
        </w:r>
      </w:hyperlink>
      <w:r>
        <w:t xml:space="preserve"> - Rosewood Le Guanahani St. Barth has undergone a four-year reimagination, blending French Caribbean heritage with modern design. The resort's architecture features vibrant colours inspired by the Caribbean waters, tropical sun, and the South of France, creating a sophisticated environment that reflects the island's unique spirit.</w:t>
      </w:r>
      <w:r/>
    </w:p>
    <w:p>
      <w:pPr>
        <w:pStyle w:val="ListNumber"/>
        <w:spacing w:line="240" w:lineRule="auto"/>
        <w:ind w:left="720"/>
      </w:pPr>
      <w:r/>
      <w:hyperlink r:id="rId11">
        <w:r>
          <w:rPr>
            <w:color w:val="0000EE"/>
            <w:u w:val="single"/>
          </w:rPr>
          <w:t>https://www.rosewoodhotels.com/en/le-guanahani</w:t>
        </w:r>
      </w:hyperlink>
      <w:r>
        <w:t xml:space="preserve"> - Rosewood Le Guanahani St. Barth is a luxury beach resort located on a private peninsula in St. Barth. The resort offers a range of accommodations, including suites and private villas, complemented by amenities such as two pools, Sense, A Rosewood Spa, watersports, a fitness centre, a tennis court, and the Rosewood Explorers children's club.</w:t>
      </w:r>
      <w:r/>
    </w:p>
    <w:p>
      <w:pPr>
        <w:pStyle w:val="ListNumber"/>
        <w:spacing w:line="240" w:lineRule="auto"/>
        <w:ind w:left="720"/>
      </w:pPr>
      <w:r/>
      <w:hyperlink r:id="rId12">
        <w:r>
          <w:rPr>
            <w:color w:val="0000EE"/>
            <w:u w:val="single"/>
          </w:rPr>
          <w:t>https://www.rosewoodhotels.com/en/le-guanahani/overview/our-story</w:t>
        </w:r>
      </w:hyperlink>
      <w:r>
        <w:t xml:space="preserve"> - Rosewood Le Guanahani St. Barth is situated on a private peninsula on the quiet side of the island, bordered by Marigot Bay, the Grand Cul-de-Sac, and Le Morne. The resort offers a variety of experiences, including Italian Nights at Beach House St. Barth every Wednesday evening, where guests can enjoy Mediterranean cuisine in a Caribbean setting.</w:t>
      </w:r>
      <w:r/>
    </w:p>
    <w:p>
      <w:pPr>
        <w:pStyle w:val="ListNumber"/>
        <w:spacing w:line="240" w:lineRule="auto"/>
        <w:ind w:left="720"/>
      </w:pPr>
      <w:r/>
      <w:hyperlink r:id="rId14">
        <w:r>
          <w:rPr>
            <w:color w:val="0000EE"/>
            <w:u w:val="single"/>
          </w:rPr>
          <w:t>https://www.hotelsofstbarth.org/en/members/hotel/hotel-le-guanahani.html</w:t>
        </w:r>
      </w:hyperlink>
      <w:r>
        <w:t xml:space="preserve"> - Rosewood Le Guanahani St. Barth is a five-star hotel located on a private peninsula overlooking two stunning beaches. The resort offers luxury accommodations, including rooms and suites with ocean views and private pools. Dining options include Mediterranean cuisine with views of the beach and ocean. Activities range from island excursions to watersports and relaxation on the beach.</w:t>
      </w:r>
      <w:r/>
    </w:p>
    <w:p>
      <w:pPr>
        <w:pStyle w:val="ListNumber"/>
        <w:spacing w:line="240" w:lineRule="auto"/>
        <w:ind w:left="720"/>
      </w:pPr>
      <w:r/>
      <w:hyperlink r:id="rId9">
        <w:r>
          <w:rPr>
            <w:color w:val="0000EE"/>
            <w:u w:val="single"/>
          </w:rPr>
          <w:t>https://www.vacationer.travel/rosewood-le-guanahani-st-barth-offers-french-charm/</w:t>
        </w:r>
      </w:hyperlink>
      <w:r>
        <w:t xml:space="preserve"> - Rosewood Le Guanahani St. Barth, a member of the International LGBTQ+ Travel Association (IGLTA), offers a welcoming and luxurious getaway. The resort's design and amenities reflect French Caribbean aesthetics, providing guests with an experience reminiscent of Southern France's coastline. The property features pristine beaches, serene pools, an indulgent spa, and creative culinary concepts.</w:t>
      </w:r>
      <w:r/>
    </w:p>
    <w:p>
      <w:pPr>
        <w:pStyle w:val="ListNumber"/>
        <w:spacing w:line="240" w:lineRule="auto"/>
        <w:ind w:left="720"/>
      </w:pPr>
      <w:r/>
      <w:hyperlink r:id="rId13">
        <w:r>
          <w:rPr>
            <w:color w:val="0000EE"/>
            <w:u w:val="single"/>
          </w:rPr>
          <w:t>https://www.marieclaire.com/beauty/beauty-guide-to-st-barths/</w:t>
        </w:r>
      </w:hyperlink>
      <w:r>
        <w:t xml:space="preserve"> - Marie Claire's 'A Beauty Fanatic's Guide to St. Barths' highlights top wellness and beauty destinations on the island. The guide features Le Barthélemy Hotel &amp; Spa, known for its longevity retreats developed with Saint-Barth Longevity and Dr. Franck Baudino, offering personalized multi-day programs focused on biological age testing, hormonal and metabolic analysis, and more.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vacationer.travel/rosewood-le-guanahani-st-barth-offers-french-charm/" TargetMode="External"/><Relationship Id="rId10" Type="http://schemas.openxmlformats.org/officeDocument/2006/relationships/hyperlink" Target="https://www.rosewoodhotels.com/en/le-guanahani/media/press/2021/rosewood-le-guanahani-elegant-design.html" TargetMode="External"/><Relationship Id="rId11" Type="http://schemas.openxmlformats.org/officeDocument/2006/relationships/hyperlink" Target="https://www.rosewoodhotels.com/en/le-guanahani" TargetMode="External"/><Relationship Id="rId12" Type="http://schemas.openxmlformats.org/officeDocument/2006/relationships/hyperlink" Target="https://www.rosewoodhotels.com/en/le-guanahani/overview/our-story" TargetMode="External"/><Relationship Id="rId13" Type="http://schemas.openxmlformats.org/officeDocument/2006/relationships/hyperlink" Target="https://www.marieclaire.com/beauty/beauty-guide-to-st-barths/" TargetMode="External"/><Relationship Id="rId14" Type="http://schemas.openxmlformats.org/officeDocument/2006/relationships/hyperlink" Target="https://www.hotelsofstbarth.org/en/members/hotel/hotel-le-guanahani.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