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Films to See at OutfestNEXT Los Angeles This Summer</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Heads up: film lovers are flocking back to cool, dark cinemas as OutfestNEXT returns to LA, serving up 18 features and 30+ shorts that spotlight new queer voices, urgent documentaries and crowd-pleasing comedies , a perfect indoor escape during the heatwave and a vital celebration of LGBTQ+ stories.</w:t>
      </w:r>
      <w:r/>
    </w:p>
    <w:p>
      <w:r/>
      <w:r>
        <w:t>Essential Takeaways</w:t>
      </w:r>
      <w:r/>
      <w:r/>
    </w:p>
    <w:p>
      <w:pPr>
        <w:pStyle w:val="ListBullet"/>
        <w:spacing w:line="240" w:lineRule="auto"/>
        <w:ind w:left="720"/>
      </w:pPr>
      <w:r/>
      <w:r>
        <w:rPr>
          <w:b/>
        </w:rPr>
        <w:t>Event details:</w:t>
      </w:r>
      <w:r>
        <w:t xml:space="preserve"> OutfestNEXT runs July 23–26 at the LA LGBT Center’s Village at Ed Gould Plaza with 18 features and 30+ shorts. </w:t>
      </w:r>
      <w:r/>
    </w:p>
    <w:p>
      <w:pPr>
        <w:pStyle w:val="ListBullet"/>
        <w:spacing w:line="240" w:lineRule="auto"/>
        <w:ind w:left="720"/>
      </w:pPr>
      <w:r/>
      <w:r>
        <w:rPr>
          <w:b/>
        </w:rPr>
        <w:t>Wide range:</w:t>
      </w:r>
      <w:r>
        <w:t xml:space="preserve"> The programme spans documentaries, rom-coms, thrillers and experimental work , expect both intimate dramas and bold genre pieces. </w:t>
      </w:r>
      <w:r/>
    </w:p>
    <w:p>
      <w:pPr>
        <w:pStyle w:val="ListBullet"/>
        <w:spacing w:line="240" w:lineRule="auto"/>
        <w:ind w:left="720"/>
      </w:pPr>
      <w:r/>
      <w:r>
        <w:rPr>
          <w:b/>
        </w:rPr>
        <w:t>Standouts to watch:</w:t>
      </w:r>
      <w:r>
        <w:t xml:space="preserve"> Highlights include The Brittney Griner Story, Dreamboi, Mineshaft: The Cruising Murders and Barbara Forever. </w:t>
      </w:r>
      <w:r/>
    </w:p>
    <w:p>
      <w:pPr>
        <w:pStyle w:val="ListBullet"/>
        <w:spacing w:line="240" w:lineRule="auto"/>
        <w:ind w:left="720"/>
      </w:pPr>
      <w:r/>
      <w:r>
        <w:rPr>
          <w:b/>
        </w:rPr>
        <w:t>Mood &amp; feel:</w:t>
      </w:r>
      <w:r>
        <w:t xml:space="preserve"> Screenings promise emotional highs, nostalgic thrills and moments of political urgency , many films carry a raw, tactile quality. </w:t>
      </w:r>
      <w:r/>
    </w:p>
    <w:p>
      <w:pPr>
        <w:pStyle w:val="ListBullet"/>
        <w:spacing w:line="240" w:lineRule="auto"/>
        <w:ind w:left="720"/>
      </w:pPr>
      <w:r/>
      <w:r>
        <w:rPr>
          <w:b/>
        </w:rPr>
        <w:t>Practical tip:</w:t>
      </w:r>
      <w:r>
        <w:t xml:space="preserve"> Buy tickets early for screenings marked “TICKETS”; some popular titles are listed “On Standby” and may fill fast.</w:t>
      </w:r>
      <w:r/>
      <w:r/>
    </w:p>
    <w:p>
      <w:pPr>
        <w:pStyle w:val="Heading2"/>
      </w:pPr>
      <w:r>
        <w:t>Why OutfestNEXT is the festival to beat this summer</w:t>
      </w:r>
      <w:r/>
    </w:p>
    <w:p>
      <w:r/>
      <w:r>
        <w:t>OutfestNEXT has carved out a reputation for surfacing buzzy, conversation-starting queer films, and this year’s slate leans into that confident, eclectic taste. The festival takes over the Village at Ed Gould Plaza, which means outdoor vibes meet air-conditioned relief , handy when the city’s thermometer climbs. Organisers describe the series as a space where defiant art meets community power, and you can feel that in the curation: there’s formal daring here, but also films made to move you.</w:t>
      </w:r>
      <w:r/>
    </w:p>
    <w:p>
      <w:r/>
      <w:r>
        <w:t>Programming pulls from hotspots like Sundance, Tribeca and the Berlinale, so you’re often seeing work that’s already stirring critics and audiences. If you want the freshest queer cinema in Los Angeles this month, OutfestNEXT is where to be.</w:t>
      </w:r>
      <w:r/>
    </w:p>
    <w:p>
      <w:pPr>
        <w:pStyle w:val="Heading2"/>
      </w:pPr>
      <w:r>
        <w:t>Films that demand your attention , data and drama</w:t>
      </w:r>
      <w:r/>
    </w:p>
    <w:p>
      <w:r/>
      <w:r>
        <w:t>Documentaries anchor much of the programme, and they arrive with real stakes. The Brittney Griner Story promises a firsthand account of an international trauma, while Mineshaft: The Cruising Murders examines a controversial 1980s film and the dark true crime it intersected with. These features don’t just inform , they reframe public narratives and invite conversation.</w:t>
      </w:r>
      <w:r/>
    </w:p>
    <w:p>
      <w:r/>
      <w:r>
        <w:t>On the narrative side, there’s a pleasing mix: coming-of-age tales like Black Burns Fast and Sparks sit beside genre players such as Dreamboi and On The Road. Expect colour, music and strong performances; many of these films earned festival accolades and carry the kind of emotional clarity you can feel in the theatre.</w:t>
      </w:r>
      <w:r/>
    </w:p>
    <w:p>
      <w:pPr>
        <w:pStyle w:val="Heading2"/>
      </w:pPr>
      <w:r>
        <w:t>Comedies, rom‑coms and lighter fare worth a seat</w:t>
      </w:r>
      <w:r/>
    </w:p>
    <w:p>
      <w:r/>
      <w:r>
        <w:t>If you fancy something breezier, OutfestNEXT has you covered. Before I Do offers a crowd-pleasing bachelor weekend romp, and Something You Should Know About Me showcases a comic performer stepping into a charming rom-com lead. Gregg Araki’s I Want Your Sex returns him after a long gap with a provocative sex comedy, and Madfabulous serves up flamboyant costume drama with a queer historical twist.</w:t>
      </w:r>
      <w:r/>
    </w:p>
    <w:p>
      <w:r/>
      <w:r>
        <w:t>These films are great for a group night out: they lean into laughter and warmth, and they make good entry points for viewers new to queer cinema.</w:t>
      </w:r>
      <w:r/>
    </w:p>
    <w:p>
      <w:pPr>
        <w:pStyle w:val="Heading2"/>
      </w:pPr>
      <w:r>
        <w:t>Quiet, tender stories with sharp emotional cores</w:t>
      </w:r>
      <w:r/>
    </w:p>
    <w:p>
      <w:r/>
      <w:r>
        <w:t>Counterbalancing the big statements are quieter, ache-filled pieces. Barbara Forever retraces a pioneering lesbian filmmaker’s life with archival intimacy, while Maspalomas follows a late-in-life coming out that’s both bittersweet and tender. Out Of The Woods examines memory and longing with restrained performances, and Can’t Go Over It asks how friendships evolve when people change.</w:t>
      </w:r>
      <w:r/>
    </w:p>
    <w:p>
      <w:r/>
      <w:r>
        <w:t>If you love films that sit with you after the lights come up, add a couple of these to your must-see list.</w:t>
      </w:r>
      <w:r/>
    </w:p>
    <w:p>
      <w:pPr>
        <w:pStyle w:val="Heading2"/>
      </w:pPr>
      <w:r>
        <w:t>How to pick the right screenings and make the most of your visit</w:t>
      </w:r>
      <w:r/>
    </w:p>
    <w:p>
      <w:r/>
      <w:r>
        <w:t>Start by prioritising titles listed as “TICKETS” if you can, because “On Standby” screenings often require extra patience. Check runtime and content notes , some documentaries and dramas are intense, so plan a lighter film afterwards if you need a palate cleanser. Arrive early for outdoor seating and to soak in the community atmosphere; bring a water bottle and a light layer, the chill can be deceptive.</w:t>
      </w:r>
      <w:r/>
    </w:p>
    <w:p>
      <w:r/>
      <w:r>
        <w:t>If you’re after Q&amp;As and filmmaker panels, watch the schedule closely , those sessions are where you get the best behind-the-scenes stories and a sense of why these films were made.</w:t>
      </w:r>
      <w:r/>
    </w:p>
    <w:p>
      <w:r/>
      <w:r>
        <w:t>It's a small change that can make every screening feel like a communal, cathartic night out.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[4]</w:t>
        </w:r>
      </w:hyperlink>
      <w:r>
        <w:t xml:space="preserve">- Paragraph 4: </w:t>
      </w:r>
      <w:hyperlink r:id="rId9">
        <w:r>
          <w:rPr>
            <w:color w:val="0000EE"/>
            <w:u w:val="single"/>
          </w:rPr>
          <w:t>[1]</w:t>
        </w:r>
      </w:hyperlink>
      <w:r>
        <w:t xml:space="preserve">, </w:t>
      </w:r>
      <w:hyperlink r:id="rId14">
        <w:r>
          <w:rPr>
            <w:color w:val="0000EE"/>
            <w:u w:val="single"/>
          </w:rPr>
          <w:t>[5]</w:t>
        </w:r>
      </w:hyperlink>
      <w:r>
        <w:t xml:space="preserve">- Paragraph 5: </w:t>
      </w:r>
      <w:hyperlink r:id="rId9">
        <w:r>
          <w:rPr>
            <w:color w:val="0000EE"/>
            <w:u w:val="single"/>
          </w:rPr>
          <w:t>[1]</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https://www.queerty.com/bodybuilders-rancheros-leather-clad-history-your-guide-to-the-must-see-films-of-l-a-s-outfestnext-20260715/</w:t>
        </w:r>
      </w:hyperlink>
      <w:r>
        <w:t xml:space="preserve"> - Please view link - unable to able to access data</w:t>
      </w:r>
      <w:r/>
    </w:p>
    <w:p>
      <w:pPr>
        <w:pStyle w:val="ListNumber"/>
        <w:spacing w:line="240" w:lineRule="auto"/>
        <w:ind w:left="720"/>
      </w:pPr>
      <w:r/>
      <w:hyperlink r:id="rId10">
        <w:r>
          <w:rPr>
            <w:color w:val="0000EE"/>
            <w:u w:val="single"/>
          </w:rPr>
          <w:t>https://www.out.com/film/outfest-2025-new-event-outfestnext</w:t>
        </w:r>
      </w:hyperlink>
      <w:r>
        <w:t xml:space="preserve"> - Outfest, the Los Angeles-based LGBTQ+ film festival, is returning with a new four-day event called OutfestNEXT. Scheduled for November 2025, this event is in partnership with HBO Max and aims to showcase a vibrant spectrum of queer and trans storytelling through narrative and documentary features and shorts. The festival reflects the most impactful queer filmmaking of the year, inviting attendees to discover new voices and reconnect with their favourite film artists. The full program is expected to be announced soon, with ticket sales beginning in late June 2025.</w:t>
      </w:r>
      <w:r/>
    </w:p>
    <w:p>
      <w:pPr>
        <w:pStyle w:val="ListNumber"/>
        <w:spacing w:line="240" w:lineRule="auto"/>
        <w:ind w:left="720"/>
      </w:pPr>
      <w:r/>
      <w:hyperlink r:id="rId11">
        <w:r>
          <w:rPr>
            <w:color w:val="0000EE"/>
            <w:u w:val="single"/>
          </w:rPr>
          <w:t>https://www.outfest.org/screenings-events</w:t>
        </w:r>
      </w:hyperlink>
      <w:r>
        <w:t xml:space="preserve"> - Outfest is a Los Angeles-based nonprofit that supports LGBTQ+ voices in entertainment. Their screenings and events include the OutfestNEXT program, which is set to take place from July 23-26, 2026, at the LA LGBT Center. Over its four-day run, OutfestNEXT will showcase twenty film programs, including narrative and documentary features and shorts, celebrating queer and trans storytelling across generations. The full program reflects the most impactful queer filmmaking of the year, inviting attendees to discover new voices and reconnect with their favourite film artists.</w:t>
      </w:r>
      <w:r/>
    </w:p>
    <w:p>
      <w:pPr>
        <w:pStyle w:val="ListNumber"/>
        <w:spacing w:line="240" w:lineRule="auto"/>
        <w:ind w:left="720"/>
      </w:pPr>
      <w:r/>
      <w:hyperlink r:id="rId13">
        <w:r>
          <w:rPr>
            <w:color w:val="0000EE"/>
            <w:u w:val="single"/>
          </w:rPr>
          <w:t>https://www.out.com/film/outfest-2023-jury-award-winners</w:t>
        </w:r>
      </w:hyperlink>
      <w:r>
        <w:t xml:space="preserve"> - The Outfest Los Angeles LGBTQ+ Film Festival 2023 has unveiled the winners of its Jury Awards. The jurors, a pool comprised of filmmakers, journalists, artists, and entertainment executives, unveiled their selects on Sunday at the conclusion of the 11-day festival. The Audience Awards winners will be announced at the end of the festival's virtual viewing period. Mike Dougherty, Outfest’s director of programming, stated, “In a truly exceptional year for LGBTQIA+ film, in which our artists delivered such a diverse collection of provocative, insightful, and fearless work, the choices made by our esteemed juries could not have been easy.</w:t>
      </w:r>
      <w:r/>
    </w:p>
    <w:p>
      <w:pPr>
        <w:pStyle w:val="ListNumber"/>
        <w:spacing w:line="240" w:lineRule="auto"/>
        <w:ind w:left="720"/>
      </w:pPr>
      <w:r/>
      <w:hyperlink r:id="rId14">
        <w:r>
          <w:rPr>
            <w:color w:val="0000EE"/>
            <w:u w:val="single"/>
          </w:rPr>
          <w:t>https://www.out.com/film/outfest-2023</w:t>
        </w:r>
      </w:hyperlink>
      <w:r>
        <w:t xml:space="preserve"> - Outfest has announced its lineup of centerpiece films for the 2023 Los Angeles Summer Festival, taking place between July 13-23. The festival will honour Amandla Stenberg with the Platinum Maverick Award, followed by a screening of her new film 'My Animal' directed by Jacqueline Castel. Other movies to be shown include 'Passages' starring Franz Rogowski, Ben Whishaw, and Adèle Exarchopoulos; the documentary 'Kokomo City'; 'Fancy Dance' with Lily Gladstone; and 'Down Low' starring Zachary Quinto, Lukas Gage, Judith Light, Audra McDonald, and Simon Rex. A special screening of HBO’s 'Rock Hudson: All That Heaven Allowed' documentary will also be screened leading up to the festival.</w:t>
      </w:r>
      <w:r/>
    </w:p>
    <w:p>
      <w:pPr>
        <w:pStyle w:val="ListNumber"/>
        <w:spacing w:line="240" w:lineRule="auto"/>
        <w:ind w:left="720"/>
      </w:pPr>
      <w:r/>
      <w:hyperlink r:id="rId12">
        <w:r>
          <w:rPr>
            <w:color w:val="0000EE"/>
            <w:u w:val="single"/>
          </w:rPr>
          <w:t>https://villa-albertine.org/va/events/outfest-los-angeles-2023/</w:t>
        </w:r>
      </w:hyperlink>
      <w:r>
        <w:t xml:space="preserve"> - The 2023 Outfest Los Angeles LGBTQ+ Film Festival is scheduled from July 13-23. This year, the festival hosts a special centerpiece screening of 'Passages', directed by Ira Sachs and starring Adèle Exarchopoulos, Franz Rogowski, and Ben Whishaw. The film follows an egomaniacal film director who thrusts his marriage into chaos when he enters into a surprising affair. The film, which has been acquired by MUBI for distribution, will be followed by a discussion with Sachs about his work and a post-film reception. Other French films being showcased include 'Les Sports X-trem' by Gio Ventura and 'The Sketch' by Tomas Cali.</w:t>
      </w:r>
      <w:r/>
    </w:p>
    <w:p>
      <w:pPr>
        <w:pStyle w:val="ListNumber"/>
        <w:spacing w:line="240" w:lineRule="auto"/>
        <w:ind w:left="720"/>
      </w:pPr>
      <w:r/>
      <w:hyperlink r:id="rId15">
        <w:r>
          <w:rPr>
            <w:color w:val="0000EE"/>
            <w:u w:val="single"/>
          </w:rPr>
          <w:t>https://outonfilm.org/festival/2023</w:t>
        </w:r>
      </w:hyperlink>
      <w:r>
        <w:t xml:space="preserve"> - Out On Film, celebrating its 36th anniversary, is one of the major LGBTQIA+ film festivals in the nation. This year, the festival was named as the top film festival in the nation by the readers of USA Today and 10Best. A few festival highlights include 'Our Son' (Opening Night Film), 'Glitter &amp; Doom' (Closing Night Film), 'A Big Hairy Hit: Where the Bears Are: The Documentary', 'Golden Delicious', 'Cora Bora', 'Big Boys', 'Jewelle: A Just Vision', 'Kenyatta: Do Not Wait Your Turn', 'Stuck in Greece: An LGBT Refugee Crisis', 'Lie With Me', and so much more. Many of the features will be available for streaming, and all of the short films will be.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bodybuilders-rancheros-leather-clad-history-your-guide-to-the-must-see-films-of-l-a-s-outfestnext-20260715/" TargetMode="External"/><Relationship Id="rId10" Type="http://schemas.openxmlformats.org/officeDocument/2006/relationships/hyperlink" Target="https://www.out.com/film/outfest-2025-new-event-outfestnext" TargetMode="External"/><Relationship Id="rId11" Type="http://schemas.openxmlformats.org/officeDocument/2006/relationships/hyperlink" Target="https://www.outfest.org/screenings-events" TargetMode="External"/><Relationship Id="rId12" Type="http://schemas.openxmlformats.org/officeDocument/2006/relationships/hyperlink" Target="https://villa-albertine.org/va/events/outfest-los-angeles-2023/" TargetMode="External"/><Relationship Id="rId13" Type="http://schemas.openxmlformats.org/officeDocument/2006/relationships/hyperlink" Target="https://www.out.com/film/outfest-2023-jury-award-winners" TargetMode="External"/><Relationship Id="rId14" Type="http://schemas.openxmlformats.org/officeDocument/2006/relationships/hyperlink" Target="https://www.out.com/film/outfest-2023" TargetMode="External"/><Relationship Id="rId15" Type="http://schemas.openxmlformats.org/officeDocument/2006/relationships/hyperlink" Target="https://outonfilm.org/festival/2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